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241A" w14:textId="77777777" w:rsidR="008A2FDF" w:rsidRDefault="00000000" w:rsidP="00094124">
      <w:pPr>
        <w:pStyle w:val="Title"/>
        <w:bidi/>
        <w:ind w:left="720"/>
      </w:pPr>
      <w:r>
        <w:t>سند جامع نام‌گذاری برند</w:t>
      </w:r>
    </w:p>
    <w:p w14:paraId="5317CC15" w14:textId="77777777" w:rsidR="008A2FDF" w:rsidRDefault="00000000" w:rsidP="00094124">
      <w:pPr>
        <w:pStyle w:val="Heading1"/>
        <w:bidi/>
        <w:ind w:left="720"/>
      </w:pPr>
      <w:r>
        <w:t>راهنمای کامل برای متخصص نام‌گذاری و استراتژی برند</w:t>
      </w:r>
    </w:p>
    <w:p w14:paraId="52FD1998" w14:textId="77777777" w:rsidR="008A2FDF" w:rsidRDefault="00000000" w:rsidP="00094124">
      <w:pPr>
        <w:bidi/>
        <w:spacing w:after="80"/>
        <w:ind w:left="720"/>
      </w:pPr>
      <w:r>
        <w:rPr>
          <w:b/>
        </w:rPr>
        <w:t>نوع پروژه:</w:t>
      </w:r>
      <w:r>
        <w:t xml:space="preserve"> نام‌گذاری برند + استراتژی نام  </w:t>
      </w:r>
    </w:p>
    <w:p w14:paraId="52CBBF7F" w14:textId="77777777" w:rsidR="008A2FDF" w:rsidRDefault="00000000" w:rsidP="00094124">
      <w:pPr>
        <w:bidi/>
        <w:spacing w:after="80"/>
        <w:ind w:left="720"/>
      </w:pPr>
      <w:r>
        <w:rPr>
          <w:b/>
        </w:rPr>
        <w:t>نقش نام:</w:t>
      </w:r>
      <w:r>
        <w:t xml:space="preserve"> برند مادر / برند چتری  </w:t>
      </w:r>
    </w:p>
    <w:p w14:paraId="6D7E5ED3" w14:textId="77777777" w:rsidR="008A2FDF" w:rsidRDefault="00000000" w:rsidP="00094124">
      <w:pPr>
        <w:bidi/>
        <w:spacing w:after="80"/>
        <w:ind w:left="720"/>
      </w:pPr>
      <w:r>
        <w:rPr>
          <w:b/>
        </w:rPr>
        <w:t>هدف:</w:t>
      </w:r>
      <w:r>
        <w:t xml:space="preserve"> پیدا کردن یک نام متمایز، کوتاه، قابل توسعه و بلندمدت برای یک اکوسیستم تکنولوژی و خلاقیت</w:t>
      </w:r>
    </w:p>
    <w:p w14:paraId="7C4FFB83" w14:textId="77777777" w:rsidR="008A2FDF" w:rsidRDefault="00000000" w:rsidP="00094124">
      <w:pPr>
        <w:pStyle w:val="Title"/>
        <w:bidi/>
        <w:ind w:left="720"/>
      </w:pPr>
      <w:r>
        <w:t>1. خلاصه پروژه</w:t>
      </w:r>
    </w:p>
    <w:p w14:paraId="2370DA4F" w14:textId="77777777" w:rsidR="008A2FDF" w:rsidRDefault="00000000" w:rsidP="00094124">
      <w:pPr>
        <w:bidi/>
        <w:spacing w:after="80"/>
        <w:ind w:left="720"/>
      </w:pPr>
      <w:r>
        <w:t xml:space="preserve">من به دنبال نام یک </w:t>
      </w:r>
      <w:r>
        <w:rPr>
          <w:b/>
        </w:rPr>
        <w:t>برند مادر</w:t>
      </w:r>
      <w:r>
        <w:t xml:space="preserve"> هستم؛ نه صرفاً نام یک شرکت نرم‌افزاری، آژانس، محصول، کامیونیتی، رسانه یا استارتاپ.</w:t>
      </w:r>
    </w:p>
    <w:p w14:paraId="3B73DD25" w14:textId="77777777" w:rsidR="008A2FDF" w:rsidRDefault="00000000" w:rsidP="00094124">
      <w:pPr>
        <w:bidi/>
        <w:spacing w:after="80"/>
        <w:ind w:left="720"/>
      </w:pPr>
      <w:r>
        <w:t>چشم‌انداز بلندمدت این است که یک اکوسیستم حول یک تیم از برنامه‌نویس‌ها، سازنده‌ها، خالق‌ها، طراح‌ها، حل‌کننده‌های مسئله و افراد علاقه‌مند به تکنولوژی شکل بگیرد.</w:t>
      </w:r>
    </w:p>
    <w:p w14:paraId="66F7A31D" w14:textId="77777777" w:rsidR="008A2FDF" w:rsidRDefault="00000000" w:rsidP="00094124">
      <w:pPr>
        <w:bidi/>
        <w:spacing w:after="80"/>
        <w:ind w:left="720"/>
      </w:pPr>
      <w:r>
        <w:t>این تیم قرار است به مرور:</w:t>
      </w:r>
    </w:p>
    <w:p w14:paraId="45398519" w14:textId="77777777" w:rsidR="008A2FDF" w:rsidRDefault="00000000" w:rsidP="00094124">
      <w:pPr>
        <w:pStyle w:val="ListBullet"/>
        <w:tabs>
          <w:tab w:val="clear" w:pos="360"/>
          <w:tab w:val="num" w:pos="1080"/>
        </w:tabs>
        <w:bidi/>
        <w:ind w:left="1080"/>
      </w:pPr>
      <w:r>
        <w:t>ایده‌ها را بررسی کند</w:t>
      </w:r>
    </w:p>
    <w:p w14:paraId="4AB3E9B2" w14:textId="77777777" w:rsidR="008A2FDF" w:rsidRDefault="00000000" w:rsidP="00094124">
      <w:pPr>
        <w:pStyle w:val="ListBullet"/>
        <w:tabs>
          <w:tab w:val="clear" w:pos="360"/>
          <w:tab w:val="num" w:pos="1080"/>
        </w:tabs>
        <w:bidi/>
        <w:ind w:left="1080"/>
      </w:pPr>
      <w:r>
        <w:t>با تکنولوژی آزمایش کند</w:t>
      </w:r>
    </w:p>
    <w:p w14:paraId="731934CB" w14:textId="77777777" w:rsidR="008A2FDF" w:rsidRDefault="00000000" w:rsidP="00094124">
      <w:pPr>
        <w:pStyle w:val="ListBullet"/>
        <w:tabs>
          <w:tab w:val="clear" w:pos="360"/>
          <w:tab w:val="num" w:pos="1080"/>
        </w:tabs>
        <w:bidi/>
        <w:ind w:left="1080"/>
      </w:pPr>
      <w:r>
        <w:t>محصول بسازد</w:t>
      </w:r>
    </w:p>
    <w:p w14:paraId="290B3580" w14:textId="77777777" w:rsidR="008A2FDF" w:rsidRDefault="00000000" w:rsidP="00094124">
      <w:pPr>
        <w:pStyle w:val="ListBullet"/>
        <w:tabs>
          <w:tab w:val="clear" w:pos="360"/>
          <w:tab w:val="num" w:pos="1080"/>
        </w:tabs>
        <w:bidi/>
        <w:ind w:left="1080"/>
      </w:pPr>
      <w:r>
        <w:t>پروژه اجرا کند</w:t>
      </w:r>
    </w:p>
    <w:p w14:paraId="2E103CC1" w14:textId="77777777" w:rsidR="008A2FDF" w:rsidRDefault="00000000" w:rsidP="00094124">
      <w:pPr>
        <w:pStyle w:val="ListBullet"/>
        <w:tabs>
          <w:tab w:val="clear" w:pos="360"/>
          <w:tab w:val="num" w:pos="1080"/>
        </w:tabs>
        <w:bidi/>
        <w:ind w:left="1080"/>
      </w:pPr>
      <w:r>
        <w:t>کسب‌وکارهای دیجیتال ایجاد کند</w:t>
      </w:r>
    </w:p>
    <w:p w14:paraId="3FF77601" w14:textId="77777777" w:rsidR="008A2FDF" w:rsidRDefault="00000000" w:rsidP="00094124">
      <w:pPr>
        <w:pStyle w:val="ListBullet"/>
        <w:tabs>
          <w:tab w:val="clear" w:pos="360"/>
          <w:tab w:val="num" w:pos="1080"/>
        </w:tabs>
        <w:bidi/>
        <w:ind w:left="1080"/>
      </w:pPr>
      <w:r>
        <w:t>محتوا تولید کند</w:t>
      </w:r>
    </w:p>
    <w:p w14:paraId="1376DF8E" w14:textId="77777777" w:rsidR="008A2FDF" w:rsidRDefault="00000000" w:rsidP="00094124">
      <w:pPr>
        <w:pStyle w:val="ListBullet"/>
        <w:tabs>
          <w:tab w:val="clear" w:pos="360"/>
          <w:tab w:val="num" w:pos="1080"/>
        </w:tabs>
        <w:bidi/>
        <w:ind w:left="1080"/>
      </w:pPr>
      <w:r>
        <w:t>کامیونیتی بسازد</w:t>
      </w:r>
    </w:p>
    <w:p w14:paraId="526B003C" w14:textId="77777777" w:rsidR="008A2FDF" w:rsidRDefault="00000000" w:rsidP="00094124">
      <w:pPr>
        <w:pStyle w:val="ListBullet"/>
        <w:tabs>
          <w:tab w:val="clear" w:pos="360"/>
          <w:tab w:val="num" w:pos="1080"/>
        </w:tabs>
        <w:bidi/>
        <w:ind w:left="1080"/>
      </w:pPr>
      <w:r>
        <w:t>رسانه ایجاد کند</w:t>
      </w:r>
    </w:p>
    <w:p w14:paraId="6DF4D9BB" w14:textId="77777777" w:rsidR="008A2FDF" w:rsidRDefault="00000000" w:rsidP="00094124">
      <w:pPr>
        <w:pStyle w:val="ListBullet"/>
        <w:tabs>
          <w:tab w:val="clear" w:pos="360"/>
          <w:tab w:val="num" w:pos="1080"/>
        </w:tabs>
        <w:bidi/>
        <w:ind w:left="1080"/>
      </w:pPr>
      <w:r>
        <w:t>محصولات داخلی توسعه دهد</w:t>
      </w:r>
    </w:p>
    <w:p w14:paraId="6551D643" w14:textId="77777777" w:rsidR="008A2FDF" w:rsidRDefault="00000000" w:rsidP="00094124">
      <w:pPr>
        <w:pStyle w:val="ListBullet"/>
        <w:tabs>
          <w:tab w:val="clear" w:pos="360"/>
          <w:tab w:val="num" w:pos="1080"/>
        </w:tabs>
        <w:bidi/>
        <w:ind w:left="1080"/>
      </w:pPr>
      <w:r>
        <w:t>ونچرهای جدید راه‌اندازی کند</w:t>
      </w:r>
    </w:p>
    <w:p w14:paraId="0F95C7F2" w14:textId="77777777" w:rsidR="008A2FDF" w:rsidRDefault="00000000" w:rsidP="00094124">
      <w:pPr>
        <w:pStyle w:val="ListBullet"/>
        <w:tabs>
          <w:tab w:val="clear" w:pos="360"/>
          <w:tab w:val="num" w:pos="1080"/>
        </w:tabs>
        <w:bidi/>
        <w:ind w:left="1080"/>
      </w:pPr>
      <w:r>
        <w:t>و در آینده چندین کسب‌وکار و پروژه را زیر یک ساختار واحد مدیریت کند.</w:t>
      </w:r>
    </w:p>
    <w:p w14:paraId="00244F35" w14:textId="77777777" w:rsidR="008A2FDF" w:rsidRDefault="00000000" w:rsidP="00094124">
      <w:pPr>
        <w:bidi/>
        <w:spacing w:after="80"/>
        <w:ind w:left="720"/>
      </w:pPr>
      <w:r>
        <w:t>بنابراین نام باید بتواند با تغییر مسیر کسب‌وکار همچنان معتبر بماند.</w:t>
      </w:r>
    </w:p>
    <w:p w14:paraId="0BFF51E4" w14:textId="77777777" w:rsidR="008A2FDF" w:rsidRDefault="00000000" w:rsidP="00094124">
      <w:pPr>
        <w:bidi/>
        <w:spacing w:after="80"/>
        <w:ind w:left="720"/>
      </w:pPr>
      <w:r>
        <w:t>مدل ذهنی ساده:</w:t>
      </w:r>
    </w:p>
    <w:p w14:paraId="5CF53CB1" w14:textId="3840DCF0" w:rsidR="008A2FDF" w:rsidRPr="00094124" w:rsidRDefault="00000000" w:rsidP="00094124">
      <w:pPr>
        <w:bidi/>
        <w:spacing w:after="120"/>
        <w:ind w:left="720"/>
        <w:jc w:val="center"/>
        <w:rPr>
          <w:rFonts w:ascii="Consolas" w:eastAsia="Consolas" w:hAnsi="Consolas"/>
          <w:sz w:val="18"/>
        </w:rPr>
      </w:pPr>
      <w:r>
        <w:rPr>
          <w:rFonts w:ascii="Consolas" w:eastAsia="Consolas" w:hAnsi="Consolas"/>
          <w:sz w:val="18"/>
        </w:rPr>
        <w:t>برند مادر</w:t>
      </w:r>
      <w:r w:rsidR="00094124">
        <w:rPr>
          <w:rFonts w:ascii="Consolas" w:eastAsia="Consolas" w:hAnsi="Consolas" w:hint="cs"/>
          <w:sz w:val="18"/>
          <w:rtl/>
        </w:rPr>
        <w:t xml:space="preserve">     </w:t>
      </w:r>
      <w:r>
        <w:rPr>
          <w:rFonts w:ascii="Consolas" w:eastAsia="Consolas" w:hAnsi="Consolas"/>
          <w:sz w:val="18"/>
        </w:rPr>
        <w:br/>
        <w:t xml:space="preserve">          |</w:t>
      </w:r>
      <w:r>
        <w:rPr>
          <w:rFonts w:ascii="Consolas" w:eastAsia="Consolas" w:hAnsi="Consolas"/>
          <w:sz w:val="18"/>
        </w:rPr>
        <w:br/>
        <w:t xml:space="preserve">          +------------------+------------------+</w:t>
      </w:r>
      <w:r>
        <w:rPr>
          <w:rFonts w:ascii="Consolas" w:eastAsia="Consolas" w:hAnsi="Consolas"/>
          <w:sz w:val="18"/>
        </w:rPr>
        <w:br/>
        <w:t xml:space="preserve">          |                  |                  |</w:t>
      </w:r>
      <w:r>
        <w:rPr>
          <w:rFonts w:ascii="Consolas" w:eastAsia="Consolas" w:hAnsi="Consolas"/>
          <w:sz w:val="18"/>
        </w:rPr>
        <w:br/>
        <w:t xml:space="preserve">        رسانه             کامیونیتی           ساختن</w:t>
      </w:r>
      <w:r>
        <w:rPr>
          <w:rFonts w:ascii="Consolas" w:eastAsia="Consolas" w:hAnsi="Consolas"/>
          <w:sz w:val="18"/>
        </w:rPr>
        <w:br/>
        <w:t xml:space="preserve">          |                  |                  |</w:t>
      </w:r>
      <w:r>
        <w:rPr>
          <w:rFonts w:ascii="Consolas" w:eastAsia="Consolas" w:hAnsi="Consolas"/>
          <w:sz w:val="18"/>
        </w:rPr>
        <w:br/>
        <w:t xml:space="preserve">       رادیو              رویدادها            محصولات</w:t>
      </w:r>
      <w:r>
        <w:rPr>
          <w:rFonts w:ascii="Consolas" w:eastAsia="Consolas" w:hAnsi="Consolas"/>
          <w:sz w:val="18"/>
        </w:rPr>
        <w:br/>
        <w:t xml:space="preserve">       یوتیوب             آموزش               SaaS</w:t>
      </w:r>
      <w:r>
        <w:rPr>
          <w:rFonts w:ascii="Consolas" w:eastAsia="Consolas" w:hAnsi="Consolas"/>
          <w:sz w:val="18"/>
        </w:rPr>
        <w:br/>
        <w:t xml:space="preserve">       محتوا              شبکه                ابزارها</w:t>
      </w:r>
      <w:r>
        <w:rPr>
          <w:rFonts w:ascii="Consolas" w:eastAsia="Consolas" w:hAnsi="Consolas"/>
          <w:sz w:val="18"/>
        </w:rPr>
        <w:br/>
        <w:t xml:space="preserve">          |                  |                  |</w:t>
      </w:r>
      <w:r>
        <w:rPr>
          <w:rFonts w:ascii="Consolas" w:eastAsia="Consolas" w:hAnsi="Consolas"/>
          <w:sz w:val="18"/>
        </w:rPr>
        <w:br/>
        <w:t xml:space="preserve">          +------------------+------------------+</w:t>
      </w:r>
      <w:r>
        <w:rPr>
          <w:rFonts w:ascii="Consolas" w:eastAsia="Consolas" w:hAnsi="Consolas"/>
          <w:sz w:val="18"/>
        </w:rPr>
        <w:br/>
        <w:t xml:space="preserve">          |</w:t>
      </w:r>
      <w:r>
        <w:rPr>
          <w:rFonts w:ascii="Consolas" w:eastAsia="Consolas" w:hAnsi="Consolas"/>
          <w:sz w:val="18"/>
        </w:rPr>
        <w:br/>
        <w:t xml:space="preserve">             لب / استودیو</w:t>
      </w:r>
      <w:r>
        <w:rPr>
          <w:rFonts w:ascii="Consolas" w:eastAsia="Consolas" w:hAnsi="Consolas"/>
          <w:sz w:val="18"/>
        </w:rPr>
        <w:br/>
        <w:t xml:space="preserve">          |</w:t>
      </w:r>
      <w:r>
        <w:rPr>
          <w:rFonts w:ascii="Consolas" w:eastAsia="Consolas" w:hAnsi="Consolas"/>
          <w:sz w:val="18"/>
        </w:rPr>
        <w:br/>
        <w:t xml:space="preserve">           آزمایش‌ها</w:t>
      </w:r>
      <w:r>
        <w:rPr>
          <w:rFonts w:ascii="Consolas" w:eastAsia="Consolas" w:hAnsi="Consolas"/>
          <w:sz w:val="18"/>
        </w:rPr>
        <w:br/>
        <w:t xml:space="preserve">           |</w:t>
      </w:r>
      <w:r>
        <w:rPr>
          <w:rFonts w:ascii="Consolas" w:eastAsia="Consolas" w:hAnsi="Consolas"/>
          <w:sz w:val="18"/>
        </w:rPr>
        <w:br/>
        <w:t xml:space="preserve">                        ونچرهای جدید</w:t>
      </w:r>
      <w:r>
        <w:rPr>
          <w:rFonts w:ascii="Consolas" w:eastAsia="Consolas" w:hAnsi="Consolas"/>
          <w:sz w:val="18"/>
        </w:rPr>
        <w:br/>
      </w:r>
      <w:r>
        <w:rPr>
          <w:rFonts w:ascii="Consolas" w:eastAsia="Consolas" w:hAnsi="Consolas"/>
          <w:sz w:val="18"/>
        </w:rPr>
        <w:lastRenderedPageBreak/>
        <w:t xml:space="preserve">                             |</w:t>
      </w:r>
      <w:r>
        <w:rPr>
          <w:rFonts w:ascii="Consolas" w:eastAsia="Consolas" w:hAnsi="Consolas"/>
          <w:sz w:val="18"/>
        </w:rPr>
        <w:br/>
        <w:t xml:space="preserve">                       کسب‌وکارهای جدید</w:t>
      </w:r>
    </w:p>
    <w:p w14:paraId="3F048F98" w14:textId="77777777" w:rsidR="00094124" w:rsidRDefault="00094124" w:rsidP="00094124">
      <w:pPr>
        <w:bidi/>
        <w:spacing w:after="80"/>
        <w:ind w:left="720"/>
        <w:rPr>
          <w:rtl/>
        </w:rPr>
      </w:pPr>
    </w:p>
    <w:p w14:paraId="49AEF963" w14:textId="77777777" w:rsidR="00094124" w:rsidRDefault="00094124" w:rsidP="00094124">
      <w:pPr>
        <w:bidi/>
        <w:spacing w:after="80"/>
        <w:ind w:left="720"/>
        <w:rPr>
          <w:rtl/>
        </w:rPr>
      </w:pPr>
    </w:p>
    <w:p w14:paraId="68545350" w14:textId="58A23942" w:rsidR="00094124" w:rsidRDefault="00000000" w:rsidP="00094124">
      <w:pPr>
        <w:bidi/>
        <w:spacing w:after="80"/>
        <w:ind w:left="720"/>
      </w:pPr>
      <w:r>
        <w:t>هدف پیدا کردن یک نام توضیح‌دهنده نیست.</w:t>
      </w:r>
    </w:p>
    <w:p w14:paraId="22BC2599" w14:textId="77777777" w:rsidR="008A2FDF" w:rsidRDefault="00000000" w:rsidP="00094124">
      <w:pPr>
        <w:bidi/>
        <w:spacing w:after="80"/>
        <w:ind w:left="720"/>
      </w:pPr>
      <w:r>
        <w:t xml:space="preserve">هدف پیدا کردن یک </w:t>
      </w:r>
      <w:r>
        <w:rPr>
          <w:b/>
        </w:rPr>
        <w:t>کلمه متمایز</w:t>
      </w:r>
      <w:r>
        <w:t xml:space="preserve"> است که در طول زمان، از طریق چیزهایی که می‌سازیم، خودش معنا پیدا کند.</w:t>
      </w:r>
    </w:p>
    <w:p w14:paraId="099753A0" w14:textId="77777777" w:rsidR="008A2FDF" w:rsidRDefault="00000000" w:rsidP="00094124">
      <w:pPr>
        <w:pStyle w:val="Title"/>
        <w:bidi/>
        <w:ind w:left="720"/>
      </w:pPr>
      <w:r>
        <w:t>2. فلسفه اصلی برند</w:t>
      </w:r>
    </w:p>
    <w:p w14:paraId="0D6FCB50" w14:textId="77777777" w:rsidR="008A2FDF" w:rsidRDefault="00000000" w:rsidP="00094124">
      <w:pPr>
        <w:bidi/>
        <w:spacing w:after="80"/>
        <w:ind w:left="720"/>
      </w:pPr>
      <w:r>
        <w:t>ایده اصلی:</w:t>
      </w:r>
    </w:p>
    <w:p w14:paraId="14D779A8" w14:textId="77777777" w:rsidR="008A2FDF" w:rsidRDefault="00000000" w:rsidP="00094124">
      <w:pPr>
        <w:bidi/>
        <w:ind w:left="1080"/>
      </w:pPr>
      <w:r>
        <w:rPr>
          <w:b/>
        </w:rPr>
        <w:t>ما نمی‌خواهیم نام برند به مردم دقیقاً بگوید چه کاری انجام می‌دهیم؛ می‌خواهیم خود برند در آینده به واسطه چیزهایی که می‌سازیم معنا پیدا کند.</w:t>
      </w:r>
    </w:p>
    <w:p w14:paraId="2962E159" w14:textId="77777777" w:rsidR="008A2FDF" w:rsidRDefault="00000000" w:rsidP="00094124">
      <w:pPr>
        <w:bidi/>
        <w:spacing w:after="80"/>
        <w:ind w:left="720"/>
      </w:pPr>
      <w:r>
        <w:t xml:space="preserve">برند باید حس یک گروه از آدم‌هایی را بدهد که </w:t>
      </w:r>
      <w:r>
        <w:rPr>
          <w:b/>
        </w:rPr>
        <w:t>چیزها را از صفر می‌سازند</w:t>
      </w:r>
      <w:r>
        <w:t>.</w:t>
      </w:r>
    </w:p>
    <w:p w14:paraId="516BD977" w14:textId="77777777" w:rsidR="008A2FDF" w:rsidRDefault="00000000" w:rsidP="00094124">
      <w:pPr>
        <w:bidi/>
        <w:spacing w:after="80"/>
        <w:ind w:left="720"/>
      </w:pPr>
      <w:r>
        <w:t>حس مطلوب:</w:t>
      </w:r>
    </w:p>
    <w:p w14:paraId="318284AC" w14:textId="77777777" w:rsidR="008A2FDF" w:rsidRDefault="00000000" w:rsidP="00094124">
      <w:pPr>
        <w:pStyle w:val="ListBullet"/>
        <w:tabs>
          <w:tab w:val="clear" w:pos="360"/>
          <w:tab w:val="num" w:pos="1080"/>
        </w:tabs>
        <w:bidi/>
        <w:ind w:left="1080"/>
      </w:pPr>
      <w:r>
        <w:t>کنجکاو</w:t>
      </w:r>
    </w:p>
    <w:p w14:paraId="7728772C" w14:textId="77777777" w:rsidR="008A2FDF" w:rsidRDefault="00000000" w:rsidP="00094124">
      <w:pPr>
        <w:pStyle w:val="ListBullet"/>
        <w:tabs>
          <w:tab w:val="clear" w:pos="360"/>
          <w:tab w:val="num" w:pos="1080"/>
        </w:tabs>
        <w:bidi/>
        <w:ind w:left="1080"/>
      </w:pPr>
      <w:r>
        <w:t>تجربی</w:t>
      </w:r>
    </w:p>
    <w:p w14:paraId="6670D821" w14:textId="77777777" w:rsidR="008A2FDF" w:rsidRDefault="00000000" w:rsidP="00094124">
      <w:pPr>
        <w:pStyle w:val="ListBullet"/>
        <w:tabs>
          <w:tab w:val="clear" w:pos="360"/>
          <w:tab w:val="num" w:pos="1080"/>
        </w:tabs>
        <w:bidi/>
        <w:ind w:left="1080"/>
      </w:pPr>
      <w:r>
        <w:t>تکنولوژیک</w:t>
      </w:r>
    </w:p>
    <w:p w14:paraId="122061A7" w14:textId="77777777" w:rsidR="008A2FDF" w:rsidRDefault="00000000" w:rsidP="00094124">
      <w:pPr>
        <w:pStyle w:val="ListBullet"/>
        <w:tabs>
          <w:tab w:val="clear" w:pos="360"/>
          <w:tab w:val="num" w:pos="1080"/>
        </w:tabs>
        <w:bidi/>
        <w:ind w:left="1080"/>
      </w:pPr>
      <w:r>
        <w:t>خلاق</w:t>
      </w:r>
    </w:p>
    <w:p w14:paraId="7F4EFA36" w14:textId="77777777" w:rsidR="008A2FDF" w:rsidRDefault="00000000" w:rsidP="00094124">
      <w:pPr>
        <w:pStyle w:val="ListBullet"/>
        <w:tabs>
          <w:tab w:val="clear" w:pos="360"/>
          <w:tab w:val="num" w:pos="1080"/>
        </w:tabs>
        <w:bidi/>
        <w:ind w:left="1080"/>
      </w:pPr>
      <w:r>
        <w:t>مستقل</w:t>
      </w:r>
    </w:p>
    <w:p w14:paraId="13E1F2D0" w14:textId="77777777" w:rsidR="008A2FDF" w:rsidRDefault="00000000" w:rsidP="00094124">
      <w:pPr>
        <w:pStyle w:val="ListBullet"/>
        <w:tabs>
          <w:tab w:val="clear" w:pos="360"/>
          <w:tab w:val="num" w:pos="1080"/>
        </w:tabs>
        <w:bidi/>
        <w:ind w:left="1080"/>
      </w:pPr>
      <w:r>
        <w:t>دست‌به‌کار</w:t>
      </w:r>
    </w:p>
    <w:p w14:paraId="5E2CDF84" w14:textId="77777777" w:rsidR="008A2FDF" w:rsidRDefault="00000000" w:rsidP="00094124">
      <w:pPr>
        <w:pStyle w:val="ListBullet"/>
        <w:tabs>
          <w:tab w:val="clear" w:pos="360"/>
          <w:tab w:val="num" w:pos="1080"/>
        </w:tabs>
        <w:bidi/>
        <w:ind w:left="1080"/>
      </w:pPr>
      <w:r>
        <w:t>جاه‌طلب</w:t>
      </w:r>
    </w:p>
    <w:p w14:paraId="7A87AF81" w14:textId="77777777" w:rsidR="008A2FDF" w:rsidRDefault="00000000" w:rsidP="00094124">
      <w:pPr>
        <w:pStyle w:val="ListBullet"/>
        <w:tabs>
          <w:tab w:val="clear" w:pos="360"/>
          <w:tab w:val="num" w:pos="1080"/>
        </w:tabs>
        <w:bidi/>
        <w:ind w:left="1080"/>
      </w:pPr>
      <w:r>
        <w:t>مدرن</w:t>
      </w:r>
    </w:p>
    <w:p w14:paraId="4264DEED" w14:textId="77777777" w:rsidR="008A2FDF" w:rsidRDefault="00000000" w:rsidP="00094124">
      <w:pPr>
        <w:pStyle w:val="ListBullet"/>
        <w:tabs>
          <w:tab w:val="clear" w:pos="360"/>
          <w:tab w:val="num" w:pos="1080"/>
        </w:tabs>
        <w:bidi/>
        <w:ind w:left="1080"/>
      </w:pPr>
      <w:r>
        <w:t>انسانی</w:t>
      </w:r>
    </w:p>
    <w:p w14:paraId="32C8F5B4" w14:textId="77777777" w:rsidR="008A2FDF" w:rsidRDefault="00000000" w:rsidP="00094124">
      <w:pPr>
        <w:pStyle w:val="ListBullet"/>
        <w:tabs>
          <w:tab w:val="clear" w:pos="360"/>
          <w:tab w:val="num" w:pos="1080"/>
        </w:tabs>
        <w:bidi/>
        <w:ind w:left="1080"/>
      </w:pPr>
      <w:r>
        <w:t>سازنده‌محور</w:t>
      </w:r>
    </w:p>
    <w:p w14:paraId="6286B86E" w14:textId="77777777" w:rsidR="008A2FDF" w:rsidRDefault="00000000" w:rsidP="00094124">
      <w:pPr>
        <w:bidi/>
        <w:spacing w:after="80"/>
        <w:ind w:left="720"/>
      </w:pPr>
      <w:r>
        <w:t>تصویر ذهنی مطلوب:</w:t>
      </w:r>
    </w:p>
    <w:p w14:paraId="655E3D15" w14:textId="77777777" w:rsidR="008A2FDF" w:rsidRDefault="00000000" w:rsidP="00094124">
      <w:pPr>
        <w:bidi/>
        <w:ind w:left="1080"/>
      </w:pPr>
      <w:r>
        <w:rPr>
          <w:b/>
        </w:rPr>
        <w:t>آدم‌هایی که ایده دارند، آن را امتحان می‌کنند، می‌سازند و وارد دنیای واقعی می‌کنند.</w:t>
      </w:r>
    </w:p>
    <w:p w14:paraId="01A63D88" w14:textId="77777777" w:rsidR="008A2FDF" w:rsidRDefault="00000000" w:rsidP="00094124">
      <w:pPr>
        <w:pStyle w:val="Title"/>
        <w:bidi/>
        <w:ind w:left="720"/>
      </w:pPr>
      <w:r>
        <w:t>3. معماری برند</w:t>
      </w:r>
    </w:p>
    <w:p w14:paraId="6193320B" w14:textId="77777777" w:rsidR="008A2FDF" w:rsidRDefault="00000000" w:rsidP="00094124">
      <w:pPr>
        <w:bidi/>
        <w:spacing w:after="80"/>
        <w:ind w:left="720"/>
      </w:pPr>
      <w:r>
        <w:t>برند مادر باید بتواند در آینده زیرمجموعه‌ها و فعالیت‌های مختلفی داشته باشد.</w:t>
      </w:r>
    </w:p>
    <w:p w14:paraId="66F3AD35" w14:textId="77777777" w:rsidR="008A2FDF" w:rsidRDefault="00000000" w:rsidP="00094124">
      <w:pPr>
        <w:bidi/>
        <w:spacing w:after="80"/>
        <w:ind w:left="720"/>
      </w:pPr>
      <w:r>
        <w:t>اگر نام نهایی را موقتاً `NAME` فرض کنیم:</w:t>
      </w:r>
    </w:p>
    <w:p w14:paraId="2D48AE0F" w14:textId="77777777" w:rsidR="008A2FDF" w:rsidRDefault="00000000" w:rsidP="00094124">
      <w:pPr>
        <w:bidi/>
        <w:spacing w:after="120"/>
        <w:ind w:left="720"/>
        <w:jc w:val="right"/>
      </w:pPr>
      <w:r>
        <w:rPr>
          <w:rFonts w:ascii="Consolas" w:eastAsia="Consolas" w:hAnsi="Consolas"/>
          <w:sz w:val="18"/>
        </w:rPr>
        <w:t>NAME</w:t>
      </w:r>
      <w:r>
        <w:rPr>
          <w:rFonts w:ascii="Consolas" w:eastAsia="Consolas" w:hAnsi="Consolas"/>
          <w:sz w:val="18"/>
        </w:rPr>
        <w:br/>
        <w:t>NAME Labs</w:t>
      </w:r>
      <w:r>
        <w:rPr>
          <w:rFonts w:ascii="Consolas" w:eastAsia="Consolas" w:hAnsi="Consolas"/>
          <w:sz w:val="18"/>
        </w:rPr>
        <w:br/>
        <w:t>NAME Studio</w:t>
      </w:r>
      <w:r>
        <w:rPr>
          <w:rFonts w:ascii="Consolas" w:eastAsia="Consolas" w:hAnsi="Consolas"/>
          <w:sz w:val="18"/>
        </w:rPr>
        <w:br/>
        <w:t>NAME Radio</w:t>
      </w:r>
      <w:r>
        <w:rPr>
          <w:rFonts w:ascii="Consolas" w:eastAsia="Consolas" w:hAnsi="Consolas"/>
          <w:sz w:val="18"/>
        </w:rPr>
        <w:br/>
        <w:t>NAME Media</w:t>
      </w:r>
      <w:r>
        <w:rPr>
          <w:rFonts w:ascii="Consolas" w:eastAsia="Consolas" w:hAnsi="Consolas"/>
          <w:sz w:val="18"/>
        </w:rPr>
        <w:br/>
        <w:t>NAME Community</w:t>
      </w:r>
      <w:r>
        <w:rPr>
          <w:rFonts w:ascii="Consolas" w:eastAsia="Consolas" w:hAnsi="Consolas"/>
          <w:sz w:val="18"/>
        </w:rPr>
        <w:br/>
        <w:t>NAME Ventures</w:t>
      </w:r>
      <w:r>
        <w:rPr>
          <w:rFonts w:ascii="Consolas" w:eastAsia="Consolas" w:hAnsi="Consolas"/>
          <w:sz w:val="18"/>
        </w:rPr>
        <w:br/>
        <w:t>NAME Products</w:t>
      </w:r>
      <w:r>
        <w:rPr>
          <w:rFonts w:ascii="Consolas" w:eastAsia="Consolas" w:hAnsi="Consolas"/>
          <w:sz w:val="18"/>
        </w:rPr>
        <w:br/>
        <w:t>NAME Research</w:t>
      </w:r>
      <w:r>
        <w:rPr>
          <w:rFonts w:ascii="Consolas" w:eastAsia="Consolas" w:hAnsi="Consolas"/>
          <w:sz w:val="18"/>
        </w:rPr>
        <w:br/>
        <w:t>NAME Academy</w:t>
      </w:r>
      <w:r>
        <w:rPr>
          <w:rFonts w:ascii="Consolas" w:eastAsia="Consolas" w:hAnsi="Consolas"/>
          <w:sz w:val="18"/>
        </w:rPr>
        <w:br/>
        <w:t>NAME Events</w:t>
      </w:r>
    </w:p>
    <w:p w14:paraId="584A4D30" w14:textId="77777777" w:rsidR="008A2FDF" w:rsidRDefault="00000000" w:rsidP="00094124">
      <w:pPr>
        <w:bidi/>
        <w:spacing w:after="80"/>
        <w:ind w:left="720"/>
      </w:pPr>
      <w:r>
        <w:lastRenderedPageBreak/>
        <w:t>این‌ها مثال هستند و الزاماً قرار نیست همین کلمات استفاده شوند.</w:t>
      </w:r>
    </w:p>
    <w:p w14:paraId="35801F2D" w14:textId="77777777" w:rsidR="008A2FDF" w:rsidRDefault="00000000" w:rsidP="00094124">
      <w:pPr>
        <w:bidi/>
        <w:spacing w:after="80"/>
        <w:ind w:left="720"/>
      </w:pPr>
      <w:r>
        <w:t>نکته مهم:</w:t>
      </w:r>
    </w:p>
    <w:p w14:paraId="0F38DB0A" w14:textId="77777777" w:rsidR="008A2FDF" w:rsidRDefault="00000000" w:rsidP="00094124">
      <w:pPr>
        <w:bidi/>
        <w:ind w:left="1080"/>
      </w:pPr>
      <w:r>
        <w:rPr>
          <w:b/>
        </w:rPr>
        <w:t>**نام اصلی باید به‌تنهایی یک برند قوی باشد.**</w:t>
      </w:r>
    </w:p>
    <w:p w14:paraId="1337D25F" w14:textId="77777777" w:rsidR="008A2FDF" w:rsidRDefault="00000000" w:rsidP="00094124">
      <w:pPr>
        <w:bidi/>
        <w:spacing w:after="80"/>
        <w:ind w:left="720"/>
      </w:pPr>
      <w:r>
        <w:t>نباید برای اینکه شرکتی به نظر برسد به کلماتی مثل:</w:t>
      </w:r>
    </w:p>
    <w:p w14:paraId="5F8E41C7" w14:textId="77777777" w:rsidR="008A2FDF" w:rsidRDefault="00000000" w:rsidP="00094124">
      <w:pPr>
        <w:pStyle w:val="ListBullet"/>
        <w:tabs>
          <w:tab w:val="clear" w:pos="360"/>
          <w:tab w:val="num" w:pos="1080"/>
        </w:tabs>
        <w:bidi/>
        <w:ind w:left="1080"/>
      </w:pPr>
      <w:r>
        <w:t>Tech</w:t>
      </w:r>
    </w:p>
    <w:p w14:paraId="6F7E6321" w14:textId="77777777" w:rsidR="008A2FDF" w:rsidRDefault="00000000" w:rsidP="00094124">
      <w:pPr>
        <w:pStyle w:val="ListBullet"/>
        <w:tabs>
          <w:tab w:val="clear" w:pos="360"/>
          <w:tab w:val="num" w:pos="1080"/>
        </w:tabs>
        <w:bidi/>
        <w:ind w:left="1080"/>
      </w:pPr>
      <w:r>
        <w:t>Code</w:t>
      </w:r>
    </w:p>
    <w:p w14:paraId="5EADE225" w14:textId="77777777" w:rsidR="008A2FDF" w:rsidRDefault="00000000" w:rsidP="00094124">
      <w:pPr>
        <w:pStyle w:val="ListBullet"/>
        <w:tabs>
          <w:tab w:val="clear" w:pos="360"/>
          <w:tab w:val="num" w:pos="1080"/>
        </w:tabs>
        <w:bidi/>
        <w:ind w:left="1080"/>
      </w:pPr>
      <w:r>
        <w:t>Dev</w:t>
      </w:r>
    </w:p>
    <w:p w14:paraId="4FC99AB4" w14:textId="77777777" w:rsidR="008A2FDF" w:rsidRDefault="00000000" w:rsidP="00094124">
      <w:pPr>
        <w:pStyle w:val="ListBullet"/>
        <w:tabs>
          <w:tab w:val="clear" w:pos="360"/>
          <w:tab w:val="num" w:pos="1080"/>
        </w:tabs>
        <w:bidi/>
        <w:ind w:left="1080"/>
      </w:pPr>
      <w:r>
        <w:t>Lab</w:t>
      </w:r>
    </w:p>
    <w:p w14:paraId="0440CF80" w14:textId="77777777" w:rsidR="008A2FDF" w:rsidRDefault="00000000" w:rsidP="00094124">
      <w:pPr>
        <w:pStyle w:val="ListBullet"/>
        <w:tabs>
          <w:tab w:val="clear" w:pos="360"/>
          <w:tab w:val="num" w:pos="1080"/>
        </w:tabs>
        <w:bidi/>
        <w:ind w:left="1080"/>
      </w:pPr>
      <w:r>
        <w:t>Studio</w:t>
      </w:r>
    </w:p>
    <w:p w14:paraId="45650863" w14:textId="77777777" w:rsidR="008A2FDF" w:rsidRDefault="00000000" w:rsidP="00094124">
      <w:pPr>
        <w:pStyle w:val="ListBullet"/>
        <w:tabs>
          <w:tab w:val="clear" w:pos="360"/>
          <w:tab w:val="num" w:pos="1080"/>
        </w:tabs>
        <w:bidi/>
        <w:ind w:left="1080"/>
      </w:pPr>
      <w:r>
        <w:t>Digital</w:t>
      </w:r>
    </w:p>
    <w:p w14:paraId="4FFFA238" w14:textId="77777777" w:rsidR="008A2FDF" w:rsidRDefault="00000000" w:rsidP="00094124">
      <w:pPr>
        <w:pStyle w:val="ListBullet"/>
        <w:tabs>
          <w:tab w:val="clear" w:pos="360"/>
          <w:tab w:val="num" w:pos="1080"/>
        </w:tabs>
        <w:bidi/>
        <w:ind w:left="1080"/>
      </w:pPr>
      <w:r>
        <w:t>Media</w:t>
      </w:r>
    </w:p>
    <w:p w14:paraId="1CFF1989" w14:textId="77777777" w:rsidR="008A2FDF" w:rsidRDefault="00000000" w:rsidP="00094124">
      <w:pPr>
        <w:pStyle w:val="ListBullet"/>
        <w:tabs>
          <w:tab w:val="clear" w:pos="360"/>
          <w:tab w:val="num" w:pos="1080"/>
        </w:tabs>
        <w:bidi/>
        <w:ind w:left="1080"/>
      </w:pPr>
      <w:r>
        <w:t>AI</w:t>
      </w:r>
    </w:p>
    <w:p w14:paraId="0183526C" w14:textId="77777777" w:rsidR="008A2FDF" w:rsidRDefault="00000000" w:rsidP="00094124">
      <w:pPr>
        <w:pStyle w:val="ListBullet"/>
        <w:tabs>
          <w:tab w:val="clear" w:pos="360"/>
          <w:tab w:val="num" w:pos="1080"/>
        </w:tabs>
        <w:bidi/>
        <w:ind w:left="1080"/>
      </w:pPr>
      <w:r>
        <w:t>Solutions</w:t>
      </w:r>
    </w:p>
    <w:p w14:paraId="25FDAECF" w14:textId="77777777" w:rsidR="008A2FDF" w:rsidRDefault="00000000" w:rsidP="00094124">
      <w:pPr>
        <w:bidi/>
        <w:spacing w:after="80"/>
        <w:ind w:left="720"/>
      </w:pPr>
      <w:r>
        <w:t>وابسته باشد.</w:t>
      </w:r>
    </w:p>
    <w:p w14:paraId="6C012636" w14:textId="77777777" w:rsidR="008A2FDF" w:rsidRDefault="00000000" w:rsidP="00094124">
      <w:pPr>
        <w:pStyle w:val="Title"/>
        <w:bidi/>
        <w:ind w:left="720"/>
      </w:pPr>
      <w:r>
        <w:t>4. برند شخصی در برابر برند کسب‌وکار</w:t>
      </w:r>
    </w:p>
    <w:p w14:paraId="0323CCFC" w14:textId="77777777" w:rsidR="008A2FDF" w:rsidRDefault="00000000" w:rsidP="00094124">
      <w:pPr>
        <w:bidi/>
        <w:spacing w:after="80"/>
        <w:ind w:left="720"/>
      </w:pPr>
      <w:r>
        <w:t>دو لایه مرتبط اما جدا وجود دارد:</w:t>
      </w:r>
    </w:p>
    <w:p w14:paraId="0F7B95E0" w14:textId="77777777" w:rsidR="008A2FDF" w:rsidRDefault="00000000" w:rsidP="00094124">
      <w:pPr>
        <w:bidi/>
        <w:spacing w:after="120"/>
        <w:ind w:left="720"/>
      </w:pPr>
      <w:r>
        <w:rPr>
          <w:rFonts w:ascii="Consolas" w:eastAsia="Consolas" w:hAnsi="Consolas"/>
          <w:sz w:val="18"/>
        </w:rPr>
        <w:t>برند شخصی = من</w:t>
      </w:r>
      <w:r>
        <w:rPr>
          <w:rFonts w:ascii="Consolas" w:eastAsia="Consolas" w:hAnsi="Consolas"/>
          <w:sz w:val="18"/>
        </w:rPr>
        <w:br/>
        <w:t>برند کسب‌وکار = چیزی که ما می‌سازیم</w:t>
      </w:r>
    </w:p>
    <w:p w14:paraId="133159F1" w14:textId="77777777" w:rsidR="008A2FDF" w:rsidRDefault="00000000" w:rsidP="00094124">
      <w:pPr>
        <w:bidi/>
        <w:spacing w:after="80"/>
        <w:ind w:left="720"/>
      </w:pPr>
      <w:r>
        <w:t>برند شخصی در آینده شامل مواردی مثل:</w:t>
      </w:r>
    </w:p>
    <w:p w14:paraId="6754396E" w14:textId="77777777" w:rsidR="008A2FDF" w:rsidRDefault="00000000" w:rsidP="00094124">
      <w:pPr>
        <w:pStyle w:val="ListBullet"/>
        <w:tabs>
          <w:tab w:val="clear" w:pos="360"/>
          <w:tab w:val="num" w:pos="1080"/>
        </w:tabs>
        <w:bidi/>
        <w:ind w:left="1080"/>
      </w:pPr>
      <w:r>
        <w:t>وب‌سایت شخصی</w:t>
      </w:r>
    </w:p>
    <w:p w14:paraId="252C2AB9" w14:textId="77777777" w:rsidR="008A2FDF" w:rsidRDefault="00000000" w:rsidP="00094124">
      <w:pPr>
        <w:pStyle w:val="ListBullet"/>
        <w:tabs>
          <w:tab w:val="clear" w:pos="360"/>
          <w:tab w:val="num" w:pos="1080"/>
        </w:tabs>
        <w:bidi/>
        <w:ind w:left="1080"/>
      </w:pPr>
      <w:r>
        <w:t>وبلاگ</w:t>
      </w:r>
    </w:p>
    <w:p w14:paraId="2A6FB50E" w14:textId="77777777" w:rsidR="008A2FDF" w:rsidRDefault="00000000" w:rsidP="00094124">
      <w:pPr>
        <w:pStyle w:val="ListBullet"/>
        <w:tabs>
          <w:tab w:val="clear" w:pos="360"/>
          <w:tab w:val="num" w:pos="1080"/>
        </w:tabs>
        <w:bidi/>
        <w:ind w:left="1080"/>
      </w:pPr>
      <w:r>
        <w:t>پورتفولیو</w:t>
      </w:r>
    </w:p>
    <w:p w14:paraId="1A819642" w14:textId="77777777" w:rsidR="008A2FDF" w:rsidRDefault="00000000" w:rsidP="00094124">
      <w:pPr>
        <w:pStyle w:val="ListBullet"/>
        <w:tabs>
          <w:tab w:val="clear" w:pos="360"/>
          <w:tab w:val="num" w:pos="1080"/>
        </w:tabs>
        <w:bidi/>
        <w:ind w:left="1080"/>
      </w:pPr>
      <w:r>
        <w:t>رزومه</w:t>
      </w:r>
    </w:p>
    <w:p w14:paraId="786E0FFB" w14:textId="77777777" w:rsidR="008A2FDF" w:rsidRDefault="00000000" w:rsidP="00094124">
      <w:pPr>
        <w:pStyle w:val="ListBullet"/>
        <w:tabs>
          <w:tab w:val="clear" w:pos="360"/>
          <w:tab w:val="num" w:pos="1080"/>
        </w:tabs>
        <w:bidi/>
        <w:ind w:left="1080"/>
      </w:pPr>
      <w:r>
        <w:t>هویت حرفه‌ای</w:t>
      </w:r>
    </w:p>
    <w:p w14:paraId="3167FE41" w14:textId="77777777" w:rsidR="008A2FDF" w:rsidRDefault="00000000" w:rsidP="00094124">
      <w:pPr>
        <w:pStyle w:val="ListBullet"/>
        <w:tabs>
          <w:tab w:val="clear" w:pos="360"/>
          <w:tab w:val="num" w:pos="1080"/>
        </w:tabs>
        <w:bidi/>
        <w:ind w:left="1080"/>
      </w:pPr>
      <w:r>
        <w:t>نوشته‌ها</w:t>
      </w:r>
    </w:p>
    <w:p w14:paraId="7D91D701" w14:textId="77777777" w:rsidR="008A2FDF" w:rsidRDefault="00000000" w:rsidP="00094124">
      <w:pPr>
        <w:pStyle w:val="ListBullet"/>
        <w:tabs>
          <w:tab w:val="clear" w:pos="360"/>
          <w:tab w:val="num" w:pos="1080"/>
        </w:tabs>
        <w:bidi/>
        <w:ind w:left="1080"/>
      </w:pPr>
      <w:r>
        <w:t>پروژه‌ها</w:t>
      </w:r>
    </w:p>
    <w:p w14:paraId="5EF247EF" w14:textId="77777777" w:rsidR="008A2FDF" w:rsidRDefault="00000000" w:rsidP="00094124">
      <w:pPr>
        <w:pStyle w:val="ListBullet"/>
        <w:tabs>
          <w:tab w:val="clear" w:pos="360"/>
          <w:tab w:val="num" w:pos="1080"/>
        </w:tabs>
        <w:bidi/>
        <w:ind w:left="1080"/>
      </w:pPr>
      <w:r>
        <w:t>دانش و تجربه</w:t>
      </w:r>
    </w:p>
    <w:p w14:paraId="0FBE7E5C" w14:textId="77777777" w:rsidR="008A2FDF" w:rsidRDefault="00000000" w:rsidP="00094124">
      <w:pPr>
        <w:bidi/>
        <w:spacing w:after="80"/>
        <w:ind w:left="720"/>
      </w:pPr>
      <w:r>
        <w:t>خواهد بود.</w:t>
      </w:r>
    </w:p>
    <w:p w14:paraId="1A023D6E" w14:textId="77777777" w:rsidR="008A2FDF" w:rsidRDefault="00000000" w:rsidP="00094124">
      <w:pPr>
        <w:bidi/>
        <w:spacing w:after="80"/>
        <w:ind w:left="720"/>
      </w:pPr>
      <w:r>
        <w:t>اما برند کسب‌وکار نماینده این است:</w:t>
      </w:r>
    </w:p>
    <w:p w14:paraId="62FB6CAA" w14:textId="77777777" w:rsidR="008A2FDF" w:rsidRDefault="00000000" w:rsidP="00094124">
      <w:pPr>
        <w:bidi/>
        <w:ind w:left="1080"/>
      </w:pPr>
      <w:r>
        <w:rPr>
          <w:b/>
        </w:rPr>
        <w:t>**چیزی که ما با هم می‌سازیم.**</w:t>
      </w:r>
    </w:p>
    <w:p w14:paraId="6284AF71" w14:textId="77777777" w:rsidR="008A2FDF" w:rsidRDefault="00000000" w:rsidP="00094124">
      <w:pPr>
        <w:bidi/>
        <w:spacing w:after="80"/>
        <w:ind w:left="720"/>
      </w:pPr>
      <w:r>
        <w:t>بنابراین نام برند اصلی باید بزرگ‌تر از هویت یک فریلنسر یا یک فرد باشد.</w:t>
      </w:r>
    </w:p>
    <w:p w14:paraId="40FA0C89" w14:textId="77777777" w:rsidR="008A2FDF" w:rsidRDefault="00000000" w:rsidP="00094124">
      <w:pPr>
        <w:pStyle w:val="Title"/>
        <w:bidi/>
        <w:ind w:left="720"/>
      </w:pPr>
      <w:r>
        <w:t>5. چشم‌انداز اکوسیستم</w:t>
      </w:r>
    </w:p>
    <w:p w14:paraId="53BFB7C3" w14:textId="77777777" w:rsidR="008A2FDF" w:rsidRDefault="00000000" w:rsidP="00094124">
      <w:pPr>
        <w:bidi/>
        <w:spacing w:after="80"/>
        <w:ind w:left="720"/>
      </w:pPr>
      <w:r>
        <w:t>چشم‌انداز کلی چند لایه دارد.</w:t>
      </w:r>
    </w:p>
    <w:p w14:paraId="7CF9A56E" w14:textId="77777777" w:rsidR="008A2FDF" w:rsidRDefault="00000000" w:rsidP="00094124">
      <w:pPr>
        <w:pStyle w:val="Heading1"/>
        <w:bidi/>
        <w:ind w:left="720"/>
      </w:pPr>
      <w:r>
        <w:t>برند شخصی</w:t>
      </w:r>
    </w:p>
    <w:p w14:paraId="104C54E4" w14:textId="77777777" w:rsidR="008A2FDF" w:rsidRDefault="00000000" w:rsidP="00094124">
      <w:pPr>
        <w:bidi/>
        <w:spacing w:after="80"/>
        <w:ind w:left="720"/>
      </w:pPr>
      <w:r>
        <w:t>وب‌سایت شخصی، وبلاگ، پورتفولیو و رزومه.</w:t>
      </w:r>
    </w:p>
    <w:p w14:paraId="5B615FE8" w14:textId="77777777" w:rsidR="008A2FDF" w:rsidRDefault="00000000" w:rsidP="00094124">
      <w:pPr>
        <w:pStyle w:val="Heading1"/>
        <w:bidi/>
        <w:ind w:left="720"/>
      </w:pPr>
      <w:r>
        <w:lastRenderedPageBreak/>
        <w:t>برند کسب‌وکار</w:t>
      </w:r>
    </w:p>
    <w:p w14:paraId="41A92025" w14:textId="77777777" w:rsidR="008A2FDF" w:rsidRDefault="00000000" w:rsidP="00094124">
      <w:pPr>
        <w:bidi/>
        <w:spacing w:after="80"/>
        <w:ind w:left="720"/>
      </w:pPr>
      <w:r>
        <w:t>برند مادر برای پروژه‌ها، محصولات، خدمات، آزمایش‌ها و ونچرها.</w:t>
      </w:r>
    </w:p>
    <w:p w14:paraId="1043159E" w14:textId="77777777" w:rsidR="008A2FDF" w:rsidRDefault="00000000" w:rsidP="00094124">
      <w:pPr>
        <w:pStyle w:val="Heading1"/>
        <w:bidi/>
        <w:ind w:left="720"/>
      </w:pPr>
      <w:r>
        <w:t>رسانه</w:t>
      </w:r>
    </w:p>
    <w:p w14:paraId="78A110A2" w14:textId="77777777" w:rsidR="008A2FDF" w:rsidRDefault="00000000" w:rsidP="00094124">
      <w:pPr>
        <w:bidi/>
        <w:spacing w:after="80"/>
        <w:ind w:left="720"/>
      </w:pPr>
      <w:r>
        <w:t>فرمت‌های احتمالی آینده:</w:t>
      </w:r>
    </w:p>
    <w:p w14:paraId="56080692" w14:textId="77777777" w:rsidR="008A2FDF" w:rsidRDefault="00000000" w:rsidP="00094124">
      <w:pPr>
        <w:bidi/>
        <w:spacing w:after="120"/>
        <w:ind w:left="720"/>
        <w:jc w:val="right"/>
      </w:pPr>
      <w:r>
        <w:rPr>
          <w:rFonts w:ascii="Consolas" w:eastAsia="Consolas" w:hAnsi="Consolas"/>
          <w:sz w:val="18"/>
        </w:rPr>
        <w:t>NAME Radio</w:t>
      </w:r>
      <w:r>
        <w:rPr>
          <w:rFonts w:ascii="Consolas" w:eastAsia="Consolas" w:hAnsi="Consolas"/>
          <w:sz w:val="18"/>
        </w:rPr>
        <w:br/>
        <w:t>NAME Media</w:t>
      </w:r>
      <w:r>
        <w:rPr>
          <w:rFonts w:ascii="Consolas" w:eastAsia="Consolas" w:hAnsi="Consolas"/>
          <w:sz w:val="18"/>
        </w:rPr>
        <w:br/>
        <w:t>NAME YouTube</w:t>
      </w:r>
      <w:r>
        <w:rPr>
          <w:rFonts w:ascii="Consolas" w:eastAsia="Consolas" w:hAnsi="Consolas"/>
          <w:sz w:val="18"/>
        </w:rPr>
        <w:br/>
        <w:t>NAME Podcast</w:t>
      </w:r>
      <w:r>
        <w:rPr>
          <w:rFonts w:ascii="Consolas" w:eastAsia="Consolas" w:hAnsi="Consolas"/>
          <w:sz w:val="18"/>
        </w:rPr>
        <w:br/>
        <w:t>NAME Newsletter</w:t>
      </w:r>
    </w:p>
    <w:p w14:paraId="0CF0E24A" w14:textId="77777777" w:rsidR="008A2FDF" w:rsidRDefault="00000000" w:rsidP="00094124">
      <w:pPr>
        <w:pStyle w:val="Heading1"/>
        <w:bidi/>
        <w:ind w:left="720"/>
      </w:pPr>
      <w:r>
        <w:t>کامیونیتی</w:t>
      </w:r>
    </w:p>
    <w:p w14:paraId="1025DCCB" w14:textId="77777777" w:rsidR="008A2FDF" w:rsidRDefault="00000000" w:rsidP="00094124">
      <w:pPr>
        <w:bidi/>
        <w:spacing w:after="80"/>
        <w:ind w:left="720"/>
      </w:pPr>
      <w:r>
        <w:t>یکی از ایده‌های بلندمدت، ساخت یک کامیونیتی برای برنامه‌نویس‌ها، سازنده‌ها و علاقه‌مندان تکنولوژی ایرانی است.</w:t>
      </w:r>
    </w:p>
    <w:p w14:paraId="17941C29" w14:textId="77777777" w:rsidR="008A2FDF" w:rsidRDefault="00000000" w:rsidP="00094124">
      <w:pPr>
        <w:bidi/>
        <w:spacing w:after="80"/>
        <w:ind w:left="720"/>
      </w:pPr>
      <w:r>
        <w:t>موضوعات احتمالی:</w:t>
      </w:r>
    </w:p>
    <w:p w14:paraId="2808FE27" w14:textId="77777777" w:rsidR="008A2FDF" w:rsidRDefault="00000000" w:rsidP="00094124">
      <w:pPr>
        <w:pStyle w:val="ListBullet"/>
        <w:tabs>
          <w:tab w:val="clear" w:pos="360"/>
          <w:tab w:val="num" w:pos="1080"/>
        </w:tabs>
        <w:bidi/>
        <w:ind w:left="1080"/>
      </w:pPr>
      <w:r>
        <w:t>گفتگو</w:t>
      </w:r>
    </w:p>
    <w:p w14:paraId="7C0AECEA" w14:textId="77777777" w:rsidR="008A2FDF" w:rsidRDefault="00000000" w:rsidP="00094124">
      <w:pPr>
        <w:pStyle w:val="ListBullet"/>
        <w:tabs>
          <w:tab w:val="clear" w:pos="360"/>
          <w:tab w:val="num" w:pos="1080"/>
        </w:tabs>
        <w:bidi/>
        <w:ind w:left="1080"/>
      </w:pPr>
      <w:r>
        <w:t>آموزش</w:t>
      </w:r>
    </w:p>
    <w:p w14:paraId="4A2FC98A" w14:textId="77777777" w:rsidR="008A2FDF" w:rsidRDefault="00000000" w:rsidP="00094124">
      <w:pPr>
        <w:pStyle w:val="ListBullet"/>
        <w:tabs>
          <w:tab w:val="clear" w:pos="360"/>
          <w:tab w:val="num" w:pos="1080"/>
        </w:tabs>
        <w:bidi/>
        <w:ind w:left="1080"/>
      </w:pPr>
      <w:r>
        <w:t>شبکه‌سازی</w:t>
      </w:r>
    </w:p>
    <w:p w14:paraId="265388C7" w14:textId="77777777" w:rsidR="008A2FDF" w:rsidRDefault="00000000" w:rsidP="00094124">
      <w:pPr>
        <w:pStyle w:val="ListBullet"/>
        <w:tabs>
          <w:tab w:val="clear" w:pos="360"/>
          <w:tab w:val="num" w:pos="1080"/>
        </w:tabs>
        <w:bidi/>
        <w:ind w:left="1080"/>
      </w:pPr>
      <w:r>
        <w:t>همکاری</w:t>
      </w:r>
    </w:p>
    <w:p w14:paraId="6DB3055E" w14:textId="77777777" w:rsidR="008A2FDF" w:rsidRDefault="00000000" w:rsidP="00094124">
      <w:pPr>
        <w:pStyle w:val="ListBullet"/>
        <w:tabs>
          <w:tab w:val="clear" w:pos="360"/>
          <w:tab w:val="num" w:pos="1080"/>
        </w:tabs>
        <w:bidi/>
        <w:ind w:left="1080"/>
      </w:pPr>
      <w:r>
        <w:t>رویداد</w:t>
      </w:r>
    </w:p>
    <w:p w14:paraId="07E1E781" w14:textId="77777777" w:rsidR="008A2FDF" w:rsidRDefault="00000000" w:rsidP="00094124">
      <w:pPr>
        <w:pStyle w:val="ListBullet"/>
        <w:tabs>
          <w:tab w:val="clear" w:pos="360"/>
          <w:tab w:val="num" w:pos="1080"/>
        </w:tabs>
        <w:bidi/>
        <w:ind w:left="1080"/>
      </w:pPr>
      <w:r>
        <w:t>دانش فنی</w:t>
      </w:r>
    </w:p>
    <w:p w14:paraId="007AF930" w14:textId="77777777" w:rsidR="008A2FDF" w:rsidRDefault="00000000" w:rsidP="00094124">
      <w:pPr>
        <w:pStyle w:val="ListBullet"/>
        <w:tabs>
          <w:tab w:val="clear" w:pos="360"/>
          <w:tab w:val="num" w:pos="1080"/>
        </w:tabs>
        <w:bidi/>
        <w:ind w:left="1080"/>
      </w:pPr>
      <w:r>
        <w:t>پروژه</w:t>
      </w:r>
    </w:p>
    <w:p w14:paraId="08B65832" w14:textId="77777777" w:rsidR="008A2FDF" w:rsidRDefault="00000000" w:rsidP="00094124">
      <w:pPr>
        <w:pStyle w:val="ListBullet"/>
        <w:tabs>
          <w:tab w:val="clear" w:pos="360"/>
          <w:tab w:val="num" w:pos="1080"/>
        </w:tabs>
        <w:bidi/>
        <w:ind w:left="1080"/>
      </w:pPr>
      <w:r>
        <w:t>فرصت‌های شغلی</w:t>
      </w:r>
    </w:p>
    <w:p w14:paraId="56621AA7" w14:textId="77777777" w:rsidR="008A2FDF" w:rsidRDefault="00000000" w:rsidP="00094124">
      <w:pPr>
        <w:pStyle w:val="ListBullet"/>
        <w:tabs>
          <w:tab w:val="clear" w:pos="360"/>
          <w:tab w:val="num" w:pos="1080"/>
        </w:tabs>
        <w:bidi/>
        <w:ind w:left="1080"/>
      </w:pPr>
      <w:r>
        <w:t>فرهنگ Maker</w:t>
      </w:r>
    </w:p>
    <w:p w14:paraId="0CA56F9F" w14:textId="77777777" w:rsidR="008A2FDF" w:rsidRDefault="00000000" w:rsidP="00094124">
      <w:pPr>
        <w:pStyle w:val="ListBullet"/>
        <w:tabs>
          <w:tab w:val="clear" w:pos="360"/>
          <w:tab w:val="num" w:pos="1080"/>
        </w:tabs>
        <w:bidi/>
        <w:ind w:left="1080"/>
      </w:pPr>
      <w:r>
        <w:t>استارتاپ و محصول</w:t>
      </w:r>
    </w:p>
    <w:p w14:paraId="41B7D49E" w14:textId="77777777" w:rsidR="008A2FDF" w:rsidRDefault="00000000" w:rsidP="00094124">
      <w:pPr>
        <w:bidi/>
        <w:spacing w:after="80"/>
        <w:ind w:left="720"/>
      </w:pPr>
      <w:r>
        <w:t>بنابراین نام برند نباید فقط برای برنامه‌نویسی مناسب باشد.</w:t>
      </w:r>
    </w:p>
    <w:p w14:paraId="44649188" w14:textId="77777777" w:rsidR="008A2FDF" w:rsidRDefault="00000000" w:rsidP="00094124">
      <w:pPr>
        <w:pStyle w:val="Heading1"/>
        <w:bidi/>
        <w:ind w:left="720"/>
      </w:pPr>
      <w:r>
        <w:t>Labs / Studio</w:t>
      </w:r>
    </w:p>
    <w:p w14:paraId="612FE9F8" w14:textId="77777777" w:rsidR="008A2FDF" w:rsidRDefault="00000000" w:rsidP="00094124">
      <w:pPr>
        <w:bidi/>
        <w:spacing w:after="80"/>
        <w:ind w:left="720"/>
      </w:pPr>
      <w:r>
        <w:t>یک مجموعه داخلی که محل آزمایش ایده‌ها و ساخت محصولات جدید باشد.</w:t>
      </w:r>
    </w:p>
    <w:p w14:paraId="062FA797" w14:textId="77777777" w:rsidR="008A2FDF" w:rsidRDefault="00000000" w:rsidP="00094124">
      <w:pPr>
        <w:bidi/>
        <w:spacing w:after="80"/>
        <w:ind w:left="720"/>
      </w:pPr>
      <w:r>
        <w:t>حس مطلوب:</w:t>
      </w:r>
    </w:p>
    <w:p w14:paraId="6D3CECD2" w14:textId="77777777" w:rsidR="008A2FDF" w:rsidRDefault="00000000" w:rsidP="00094124">
      <w:pPr>
        <w:bidi/>
        <w:ind w:left="1080"/>
      </w:pPr>
      <w:r>
        <w:rPr>
          <w:b/>
        </w:rPr>
        <w:t>جایی که ایده‌ها به چیز واقعی تبدیل می‌شوند.</w:t>
      </w:r>
    </w:p>
    <w:p w14:paraId="5556317E" w14:textId="77777777" w:rsidR="008A2FDF" w:rsidRDefault="00000000" w:rsidP="00094124">
      <w:pPr>
        <w:pStyle w:val="Heading1"/>
        <w:bidi/>
        <w:ind w:left="720"/>
      </w:pPr>
      <w:r>
        <w:t>Ventures / کسب‌وکارهای جدید</w:t>
      </w:r>
    </w:p>
    <w:p w14:paraId="66B59CB1" w14:textId="77777777" w:rsidR="008A2FDF" w:rsidRDefault="00000000" w:rsidP="00094124">
      <w:pPr>
        <w:bidi/>
        <w:spacing w:after="80"/>
        <w:ind w:left="720"/>
      </w:pPr>
      <w:r>
        <w:t>ایده‌های موفق ممکن است در آینده به محصولات یا کسب‌وکارهای مستقل تبدیل شوند.</w:t>
      </w:r>
    </w:p>
    <w:p w14:paraId="60491E0C" w14:textId="77777777" w:rsidR="008A2FDF" w:rsidRDefault="00000000" w:rsidP="00094124">
      <w:pPr>
        <w:bidi/>
        <w:spacing w:after="80"/>
        <w:ind w:left="720"/>
      </w:pPr>
      <w:r>
        <w:t>برند مادر باید بتواند بدون محدود کردن آن‌ها بالای این ساختار قرار بگیرد.</w:t>
      </w:r>
    </w:p>
    <w:p w14:paraId="13BE8503" w14:textId="77777777" w:rsidR="008A2FDF" w:rsidRDefault="00000000" w:rsidP="00094124">
      <w:pPr>
        <w:pStyle w:val="Title"/>
        <w:bidi/>
        <w:ind w:left="720"/>
      </w:pPr>
      <w:r>
        <w:t>6. شخصیت برند</w:t>
      </w:r>
    </w:p>
    <w:p w14:paraId="0F0178C5" w14:textId="77777777" w:rsidR="008A2FDF" w:rsidRDefault="00000000" w:rsidP="00094124">
      <w:pPr>
        <w:bidi/>
        <w:spacing w:after="80"/>
        <w:ind w:left="720"/>
      </w:pPr>
      <w:r>
        <w:t>شخصیت موردنظر ترکیبی از این موارد است:</w:t>
      </w:r>
    </w:p>
    <w:p w14:paraId="4682C547" w14:textId="77777777" w:rsidR="008A2FDF" w:rsidRDefault="00000000" w:rsidP="00094124">
      <w:pPr>
        <w:pStyle w:val="Heading1"/>
        <w:bidi/>
        <w:ind w:left="720"/>
      </w:pPr>
      <w:r>
        <w:lastRenderedPageBreak/>
        <w:t>استارتاپی</w:t>
      </w:r>
    </w:p>
    <w:p w14:paraId="21D718F9" w14:textId="77777777" w:rsidR="008A2FDF" w:rsidRDefault="00000000" w:rsidP="00094124">
      <w:pPr>
        <w:bidi/>
        <w:spacing w:after="80"/>
        <w:ind w:left="720"/>
      </w:pPr>
      <w:r>
        <w:t>جاه‌طلب، سریع، تجربی و آماده ریسک.</w:t>
      </w:r>
    </w:p>
    <w:p w14:paraId="53E5DCAD" w14:textId="77777777" w:rsidR="008A2FDF" w:rsidRDefault="00000000" w:rsidP="00094124">
      <w:pPr>
        <w:pStyle w:val="Heading1"/>
        <w:bidi/>
        <w:ind w:left="720"/>
      </w:pPr>
      <w:r>
        <w:t>مینیمال</w:t>
      </w:r>
    </w:p>
    <w:p w14:paraId="344FB8FB" w14:textId="77777777" w:rsidR="008A2FDF" w:rsidRDefault="00000000" w:rsidP="00094124">
      <w:pPr>
        <w:bidi/>
        <w:spacing w:after="80"/>
        <w:ind w:left="720"/>
      </w:pPr>
      <w:r>
        <w:t>ساده، تمیز، ماندگار و بدون شلوغی.</w:t>
      </w:r>
    </w:p>
    <w:p w14:paraId="717850BE" w14:textId="77777777" w:rsidR="008A2FDF" w:rsidRDefault="00000000" w:rsidP="00094124">
      <w:pPr>
        <w:pStyle w:val="Heading1"/>
        <w:bidi/>
        <w:ind w:left="720"/>
      </w:pPr>
      <w:r>
        <w:t>Builder / سازنده</w:t>
      </w:r>
    </w:p>
    <w:p w14:paraId="2FBE87E1" w14:textId="77777777" w:rsidR="008A2FDF" w:rsidRDefault="00000000" w:rsidP="00094124">
      <w:pPr>
        <w:bidi/>
        <w:spacing w:after="80"/>
        <w:ind w:left="720"/>
      </w:pPr>
      <w:r>
        <w:t>عمل‌گرا، دست‌به‌کار و علاقه‌مند به تبدیل ایده به واقعیت.</w:t>
      </w:r>
    </w:p>
    <w:p w14:paraId="3B6F8A25" w14:textId="77777777" w:rsidR="008A2FDF" w:rsidRDefault="00000000" w:rsidP="00094124">
      <w:pPr>
        <w:pStyle w:val="Heading1"/>
        <w:bidi/>
        <w:ind w:left="720"/>
      </w:pPr>
      <w:r>
        <w:t>تکنولوژی</w:t>
      </w:r>
    </w:p>
    <w:p w14:paraId="41138B40" w14:textId="77777777" w:rsidR="008A2FDF" w:rsidRDefault="00000000" w:rsidP="00094124">
      <w:pPr>
        <w:bidi/>
        <w:spacing w:after="80"/>
        <w:ind w:left="720"/>
      </w:pPr>
      <w:r>
        <w:t>مدرن، فنی و کنجکاو نسبت به ابزارها و فناوری‌های جدید.</w:t>
      </w:r>
    </w:p>
    <w:p w14:paraId="25D1FFFA" w14:textId="77777777" w:rsidR="008A2FDF" w:rsidRDefault="00000000" w:rsidP="00094124">
      <w:pPr>
        <w:pStyle w:val="Heading1"/>
        <w:bidi/>
        <w:ind w:left="720"/>
      </w:pPr>
      <w:r>
        <w:t>خلاق</w:t>
      </w:r>
    </w:p>
    <w:p w14:paraId="0455D89D" w14:textId="77777777" w:rsidR="008A2FDF" w:rsidRDefault="00000000" w:rsidP="00094124">
      <w:pPr>
        <w:bidi/>
        <w:spacing w:after="80"/>
        <w:ind w:left="720"/>
      </w:pPr>
      <w:r>
        <w:t>فقط مهندسی نیست؛ طراحی، محتوا، رسانه، داستان‌گویی و آزمایش هم مهم هستند.</w:t>
      </w:r>
    </w:p>
    <w:p w14:paraId="6C63BAC0" w14:textId="77777777" w:rsidR="008A2FDF" w:rsidRDefault="00000000" w:rsidP="00094124">
      <w:pPr>
        <w:pStyle w:val="Heading1"/>
        <w:bidi/>
        <w:ind w:left="720"/>
      </w:pPr>
      <w:r>
        <w:t>تیمی</w:t>
      </w:r>
    </w:p>
    <w:p w14:paraId="49004F09" w14:textId="77777777" w:rsidR="008A2FDF" w:rsidRDefault="00000000" w:rsidP="00094124">
      <w:pPr>
        <w:bidi/>
        <w:spacing w:after="80"/>
        <w:ind w:left="720"/>
      </w:pPr>
      <w:r>
        <w:t>هویت باید بزرگ‌تر از یک نفر باشد.</w:t>
      </w:r>
    </w:p>
    <w:p w14:paraId="2BE4ECB4" w14:textId="77777777" w:rsidR="008A2FDF" w:rsidRDefault="00000000" w:rsidP="00094124">
      <w:pPr>
        <w:bidi/>
        <w:spacing w:after="80"/>
        <w:ind w:left="720"/>
      </w:pPr>
      <w:r>
        <w:t>برند باید این حس را منتقل کند:</w:t>
      </w:r>
    </w:p>
    <w:p w14:paraId="08598677" w14:textId="77777777" w:rsidR="008A2FDF" w:rsidRDefault="00000000" w:rsidP="00094124">
      <w:pPr>
        <w:bidi/>
        <w:ind w:left="1080"/>
      </w:pPr>
      <w:r>
        <w:rPr>
          <w:b/>
        </w:rPr>
        <w:t>**یک گروه از آدم‌ها که با هم چیز می‌سازند.**</w:t>
      </w:r>
    </w:p>
    <w:p w14:paraId="20BB2BFE" w14:textId="77777777" w:rsidR="008A2FDF" w:rsidRDefault="00000000" w:rsidP="00094124">
      <w:pPr>
        <w:pStyle w:val="Title"/>
        <w:bidi/>
        <w:ind w:left="720"/>
      </w:pPr>
      <w:r>
        <w:t>7. حس Builder بودن</w:t>
      </w:r>
    </w:p>
    <w:p w14:paraId="47937807" w14:textId="77777777" w:rsidR="008A2FDF" w:rsidRDefault="00000000" w:rsidP="00094124">
      <w:pPr>
        <w:bidi/>
        <w:spacing w:after="80"/>
        <w:ind w:left="720"/>
      </w:pPr>
      <w:r>
        <w:t>این یکی از مهم‌ترین بخش‌های پروژه است.</w:t>
      </w:r>
    </w:p>
    <w:p w14:paraId="7F708CB1" w14:textId="77777777" w:rsidR="008A2FDF" w:rsidRDefault="00000000" w:rsidP="00094124">
      <w:pPr>
        <w:bidi/>
        <w:spacing w:after="80"/>
        <w:ind w:left="720"/>
      </w:pPr>
      <w:r>
        <w:t>برند نباید شبیه شرکتی باشد که فقط:</w:t>
      </w:r>
    </w:p>
    <w:p w14:paraId="1BD24E93" w14:textId="77777777" w:rsidR="008A2FDF" w:rsidRDefault="00000000" w:rsidP="00094124">
      <w:pPr>
        <w:pStyle w:val="ListBullet"/>
        <w:tabs>
          <w:tab w:val="clear" w:pos="360"/>
          <w:tab w:val="num" w:pos="1080"/>
        </w:tabs>
        <w:bidi/>
        <w:ind w:left="1080"/>
      </w:pPr>
      <w:r>
        <w:t>مشاوره می‌دهد</w:t>
      </w:r>
    </w:p>
    <w:p w14:paraId="6E1D2302" w14:textId="77777777" w:rsidR="008A2FDF" w:rsidRDefault="00000000" w:rsidP="00094124">
      <w:pPr>
        <w:pStyle w:val="ListBullet"/>
        <w:tabs>
          <w:tab w:val="clear" w:pos="360"/>
          <w:tab w:val="num" w:pos="1080"/>
        </w:tabs>
        <w:bidi/>
        <w:ind w:left="1080"/>
      </w:pPr>
      <w:r>
        <w:t>مدیریت می‌کند</w:t>
      </w:r>
    </w:p>
    <w:p w14:paraId="6ED4FA1C" w14:textId="77777777" w:rsidR="008A2FDF" w:rsidRDefault="00000000" w:rsidP="00094124">
      <w:pPr>
        <w:pStyle w:val="ListBullet"/>
        <w:tabs>
          <w:tab w:val="clear" w:pos="360"/>
          <w:tab w:val="num" w:pos="1080"/>
        </w:tabs>
        <w:bidi/>
        <w:ind w:left="1080"/>
      </w:pPr>
      <w:r>
        <w:t>تحلیل می‌کند</w:t>
      </w:r>
    </w:p>
    <w:p w14:paraId="7B8C0412" w14:textId="77777777" w:rsidR="008A2FDF" w:rsidRDefault="00000000" w:rsidP="00094124">
      <w:pPr>
        <w:pStyle w:val="ListBullet"/>
        <w:tabs>
          <w:tab w:val="clear" w:pos="360"/>
          <w:tab w:val="num" w:pos="1080"/>
        </w:tabs>
        <w:bidi/>
        <w:ind w:left="1080"/>
      </w:pPr>
      <w:r>
        <w:t>گزارش می‌فروشد</w:t>
      </w:r>
    </w:p>
    <w:p w14:paraId="45852924" w14:textId="77777777" w:rsidR="008A2FDF" w:rsidRDefault="00000000" w:rsidP="00094124">
      <w:pPr>
        <w:bidi/>
        <w:spacing w:after="80"/>
        <w:ind w:left="720"/>
      </w:pPr>
      <w:r>
        <w:t>بلکه باید حس شرکتی را داشته باشد که:</w:t>
      </w:r>
    </w:p>
    <w:p w14:paraId="208814A2" w14:textId="77777777" w:rsidR="008A2FDF" w:rsidRDefault="00000000" w:rsidP="00094124">
      <w:pPr>
        <w:bidi/>
        <w:ind w:left="1080"/>
      </w:pPr>
      <w:r>
        <w:rPr>
          <w:b/>
        </w:rPr>
        <w:t>**می‌سازد.**</w:t>
      </w:r>
    </w:p>
    <w:p w14:paraId="1F8C5A6D" w14:textId="627B8133" w:rsidR="008A2FDF" w:rsidRDefault="00000000" w:rsidP="00094124">
      <w:pPr>
        <w:bidi/>
        <w:spacing w:after="80"/>
        <w:ind w:left="720"/>
      </w:pPr>
      <w:r>
        <w:t>چرخه ذهنی:</w:t>
      </w:r>
      <w:r w:rsidR="00094124">
        <w:rPr>
          <w:rtl/>
        </w:rPr>
        <w:br/>
      </w:r>
    </w:p>
    <w:p w14:paraId="6675DDB0" w14:textId="77777777" w:rsidR="008A2FDF" w:rsidRDefault="00000000" w:rsidP="00094124">
      <w:pPr>
        <w:bidi/>
        <w:spacing w:after="120"/>
        <w:ind w:left="720"/>
        <w:jc w:val="center"/>
      </w:pPr>
      <w:r>
        <w:rPr>
          <w:rFonts w:ascii="Consolas" w:eastAsia="Consolas" w:hAnsi="Consolas"/>
          <w:sz w:val="18"/>
        </w:rPr>
        <w:t>ایده</w:t>
      </w:r>
      <w:r>
        <w:rPr>
          <w:rFonts w:ascii="Consolas" w:eastAsia="Consolas" w:hAnsi="Consolas"/>
          <w:sz w:val="18"/>
        </w:rPr>
        <w:br/>
        <w:t xml:space="preserve"> ↓</w:t>
      </w:r>
      <w:r>
        <w:rPr>
          <w:rFonts w:ascii="Consolas" w:eastAsia="Consolas" w:hAnsi="Consolas"/>
          <w:sz w:val="18"/>
        </w:rPr>
        <w:br/>
        <w:t>آزمایش</w:t>
      </w:r>
      <w:r>
        <w:rPr>
          <w:rFonts w:ascii="Consolas" w:eastAsia="Consolas" w:hAnsi="Consolas"/>
          <w:sz w:val="18"/>
        </w:rPr>
        <w:br/>
        <w:t xml:space="preserve"> ↓</w:t>
      </w:r>
      <w:r>
        <w:rPr>
          <w:rFonts w:ascii="Consolas" w:eastAsia="Consolas" w:hAnsi="Consolas"/>
          <w:sz w:val="18"/>
        </w:rPr>
        <w:br/>
        <w:t>نمونه اولیه</w:t>
      </w:r>
      <w:r>
        <w:rPr>
          <w:rFonts w:ascii="Consolas" w:eastAsia="Consolas" w:hAnsi="Consolas"/>
          <w:sz w:val="18"/>
        </w:rPr>
        <w:br/>
      </w:r>
      <w:r>
        <w:rPr>
          <w:rFonts w:ascii="Consolas" w:eastAsia="Consolas" w:hAnsi="Consolas"/>
          <w:sz w:val="18"/>
        </w:rPr>
        <w:lastRenderedPageBreak/>
        <w:t xml:space="preserve"> ↓</w:t>
      </w:r>
      <w:r>
        <w:rPr>
          <w:rFonts w:ascii="Consolas" w:eastAsia="Consolas" w:hAnsi="Consolas"/>
          <w:sz w:val="18"/>
        </w:rPr>
        <w:br/>
        <w:t>ساخت</w:t>
      </w:r>
      <w:r>
        <w:rPr>
          <w:rFonts w:ascii="Consolas" w:eastAsia="Consolas" w:hAnsi="Consolas"/>
          <w:sz w:val="18"/>
        </w:rPr>
        <w:br/>
        <w:t xml:space="preserve"> ↓</w:t>
      </w:r>
      <w:r>
        <w:rPr>
          <w:rFonts w:ascii="Consolas" w:eastAsia="Consolas" w:hAnsi="Consolas"/>
          <w:sz w:val="18"/>
        </w:rPr>
        <w:br/>
        <w:t>عرضه</w:t>
      </w:r>
      <w:r>
        <w:rPr>
          <w:rFonts w:ascii="Consolas" w:eastAsia="Consolas" w:hAnsi="Consolas"/>
          <w:sz w:val="18"/>
        </w:rPr>
        <w:br/>
        <w:t xml:space="preserve"> ↓</w:t>
      </w:r>
      <w:r>
        <w:rPr>
          <w:rFonts w:ascii="Consolas" w:eastAsia="Consolas" w:hAnsi="Consolas"/>
          <w:sz w:val="18"/>
        </w:rPr>
        <w:br/>
        <w:t>یادگیری</w:t>
      </w:r>
      <w:r>
        <w:rPr>
          <w:rFonts w:ascii="Consolas" w:eastAsia="Consolas" w:hAnsi="Consolas"/>
          <w:sz w:val="18"/>
        </w:rPr>
        <w:br/>
        <w:t xml:space="preserve"> ↓</w:t>
      </w:r>
      <w:r>
        <w:rPr>
          <w:rFonts w:ascii="Consolas" w:eastAsia="Consolas" w:hAnsi="Consolas"/>
          <w:sz w:val="18"/>
        </w:rPr>
        <w:br/>
        <w:t>بهبود</w:t>
      </w:r>
      <w:r>
        <w:rPr>
          <w:rFonts w:ascii="Consolas" w:eastAsia="Consolas" w:hAnsi="Consolas"/>
          <w:sz w:val="18"/>
        </w:rPr>
        <w:br/>
        <w:t xml:space="preserve"> ↓</w:t>
      </w:r>
      <w:r>
        <w:rPr>
          <w:rFonts w:ascii="Consolas" w:eastAsia="Consolas" w:hAnsi="Consolas"/>
          <w:sz w:val="18"/>
        </w:rPr>
        <w:br/>
        <w:t>ساخت دوباره</w:t>
      </w:r>
    </w:p>
    <w:p w14:paraId="52C69DD3" w14:textId="77777777" w:rsidR="008A2FDF" w:rsidRDefault="00000000" w:rsidP="00094124">
      <w:pPr>
        <w:bidi/>
        <w:spacing w:after="80"/>
        <w:ind w:left="720"/>
      </w:pPr>
      <w:r>
        <w:t>نام لازم نیست کلمه‌هایی مثل `build`، `maker` یا `create` را داخل خود داشته باشد.</w:t>
      </w:r>
    </w:p>
    <w:p w14:paraId="28A18F48" w14:textId="77777777" w:rsidR="008A2FDF" w:rsidRDefault="00000000" w:rsidP="00094124">
      <w:pPr>
        <w:bidi/>
        <w:spacing w:after="80"/>
        <w:ind w:left="720"/>
      </w:pPr>
      <w:r>
        <w:rPr>
          <w:b/>
        </w:rPr>
        <w:t>رفتار برند باید این مفهوم را منتقل کند.</w:t>
      </w:r>
    </w:p>
    <w:p w14:paraId="590278A6" w14:textId="77777777" w:rsidR="008A2FDF" w:rsidRDefault="00000000" w:rsidP="00094124">
      <w:pPr>
        <w:bidi/>
        <w:spacing w:after="80"/>
        <w:ind w:left="720"/>
      </w:pPr>
      <w:r>
        <w:t>---</w:t>
      </w:r>
    </w:p>
    <w:p w14:paraId="4EDB5AAF" w14:textId="77777777" w:rsidR="008A2FDF" w:rsidRDefault="00000000" w:rsidP="00094124">
      <w:pPr>
        <w:pStyle w:val="Title"/>
        <w:bidi/>
        <w:ind w:left="720"/>
      </w:pPr>
      <w:r>
        <w:t>8. سبک نام موردنظر</w:t>
      </w:r>
    </w:p>
    <w:p w14:paraId="5032D85F" w14:textId="77777777" w:rsidR="008A2FDF" w:rsidRDefault="00000000" w:rsidP="00094124">
      <w:pPr>
        <w:bidi/>
        <w:spacing w:after="80"/>
        <w:ind w:left="720"/>
      </w:pPr>
      <w:r>
        <w:t>ترجیحاً نام‌ها:</w:t>
      </w:r>
    </w:p>
    <w:p w14:paraId="49A38476" w14:textId="77777777" w:rsidR="008A2FDF" w:rsidRDefault="00000000" w:rsidP="00094124">
      <w:pPr>
        <w:pStyle w:val="ListBullet"/>
        <w:tabs>
          <w:tab w:val="clear" w:pos="360"/>
          <w:tab w:val="num" w:pos="1080"/>
        </w:tabs>
        <w:bidi/>
        <w:ind w:left="1080"/>
      </w:pPr>
      <w:r>
        <w:t>کوتاه</w:t>
      </w:r>
    </w:p>
    <w:p w14:paraId="211D7571" w14:textId="77777777" w:rsidR="008A2FDF" w:rsidRDefault="00000000" w:rsidP="00094124">
      <w:pPr>
        <w:pStyle w:val="ListBullet"/>
        <w:tabs>
          <w:tab w:val="clear" w:pos="360"/>
          <w:tab w:val="num" w:pos="1080"/>
        </w:tabs>
        <w:bidi/>
        <w:ind w:left="1080"/>
      </w:pPr>
      <w:r>
        <w:t>ساختگی</w:t>
      </w:r>
    </w:p>
    <w:p w14:paraId="022F29F9" w14:textId="77777777" w:rsidR="008A2FDF" w:rsidRDefault="00000000" w:rsidP="00094124">
      <w:pPr>
        <w:pStyle w:val="ListBullet"/>
        <w:tabs>
          <w:tab w:val="clear" w:pos="360"/>
          <w:tab w:val="num" w:pos="1080"/>
        </w:tabs>
        <w:bidi/>
        <w:ind w:left="1080"/>
      </w:pPr>
      <w:r>
        <w:t>انتزاعی</w:t>
      </w:r>
    </w:p>
    <w:p w14:paraId="6669F897" w14:textId="77777777" w:rsidR="008A2FDF" w:rsidRDefault="00000000" w:rsidP="00094124">
      <w:pPr>
        <w:pStyle w:val="ListBullet"/>
        <w:tabs>
          <w:tab w:val="clear" w:pos="360"/>
          <w:tab w:val="num" w:pos="1080"/>
        </w:tabs>
        <w:bidi/>
        <w:ind w:left="1080"/>
      </w:pPr>
      <w:r>
        <w:t>خوش‌آوا</w:t>
      </w:r>
    </w:p>
    <w:p w14:paraId="0A72AF79" w14:textId="77777777" w:rsidR="008A2FDF" w:rsidRDefault="00000000" w:rsidP="00094124">
      <w:pPr>
        <w:pStyle w:val="ListBullet"/>
        <w:tabs>
          <w:tab w:val="clear" w:pos="360"/>
          <w:tab w:val="num" w:pos="1080"/>
        </w:tabs>
        <w:bidi/>
        <w:ind w:left="1080"/>
      </w:pPr>
      <w:r>
        <w:t>ماندگار</w:t>
      </w:r>
    </w:p>
    <w:p w14:paraId="6CC26DAD" w14:textId="77777777" w:rsidR="008A2FDF" w:rsidRDefault="00000000" w:rsidP="00094124">
      <w:pPr>
        <w:pStyle w:val="ListBullet"/>
        <w:tabs>
          <w:tab w:val="clear" w:pos="360"/>
          <w:tab w:val="num" w:pos="1080"/>
        </w:tabs>
        <w:bidi/>
        <w:ind w:left="1080"/>
      </w:pPr>
      <w:r>
        <w:t>ساده</w:t>
      </w:r>
    </w:p>
    <w:p w14:paraId="79F672F1" w14:textId="77777777" w:rsidR="008A2FDF" w:rsidRDefault="00000000" w:rsidP="00094124">
      <w:pPr>
        <w:pStyle w:val="ListBullet"/>
        <w:tabs>
          <w:tab w:val="clear" w:pos="360"/>
          <w:tab w:val="num" w:pos="1080"/>
        </w:tabs>
        <w:bidi/>
        <w:ind w:left="1080"/>
      </w:pPr>
      <w:r>
        <w:t>مدرن</w:t>
      </w:r>
    </w:p>
    <w:p w14:paraId="7EA4735E" w14:textId="77777777" w:rsidR="008A2FDF" w:rsidRDefault="00000000" w:rsidP="00094124">
      <w:pPr>
        <w:pStyle w:val="ListBullet"/>
        <w:tabs>
          <w:tab w:val="clear" w:pos="360"/>
          <w:tab w:val="num" w:pos="1080"/>
        </w:tabs>
        <w:bidi/>
        <w:ind w:left="1080"/>
      </w:pPr>
      <w:r>
        <w:t>متمایز</w:t>
      </w:r>
    </w:p>
    <w:p w14:paraId="05EAEC0A" w14:textId="77777777" w:rsidR="008A2FDF" w:rsidRDefault="00000000" w:rsidP="00094124">
      <w:pPr>
        <w:pStyle w:val="ListBullet"/>
        <w:tabs>
          <w:tab w:val="clear" w:pos="360"/>
          <w:tab w:val="num" w:pos="1080"/>
        </w:tabs>
        <w:bidi/>
        <w:ind w:left="1080"/>
      </w:pPr>
      <w:r>
        <w:t>قابل تلفظ</w:t>
      </w:r>
    </w:p>
    <w:p w14:paraId="206DFE19" w14:textId="77777777" w:rsidR="008A2FDF" w:rsidRDefault="00000000" w:rsidP="00094124">
      <w:pPr>
        <w:pStyle w:val="ListBullet"/>
        <w:tabs>
          <w:tab w:val="clear" w:pos="360"/>
          <w:tab w:val="num" w:pos="1080"/>
        </w:tabs>
        <w:bidi/>
        <w:ind w:left="1080"/>
      </w:pPr>
      <w:r>
        <w:t>از نظر بصری تمیز</w:t>
      </w:r>
    </w:p>
    <w:p w14:paraId="36B9BCFB" w14:textId="77777777" w:rsidR="008A2FDF" w:rsidRDefault="00000000" w:rsidP="00094124">
      <w:pPr>
        <w:pStyle w:val="ListBullet"/>
        <w:tabs>
          <w:tab w:val="clear" w:pos="360"/>
          <w:tab w:val="num" w:pos="1080"/>
        </w:tabs>
        <w:bidi/>
        <w:ind w:left="1080"/>
      </w:pPr>
      <w:r>
        <w:t>انعطاف‌پذیر</w:t>
      </w:r>
    </w:p>
    <w:p w14:paraId="0E93AFFF" w14:textId="77777777" w:rsidR="008A2FDF" w:rsidRDefault="00000000" w:rsidP="00094124">
      <w:pPr>
        <w:pStyle w:val="ListBullet"/>
        <w:tabs>
          <w:tab w:val="clear" w:pos="360"/>
          <w:tab w:val="num" w:pos="1080"/>
        </w:tabs>
        <w:bidi/>
        <w:ind w:left="1080"/>
      </w:pPr>
      <w:r>
        <w:t>قابل توسعه</w:t>
      </w:r>
    </w:p>
    <w:p w14:paraId="52D36FB3" w14:textId="77777777" w:rsidR="008A2FDF" w:rsidRDefault="00000000" w:rsidP="00094124">
      <w:pPr>
        <w:pStyle w:val="ListBullet"/>
        <w:tabs>
          <w:tab w:val="clear" w:pos="360"/>
          <w:tab w:val="num" w:pos="1080"/>
        </w:tabs>
        <w:bidi/>
        <w:ind w:left="1080"/>
      </w:pPr>
      <w:r>
        <w:t>غیرتوصیفی</w:t>
      </w:r>
    </w:p>
    <w:p w14:paraId="14710A5C" w14:textId="77777777" w:rsidR="008A2FDF" w:rsidRDefault="00000000" w:rsidP="00094124">
      <w:pPr>
        <w:bidi/>
        <w:spacing w:after="80"/>
        <w:ind w:left="720"/>
      </w:pPr>
      <w:r>
        <w:t>باشند.</w:t>
      </w:r>
    </w:p>
    <w:p w14:paraId="4FA72737" w14:textId="77777777" w:rsidR="008A2FDF" w:rsidRDefault="00000000" w:rsidP="00094124">
      <w:pPr>
        <w:pStyle w:val="Heading2"/>
        <w:bidi/>
        <w:ind w:left="720"/>
      </w:pPr>
      <w:r>
        <w:t>طول ترجیحی</w:t>
      </w:r>
    </w:p>
    <w:p w14:paraId="5A9840DF" w14:textId="77777777" w:rsidR="008A2FDF" w:rsidRDefault="00000000" w:rsidP="00094124">
      <w:pPr>
        <w:bidi/>
        <w:spacing w:after="80"/>
        <w:ind w:left="720"/>
      </w:pPr>
      <w:r>
        <w:rPr>
          <w:b/>
        </w:rPr>
        <w:t>۴ تا ۷ کاراکتر</w:t>
      </w:r>
    </w:p>
    <w:p w14:paraId="1DFD8753" w14:textId="77777777" w:rsidR="008A2FDF" w:rsidRDefault="00000000" w:rsidP="00094124">
      <w:pPr>
        <w:bidi/>
        <w:spacing w:after="80"/>
        <w:ind w:left="720"/>
      </w:pPr>
      <w:r>
        <w:t>محدوده ایده‌آل:</w:t>
      </w:r>
    </w:p>
    <w:p w14:paraId="223D4C9A" w14:textId="77777777" w:rsidR="008A2FDF" w:rsidRDefault="00000000" w:rsidP="00094124">
      <w:pPr>
        <w:bidi/>
        <w:spacing w:after="80"/>
        <w:ind w:left="720"/>
      </w:pPr>
      <w:r>
        <w:rPr>
          <w:b/>
        </w:rPr>
        <w:t>۵ تا ۶ کاراکتر</w:t>
      </w:r>
    </w:p>
    <w:p w14:paraId="24B0746F" w14:textId="77777777" w:rsidR="008A2FDF" w:rsidRDefault="00000000" w:rsidP="00094124">
      <w:pPr>
        <w:bidi/>
        <w:spacing w:after="80"/>
        <w:ind w:left="720"/>
      </w:pPr>
      <w:r>
        <w:t>نام‌های ۴ حرفی هم اگر واقعاً عالی باشند قابل قبول‌اند.</w:t>
      </w:r>
    </w:p>
    <w:p w14:paraId="6FBD3DD9" w14:textId="77777777" w:rsidR="008A2FDF" w:rsidRDefault="00000000" w:rsidP="00094124">
      <w:pPr>
        <w:pStyle w:val="Title"/>
        <w:bidi/>
        <w:ind w:left="720"/>
      </w:pPr>
      <w:r>
        <w:t>9. ساختار آوایی</w:t>
      </w:r>
    </w:p>
    <w:p w14:paraId="49FAAABD" w14:textId="77777777" w:rsidR="008A2FDF" w:rsidRDefault="00000000" w:rsidP="00094124">
      <w:pPr>
        <w:bidi/>
        <w:spacing w:after="80"/>
        <w:ind w:left="720"/>
      </w:pPr>
      <w:r>
        <w:t>به نام‌هایی با ساختارهای ساده صوتی علاقه وجود دارد، مانند:</w:t>
      </w:r>
    </w:p>
    <w:p w14:paraId="3074E6B5" w14:textId="77777777" w:rsidR="008A2FDF" w:rsidRDefault="00000000" w:rsidP="00094124">
      <w:pPr>
        <w:bidi/>
        <w:spacing w:after="120"/>
        <w:ind w:left="720"/>
      </w:pPr>
      <w:r>
        <w:rPr>
          <w:rFonts w:ascii="Consolas" w:eastAsia="Consolas" w:hAnsi="Consolas"/>
          <w:sz w:val="18"/>
        </w:rPr>
        <w:t>CV-CV</w:t>
      </w:r>
      <w:r>
        <w:rPr>
          <w:rFonts w:ascii="Consolas" w:eastAsia="Consolas" w:hAnsi="Consolas"/>
          <w:sz w:val="18"/>
        </w:rPr>
        <w:br/>
        <w:t>CVCV</w:t>
      </w:r>
      <w:r>
        <w:rPr>
          <w:rFonts w:ascii="Consolas" w:eastAsia="Consolas" w:hAnsi="Consolas"/>
          <w:sz w:val="18"/>
        </w:rPr>
        <w:br/>
        <w:t>CVCVC</w:t>
      </w:r>
      <w:r>
        <w:rPr>
          <w:rFonts w:ascii="Consolas" w:eastAsia="Consolas" w:hAnsi="Consolas"/>
          <w:sz w:val="18"/>
        </w:rPr>
        <w:br/>
        <w:t>CV-CV-CV</w:t>
      </w:r>
      <w:r>
        <w:rPr>
          <w:rFonts w:ascii="Consolas" w:eastAsia="Consolas" w:hAnsi="Consolas"/>
          <w:sz w:val="18"/>
        </w:rPr>
        <w:br/>
        <w:t>CVC-CV</w:t>
      </w:r>
    </w:p>
    <w:p w14:paraId="0FC383A0" w14:textId="77777777" w:rsidR="008A2FDF" w:rsidRDefault="00000000" w:rsidP="00094124">
      <w:pPr>
        <w:bidi/>
        <w:spacing w:after="80"/>
        <w:ind w:left="720"/>
      </w:pPr>
      <w:r>
        <w:lastRenderedPageBreak/>
        <w:t>ساختار دقیق اجباری نیست.</w:t>
      </w:r>
    </w:p>
    <w:p w14:paraId="5A9D4ABE" w14:textId="77777777" w:rsidR="008A2FDF" w:rsidRDefault="00000000" w:rsidP="00094124">
      <w:pPr>
        <w:bidi/>
        <w:spacing w:after="80"/>
        <w:ind w:left="720"/>
      </w:pPr>
      <w:r>
        <w:t>مهم این است که نام:</w:t>
      </w:r>
    </w:p>
    <w:p w14:paraId="5F494F03" w14:textId="77777777" w:rsidR="008A2FDF" w:rsidRDefault="00000000" w:rsidP="00094124">
      <w:pPr>
        <w:bidi/>
        <w:spacing w:after="80"/>
        <w:ind w:left="720"/>
      </w:pPr>
      <w:r>
        <w:rPr>
          <w:b/>
        </w:rPr>
        <w:t>کوتاه، ریتمیک و راحت</w:t>
      </w:r>
      <w:r>
        <w:t xml:space="preserve"> باشد.</w:t>
      </w:r>
    </w:p>
    <w:p w14:paraId="1A6906D3" w14:textId="77777777" w:rsidR="008A2FDF" w:rsidRDefault="00000000" w:rsidP="00094124">
      <w:pPr>
        <w:bidi/>
        <w:spacing w:after="80"/>
        <w:ind w:left="720"/>
      </w:pPr>
      <w:r>
        <w:t>نمونه‌هایی که در فرآیند قبلی الهام‌بخش بودند:</w:t>
      </w:r>
    </w:p>
    <w:p w14:paraId="4A37933C" w14:textId="77777777" w:rsidR="008A2FDF" w:rsidRDefault="00000000" w:rsidP="00094124">
      <w:pPr>
        <w:bidi/>
        <w:spacing w:after="120"/>
        <w:ind w:left="720"/>
      </w:pPr>
      <w:r>
        <w:rPr>
          <w:rFonts w:ascii="Consolas" w:eastAsia="Consolas" w:hAnsi="Consolas"/>
          <w:sz w:val="18"/>
        </w:rPr>
        <w:t>Sipo</w:t>
      </w:r>
      <w:r>
        <w:rPr>
          <w:rFonts w:ascii="Consolas" w:eastAsia="Consolas" w:hAnsi="Consolas"/>
          <w:sz w:val="18"/>
        </w:rPr>
        <w:br/>
        <w:t>Zuno</w:t>
      </w:r>
      <w:r>
        <w:rPr>
          <w:rFonts w:ascii="Consolas" w:eastAsia="Consolas" w:hAnsi="Consolas"/>
          <w:sz w:val="18"/>
        </w:rPr>
        <w:br/>
        <w:t>Lumo</w:t>
      </w:r>
      <w:r>
        <w:rPr>
          <w:rFonts w:ascii="Consolas" w:eastAsia="Consolas" w:hAnsi="Consolas"/>
          <w:sz w:val="18"/>
        </w:rPr>
        <w:br/>
        <w:t>Varo</w:t>
      </w:r>
      <w:r>
        <w:rPr>
          <w:rFonts w:ascii="Consolas" w:eastAsia="Consolas" w:hAnsi="Consolas"/>
          <w:sz w:val="18"/>
        </w:rPr>
        <w:br/>
        <w:t>Nobifa</w:t>
      </w:r>
    </w:p>
    <w:p w14:paraId="511842AE" w14:textId="77777777" w:rsidR="008A2FDF" w:rsidRDefault="00000000" w:rsidP="00094124">
      <w:pPr>
        <w:bidi/>
        <w:spacing w:after="80"/>
        <w:ind w:left="720"/>
      </w:pPr>
      <w:r>
        <w:t>این‌ها فقط مرجع حس و ساختار صوتی هستند.</w:t>
      </w:r>
    </w:p>
    <w:p w14:paraId="2AC2FDE8" w14:textId="77777777" w:rsidR="008A2FDF" w:rsidRDefault="00000000" w:rsidP="00094124">
      <w:pPr>
        <w:bidi/>
        <w:spacing w:after="80"/>
        <w:ind w:left="720"/>
      </w:pPr>
      <w:r>
        <w:t>نباید صرفاً با تغییر یک حرف از آن‌ها مشتق شد، مثلاً:</w:t>
      </w:r>
    </w:p>
    <w:p w14:paraId="159367F4" w14:textId="77777777" w:rsidR="008A2FDF" w:rsidRDefault="00000000" w:rsidP="00094124">
      <w:pPr>
        <w:bidi/>
        <w:spacing w:after="120"/>
        <w:ind w:left="720"/>
      </w:pPr>
      <w:r>
        <w:rPr>
          <w:rFonts w:ascii="Consolas" w:eastAsia="Consolas" w:hAnsi="Consolas"/>
          <w:sz w:val="18"/>
        </w:rPr>
        <w:t>Sipa</w:t>
      </w:r>
      <w:r>
        <w:rPr>
          <w:rFonts w:ascii="Consolas" w:eastAsia="Consolas" w:hAnsi="Consolas"/>
          <w:sz w:val="18"/>
        </w:rPr>
        <w:br/>
        <w:t>Sipu</w:t>
      </w:r>
      <w:r>
        <w:rPr>
          <w:rFonts w:ascii="Consolas" w:eastAsia="Consolas" w:hAnsi="Consolas"/>
          <w:sz w:val="18"/>
        </w:rPr>
        <w:br/>
        <w:t>Zuna</w:t>
      </w:r>
      <w:r>
        <w:rPr>
          <w:rFonts w:ascii="Consolas" w:eastAsia="Consolas" w:hAnsi="Consolas"/>
          <w:sz w:val="18"/>
        </w:rPr>
        <w:br/>
        <w:t>Luma</w:t>
      </w:r>
      <w:r>
        <w:rPr>
          <w:rFonts w:ascii="Consolas" w:eastAsia="Consolas" w:hAnsi="Consolas"/>
          <w:sz w:val="18"/>
        </w:rPr>
        <w:br/>
        <w:t>VaroX</w:t>
      </w:r>
    </w:p>
    <w:p w14:paraId="5307B7BB" w14:textId="77777777" w:rsidR="008A2FDF" w:rsidRDefault="00000000" w:rsidP="00094124">
      <w:pPr>
        <w:bidi/>
        <w:spacing w:after="80"/>
        <w:ind w:left="720"/>
      </w:pPr>
      <w:r>
        <w:t>مگر اینکه دلیل مستقل و واقعاً خوبی وجود داشته باشد.</w:t>
      </w:r>
    </w:p>
    <w:p w14:paraId="7A29C2DA" w14:textId="77777777" w:rsidR="008A2FDF" w:rsidRDefault="00000000" w:rsidP="00094124">
      <w:pPr>
        <w:pStyle w:val="Title"/>
        <w:bidi/>
        <w:ind w:left="720"/>
      </w:pPr>
      <w:r>
        <w:t>10. تلفظ فارسی</w:t>
      </w:r>
    </w:p>
    <w:p w14:paraId="2F251E81" w14:textId="77777777" w:rsidR="008A2FDF" w:rsidRDefault="00000000" w:rsidP="00094124">
      <w:pPr>
        <w:bidi/>
        <w:spacing w:after="80"/>
        <w:ind w:left="720"/>
      </w:pPr>
      <w:r>
        <w:t>این مورد بسیار مهم است.</w:t>
      </w:r>
    </w:p>
    <w:p w14:paraId="3E1017B3" w14:textId="77777777" w:rsidR="008A2FDF" w:rsidRDefault="00000000" w:rsidP="00094124">
      <w:pPr>
        <w:bidi/>
        <w:spacing w:after="80"/>
        <w:ind w:left="720"/>
      </w:pPr>
      <w:r>
        <w:t>برند قرار است توسط فارسی‌زبان‌ها استفاده شود.</w:t>
      </w:r>
    </w:p>
    <w:p w14:paraId="0A6A09E5" w14:textId="77777777" w:rsidR="008A2FDF" w:rsidRDefault="00000000" w:rsidP="00094124">
      <w:pPr>
        <w:bidi/>
        <w:spacing w:after="80"/>
        <w:ind w:left="720"/>
      </w:pPr>
      <w:r>
        <w:t>ترجیحاً فرد باید نام را یک بار بشنود و بتواند راحت تلفظش کند.</w:t>
      </w:r>
    </w:p>
    <w:p w14:paraId="210A3DD5" w14:textId="77777777" w:rsidR="008A2FDF" w:rsidRDefault="00000000" w:rsidP="00094124">
      <w:pPr>
        <w:bidi/>
        <w:spacing w:after="80"/>
        <w:ind w:left="720"/>
      </w:pPr>
      <w:r>
        <w:t>ساختارهایی مثل این مطلوب‌اند:</w:t>
      </w:r>
    </w:p>
    <w:p w14:paraId="20F2CB3B" w14:textId="77777777" w:rsidR="008A2FDF" w:rsidRDefault="00000000" w:rsidP="00094124">
      <w:pPr>
        <w:bidi/>
        <w:spacing w:after="120"/>
        <w:ind w:left="720"/>
      </w:pPr>
      <w:r>
        <w:rPr>
          <w:rFonts w:ascii="Consolas" w:eastAsia="Consolas" w:hAnsi="Consolas"/>
          <w:sz w:val="18"/>
        </w:rPr>
        <w:t>No-bi-fa</w:t>
      </w:r>
      <w:r>
        <w:rPr>
          <w:rFonts w:ascii="Consolas" w:eastAsia="Consolas" w:hAnsi="Consolas"/>
          <w:sz w:val="18"/>
        </w:rPr>
        <w:br/>
        <w:t>Si-vo-ra</w:t>
      </w:r>
      <w:r>
        <w:rPr>
          <w:rFonts w:ascii="Consolas" w:eastAsia="Consolas" w:hAnsi="Consolas"/>
          <w:sz w:val="18"/>
        </w:rPr>
        <w:br/>
        <w:t>Lu-mo-ra</w:t>
      </w:r>
      <w:r>
        <w:rPr>
          <w:rFonts w:ascii="Consolas" w:eastAsia="Consolas" w:hAnsi="Consolas"/>
          <w:sz w:val="18"/>
        </w:rPr>
        <w:br/>
        <w:t>Va-ri-o</w:t>
      </w:r>
    </w:p>
    <w:p w14:paraId="1D6B486A" w14:textId="77777777" w:rsidR="008A2FDF" w:rsidRDefault="00000000" w:rsidP="00094124">
      <w:pPr>
        <w:bidi/>
        <w:spacing w:after="80"/>
        <w:ind w:left="720"/>
      </w:pPr>
      <w:r>
        <w:t>از خوشه‌های پیچیده حروف تا حد ممکن دوری شود.</w:t>
      </w:r>
    </w:p>
    <w:p w14:paraId="37C5C3E7" w14:textId="77777777" w:rsidR="008A2FDF" w:rsidRDefault="00000000" w:rsidP="00094124">
      <w:pPr>
        <w:bidi/>
        <w:spacing w:after="80"/>
        <w:ind w:left="720"/>
      </w:pPr>
      <w:r>
        <w:t>به ترکیب‌هایی مثل این‌ها حساس باشید:</w:t>
      </w:r>
    </w:p>
    <w:p w14:paraId="38F95401" w14:textId="77777777" w:rsidR="008A2FDF" w:rsidRDefault="00000000" w:rsidP="00094124">
      <w:pPr>
        <w:bidi/>
        <w:spacing w:after="120"/>
        <w:ind w:left="720"/>
      </w:pPr>
      <w:r>
        <w:rPr>
          <w:rFonts w:ascii="Consolas" w:eastAsia="Consolas" w:hAnsi="Consolas"/>
          <w:sz w:val="18"/>
        </w:rPr>
        <w:t>STR</w:t>
      </w:r>
      <w:r>
        <w:rPr>
          <w:rFonts w:ascii="Consolas" w:eastAsia="Consolas" w:hAnsi="Consolas"/>
          <w:sz w:val="18"/>
        </w:rPr>
        <w:br/>
        <w:t>SCH</w:t>
      </w:r>
      <w:r>
        <w:rPr>
          <w:rFonts w:ascii="Consolas" w:eastAsia="Consolas" w:hAnsi="Consolas"/>
          <w:sz w:val="18"/>
        </w:rPr>
        <w:br/>
        <w:t>TH</w:t>
      </w:r>
      <w:r>
        <w:rPr>
          <w:rFonts w:ascii="Consolas" w:eastAsia="Consolas" w:hAnsi="Consolas"/>
          <w:sz w:val="18"/>
        </w:rPr>
        <w:br/>
        <w:t>PH</w:t>
      </w:r>
      <w:r>
        <w:rPr>
          <w:rFonts w:ascii="Consolas" w:eastAsia="Consolas" w:hAnsi="Consolas"/>
          <w:sz w:val="18"/>
        </w:rPr>
        <w:br/>
        <w:t>GH</w:t>
      </w:r>
      <w:r>
        <w:rPr>
          <w:rFonts w:ascii="Consolas" w:eastAsia="Consolas" w:hAnsi="Consolas"/>
          <w:sz w:val="18"/>
        </w:rPr>
        <w:br/>
        <w:t>WR</w:t>
      </w:r>
      <w:r>
        <w:rPr>
          <w:rFonts w:ascii="Consolas" w:eastAsia="Consolas" w:hAnsi="Consolas"/>
          <w:sz w:val="18"/>
        </w:rPr>
        <w:br/>
        <w:t>XPL</w:t>
      </w:r>
      <w:r>
        <w:rPr>
          <w:rFonts w:ascii="Consolas" w:eastAsia="Consolas" w:hAnsi="Consolas"/>
          <w:sz w:val="18"/>
        </w:rPr>
        <w:br/>
        <w:t>CRV</w:t>
      </w:r>
      <w:r>
        <w:rPr>
          <w:rFonts w:ascii="Consolas" w:eastAsia="Consolas" w:hAnsi="Consolas"/>
          <w:sz w:val="18"/>
        </w:rPr>
        <w:br/>
        <w:t>FLX</w:t>
      </w:r>
    </w:p>
    <w:p w14:paraId="50187118" w14:textId="77777777" w:rsidR="008A2FDF" w:rsidRDefault="00000000" w:rsidP="00094124">
      <w:pPr>
        <w:bidi/>
        <w:spacing w:after="80"/>
        <w:ind w:left="720"/>
      </w:pPr>
      <w:r>
        <w:t>نام نباید نیاز به توضیح طولانی برای نحوه تلفظ داشته باشد.</w:t>
      </w:r>
    </w:p>
    <w:p w14:paraId="21574396" w14:textId="77777777" w:rsidR="008A2FDF" w:rsidRDefault="00000000" w:rsidP="00094124">
      <w:pPr>
        <w:pStyle w:val="Title"/>
        <w:bidi/>
        <w:ind w:left="720"/>
      </w:pPr>
      <w:r>
        <w:t>11. تلفظ انگلیسی</w:t>
      </w:r>
    </w:p>
    <w:p w14:paraId="2BC88CE9" w14:textId="77777777" w:rsidR="008A2FDF" w:rsidRDefault="00000000" w:rsidP="00094124">
      <w:pPr>
        <w:bidi/>
        <w:spacing w:after="80"/>
        <w:ind w:left="720"/>
      </w:pPr>
      <w:r>
        <w:t>همین اصل در انگلیسی هم مهم است.</w:t>
      </w:r>
    </w:p>
    <w:p w14:paraId="47D2A20F" w14:textId="77777777" w:rsidR="008A2FDF" w:rsidRDefault="00000000" w:rsidP="00094124">
      <w:pPr>
        <w:bidi/>
        <w:spacing w:after="80"/>
        <w:ind w:left="720"/>
      </w:pPr>
      <w:r>
        <w:t>کاربر بین‌المللی باید با دیدن نام بتواند حداقل یک تلفظ منطقی از آن داشته باشد.</w:t>
      </w:r>
    </w:p>
    <w:p w14:paraId="769FE400" w14:textId="77777777" w:rsidR="008A2FDF" w:rsidRDefault="00000000" w:rsidP="00094124">
      <w:pPr>
        <w:bidi/>
        <w:spacing w:after="80"/>
        <w:ind w:left="720"/>
      </w:pPr>
      <w:r>
        <w:lastRenderedPageBreak/>
        <w:t>ترجیح:</w:t>
      </w:r>
    </w:p>
    <w:p w14:paraId="6EFAC9EF" w14:textId="77777777" w:rsidR="008A2FDF" w:rsidRDefault="00000000" w:rsidP="00094124">
      <w:pPr>
        <w:bidi/>
        <w:ind w:left="1080"/>
      </w:pPr>
      <w:r>
        <w:rPr>
          <w:b/>
        </w:rPr>
        <w:t>کوتاه + واضح + آوایی</w:t>
      </w:r>
    </w:p>
    <w:p w14:paraId="2621D26F" w14:textId="77777777" w:rsidR="008A2FDF" w:rsidRDefault="00000000" w:rsidP="00094124">
      <w:pPr>
        <w:bidi/>
        <w:spacing w:after="80"/>
        <w:ind w:left="720"/>
      </w:pPr>
      <w:r>
        <w:t>به جای:</w:t>
      </w:r>
    </w:p>
    <w:p w14:paraId="7A92A27E" w14:textId="77777777" w:rsidR="008A2FDF" w:rsidRDefault="00000000" w:rsidP="00094124">
      <w:pPr>
        <w:bidi/>
        <w:ind w:left="1080"/>
      </w:pPr>
      <w:r>
        <w:rPr>
          <w:b/>
        </w:rPr>
        <w:t>املای خلاقانه + تلفظ مبهم</w:t>
      </w:r>
    </w:p>
    <w:p w14:paraId="0FC8420C" w14:textId="77777777" w:rsidR="008A2FDF" w:rsidRDefault="00000000" w:rsidP="00094124">
      <w:pPr>
        <w:pStyle w:val="Title"/>
        <w:bidi/>
        <w:ind w:left="720"/>
      </w:pPr>
      <w:r>
        <w:t>12. معنی نام</w:t>
      </w:r>
    </w:p>
    <w:p w14:paraId="109A89A6" w14:textId="77777777" w:rsidR="008A2FDF" w:rsidRDefault="00000000" w:rsidP="00094124">
      <w:pPr>
        <w:bidi/>
        <w:spacing w:after="80"/>
        <w:ind w:left="720"/>
      </w:pPr>
      <w:r>
        <w:t>نام لازم نیست معنی لغت‌نامه‌ای داشته باشد.</w:t>
      </w:r>
    </w:p>
    <w:p w14:paraId="139F5D21" w14:textId="77777777" w:rsidR="008A2FDF" w:rsidRDefault="00000000" w:rsidP="00094124">
      <w:pPr>
        <w:bidi/>
        <w:spacing w:after="80"/>
        <w:ind w:left="720"/>
      </w:pPr>
      <w:r>
        <w:t>حتی یک کلمه ساختگی می‌تواند بهتر باشد.</w:t>
      </w:r>
    </w:p>
    <w:p w14:paraId="63C47AD3" w14:textId="77777777" w:rsidR="008A2FDF" w:rsidRDefault="00000000" w:rsidP="00094124">
      <w:pPr>
        <w:bidi/>
        <w:spacing w:after="80"/>
        <w:ind w:left="720"/>
      </w:pPr>
      <w:r>
        <w:t>سؤال اصلی این است:</w:t>
      </w:r>
    </w:p>
    <w:p w14:paraId="03A8E791" w14:textId="77777777" w:rsidR="008A2FDF" w:rsidRDefault="00000000" w:rsidP="00094124">
      <w:pPr>
        <w:bidi/>
        <w:ind w:left="1080"/>
      </w:pPr>
      <w:r>
        <w:rPr>
          <w:b/>
        </w:rPr>
        <w:t>آیا می‌توانیم در طول زمان به این کلمه معنا بدهیم؟</w:t>
      </w:r>
    </w:p>
    <w:p w14:paraId="01C86345" w14:textId="77777777" w:rsidR="008A2FDF" w:rsidRDefault="00000000" w:rsidP="00094124">
      <w:pPr>
        <w:bidi/>
        <w:spacing w:after="80"/>
        <w:ind w:left="720"/>
      </w:pPr>
      <w:r>
        <w:t>فرآیند مطلوب:</w:t>
      </w:r>
    </w:p>
    <w:p w14:paraId="7F950D61" w14:textId="77777777" w:rsidR="008A2FDF" w:rsidRDefault="00000000" w:rsidP="00094124">
      <w:pPr>
        <w:bidi/>
        <w:spacing w:after="120"/>
        <w:ind w:left="720"/>
      </w:pPr>
      <w:r>
        <w:rPr>
          <w:rFonts w:ascii="Consolas" w:eastAsia="Consolas" w:hAnsi="Consolas"/>
          <w:sz w:val="18"/>
        </w:rPr>
        <w:t>صدای خوب</w:t>
      </w:r>
      <w:r>
        <w:rPr>
          <w:rFonts w:ascii="Consolas" w:eastAsia="Consolas" w:hAnsi="Consolas"/>
          <w:sz w:val="18"/>
        </w:rPr>
        <w:br/>
        <w:t xml:space="preserve">   ↓</w:t>
      </w:r>
      <w:r>
        <w:rPr>
          <w:rFonts w:ascii="Consolas" w:eastAsia="Consolas" w:hAnsi="Consolas"/>
          <w:sz w:val="18"/>
        </w:rPr>
        <w:br/>
        <w:t>کلمه خوب</w:t>
      </w:r>
      <w:r>
        <w:rPr>
          <w:rFonts w:ascii="Consolas" w:eastAsia="Consolas" w:hAnsi="Consolas"/>
          <w:sz w:val="18"/>
        </w:rPr>
        <w:br/>
        <w:t xml:space="preserve">   ↓</w:t>
      </w:r>
      <w:r>
        <w:rPr>
          <w:rFonts w:ascii="Consolas" w:eastAsia="Consolas" w:hAnsi="Consolas"/>
          <w:sz w:val="18"/>
        </w:rPr>
        <w:br/>
        <w:t>برند خوب</w:t>
      </w:r>
      <w:r>
        <w:rPr>
          <w:rFonts w:ascii="Consolas" w:eastAsia="Consolas" w:hAnsi="Consolas"/>
          <w:sz w:val="18"/>
        </w:rPr>
        <w:br/>
        <w:t xml:space="preserve">   ↓</w:t>
      </w:r>
      <w:r>
        <w:rPr>
          <w:rFonts w:ascii="Consolas" w:eastAsia="Consolas" w:hAnsi="Consolas"/>
          <w:sz w:val="18"/>
        </w:rPr>
        <w:br/>
        <w:t>داستان برند</w:t>
      </w:r>
      <w:r>
        <w:rPr>
          <w:rFonts w:ascii="Consolas" w:eastAsia="Consolas" w:hAnsi="Consolas"/>
          <w:sz w:val="18"/>
        </w:rPr>
        <w:br/>
        <w:t xml:space="preserve">   ↓</w:t>
      </w:r>
      <w:r>
        <w:rPr>
          <w:rFonts w:ascii="Consolas" w:eastAsia="Consolas" w:hAnsi="Consolas"/>
          <w:sz w:val="18"/>
        </w:rPr>
        <w:br/>
        <w:t>معنایی که از طریق عمل ساخته می‌شود</w:t>
      </w:r>
    </w:p>
    <w:p w14:paraId="142F2EBD" w14:textId="77777777" w:rsidR="008A2FDF" w:rsidRDefault="00000000" w:rsidP="00094124">
      <w:pPr>
        <w:bidi/>
        <w:spacing w:after="80"/>
        <w:ind w:left="720"/>
      </w:pPr>
      <w:r>
        <w:t>نباید برای معنادار کردن اسم، یک داستان مصنوعی و پیچیده یا Acronym اجباری ساخت.</w:t>
      </w:r>
    </w:p>
    <w:p w14:paraId="136AB386" w14:textId="77777777" w:rsidR="008A2FDF" w:rsidRDefault="00000000" w:rsidP="00094124">
      <w:pPr>
        <w:pStyle w:val="Title"/>
        <w:bidi/>
        <w:ind w:left="720"/>
      </w:pPr>
      <w:r>
        <w:t>13. ترکیب‌های غیرمنتظره</w:t>
      </w:r>
    </w:p>
    <w:p w14:paraId="7F75D0F3" w14:textId="77777777" w:rsidR="008A2FDF" w:rsidRDefault="00000000" w:rsidP="00094124">
      <w:pPr>
        <w:bidi/>
        <w:spacing w:after="80"/>
        <w:ind w:left="720"/>
      </w:pPr>
      <w:r>
        <w:t>ترکیب‌های غیرمنتظره بسیار مورد استقبال هستند.</w:t>
      </w:r>
    </w:p>
    <w:p w14:paraId="65DE0019" w14:textId="77777777" w:rsidR="008A2FDF" w:rsidRDefault="00000000" w:rsidP="00094124">
      <w:pPr>
        <w:bidi/>
        <w:spacing w:after="80"/>
        <w:ind w:left="720"/>
      </w:pPr>
      <w:r>
        <w:t>نام می‌تواند ترکیبی از:</w:t>
      </w:r>
    </w:p>
    <w:p w14:paraId="10B6A8CF" w14:textId="77777777" w:rsidR="008A2FDF" w:rsidRDefault="00000000" w:rsidP="00094124">
      <w:pPr>
        <w:pStyle w:val="ListBullet"/>
        <w:tabs>
          <w:tab w:val="clear" w:pos="360"/>
          <w:tab w:val="num" w:pos="1080"/>
        </w:tabs>
        <w:bidi/>
        <w:ind w:left="1080"/>
      </w:pPr>
      <w:r>
        <w:t>یک بخش معنادار</w:t>
      </w:r>
    </w:p>
    <w:p w14:paraId="4A76CBFD" w14:textId="77777777" w:rsidR="008A2FDF" w:rsidRDefault="00000000" w:rsidP="00094124">
      <w:pPr>
        <w:pStyle w:val="ListBullet"/>
        <w:tabs>
          <w:tab w:val="clear" w:pos="360"/>
          <w:tab w:val="num" w:pos="1080"/>
        </w:tabs>
        <w:bidi/>
        <w:ind w:left="1080"/>
      </w:pPr>
      <w:r>
        <w:t>یک بخش انتزاعی</w:t>
      </w:r>
    </w:p>
    <w:p w14:paraId="4A7C8AFE" w14:textId="77777777" w:rsidR="008A2FDF" w:rsidRDefault="00000000" w:rsidP="00094124">
      <w:pPr>
        <w:pStyle w:val="ListBullet"/>
        <w:tabs>
          <w:tab w:val="clear" w:pos="360"/>
          <w:tab w:val="num" w:pos="1080"/>
        </w:tabs>
        <w:bidi/>
        <w:ind w:left="1080"/>
      </w:pPr>
      <w:r>
        <w:t>هجاهای غیرمعمول</w:t>
      </w:r>
    </w:p>
    <w:p w14:paraId="26ED0333" w14:textId="77777777" w:rsidR="008A2FDF" w:rsidRDefault="00000000" w:rsidP="00094124">
      <w:pPr>
        <w:pStyle w:val="ListBullet"/>
        <w:tabs>
          <w:tab w:val="clear" w:pos="360"/>
          <w:tab w:val="num" w:pos="1080"/>
        </w:tabs>
        <w:bidi/>
        <w:ind w:left="1080"/>
      </w:pPr>
      <w:r>
        <w:t>املای تغییر یافته</w:t>
      </w:r>
    </w:p>
    <w:p w14:paraId="6DA07598" w14:textId="77777777" w:rsidR="008A2FDF" w:rsidRDefault="00000000" w:rsidP="00094124">
      <w:pPr>
        <w:pStyle w:val="ListBullet"/>
        <w:tabs>
          <w:tab w:val="clear" w:pos="360"/>
          <w:tab w:val="num" w:pos="1080"/>
        </w:tabs>
        <w:bidi/>
        <w:ind w:left="1080"/>
      </w:pPr>
      <w:r>
        <w:t>ساخت آوایی</w:t>
      </w:r>
    </w:p>
    <w:p w14:paraId="3FCC3FA8" w14:textId="77777777" w:rsidR="008A2FDF" w:rsidRDefault="00000000" w:rsidP="00094124">
      <w:pPr>
        <w:pStyle w:val="ListBullet"/>
        <w:tabs>
          <w:tab w:val="clear" w:pos="360"/>
          <w:tab w:val="num" w:pos="1080"/>
        </w:tabs>
        <w:bidi/>
        <w:ind w:left="1080"/>
      </w:pPr>
      <w:r>
        <w:t>بخشی الهام‌گرفته از یک مفهوم</w:t>
      </w:r>
    </w:p>
    <w:p w14:paraId="19B2D831" w14:textId="77777777" w:rsidR="008A2FDF" w:rsidRDefault="00000000" w:rsidP="00094124">
      <w:pPr>
        <w:pStyle w:val="ListBullet"/>
        <w:tabs>
          <w:tab w:val="clear" w:pos="360"/>
          <w:tab w:val="num" w:pos="1080"/>
        </w:tabs>
        <w:bidi/>
        <w:ind w:left="1080"/>
      </w:pPr>
      <w:r>
        <w:t>بخش کاملاً بی‌معنی</w:t>
      </w:r>
    </w:p>
    <w:p w14:paraId="7D1C8033" w14:textId="77777777" w:rsidR="008A2FDF" w:rsidRDefault="00000000" w:rsidP="00094124">
      <w:pPr>
        <w:bidi/>
        <w:spacing w:after="80"/>
        <w:ind w:left="720"/>
      </w:pPr>
      <w:r>
        <w:t>باشد.</w:t>
      </w:r>
    </w:p>
    <w:p w14:paraId="496F31C4" w14:textId="77777777" w:rsidR="008A2FDF" w:rsidRDefault="00000000" w:rsidP="00094124">
      <w:pPr>
        <w:bidi/>
        <w:spacing w:after="80"/>
        <w:ind w:left="720"/>
      </w:pPr>
      <w:r>
        <w:t>DNA مفهومی می‌تواند شبیه این باشد:</w:t>
      </w:r>
    </w:p>
    <w:p w14:paraId="49D5152D" w14:textId="77777777" w:rsidR="008A2FDF" w:rsidRDefault="00000000" w:rsidP="00094124">
      <w:pPr>
        <w:bidi/>
        <w:spacing w:after="120"/>
        <w:ind w:left="720"/>
      </w:pPr>
      <w:r>
        <w:rPr>
          <w:rFonts w:ascii="Consolas" w:eastAsia="Consolas" w:hAnsi="Consolas"/>
          <w:sz w:val="18"/>
        </w:rPr>
        <w:t>معنی + بی‌معنی</w:t>
      </w:r>
      <w:r>
        <w:rPr>
          <w:rFonts w:ascii="Consolas" w:eastAsia="Consolas" w:hAnsi="Consolas"/>
          <w:sz w:val="18"/>
        </w:rPr>
        <w:br/>
        <w:t>صدا + صدا</w:t>
      </w:r>
      <w:r>
        <w:rPr>
          <w:rFonts w:ascii="Consolas" w:eastAsia="Consolas" w:hAnsi="Consolas"/>
          <w:sz w:val="18"/>
        </w:rPr>
        <w:br/>
        <w:t>مفهوم + هجای انتزاعی</w:t>
      </w:r>
      <w:r>
        <w:rPr>
          <w:rFonts w:ascii="Consolas" w:eastAsia="Consolas" w:hAnsi="Consolas"/>
          <w:sz w:val="18"/>
        </w:rPr>
        <w:br/>
        <w:t>انسان + تکنولوژی</w:t>
      </w:r>
      <w:r>
        <w:rPr>
          <w:rFonts w:ascii="Consolas" w:eastAsia="Consolas" w:hAnsi="Consolas"/>
          <w:sz w:val="18"/>
        </w:rPr>
        <w:br/>
        <w:t>سازنده + آینده</w:t>
      </w:r>
    </w:p>
    <w:p w14:paraId="0E9A4B8C" w14:textId="77777777" w:rsidR="008A2FDF" w:rsidRDefault="00000000" w:rsidP="00094124">
      <w:pPr>
        <w:bidi/>
        <w:spacing w:after="80"/>
        <w:ind w:left="720"/>
      </w:pPr>
      <w:r>
        <w:t xml:space="preserve">اما نتیجه باید </w:t>
      </w:r>
      <w:r>
        <w:rPr>
          <w:b/>
        </w:rPr>
        <w:t>یک کلمه واحد</w:t>
      </w:r>
      <w:r>
        <w:t xml:space="preserve"> به نظر برسد، نه چسباندن دو کلمه به یکدیگر.</w:t>
      </w:r>
    </w:p>
    <w:p w14:paraId="4D573AC6" w14:textId="77777777" w:rsidR="008A2FDF" w:rsidRDefault="00000000" w:rsidP="00094124">
      <w:pPr>
        <w:pStyle w:val="Title"/>
        <w:bidi/>
        <w:ind w:left="720"/>
      </w:pPr>
      <w:r>
        <w:lastRenderedPageBreak/>
        <w:t>14. چیزهایی که نمی‌خواهیم</w:t>
      </w:r>
    </w:p>
    <w:p w14:paraId="26769B38" w14:textId="77777777" w:rsidR="008A2FDF" w:rsidRDefault="00000000" w:rsidP="00094124">
      <w:pPr>
        <w:bidi/>
        <w:spacing w:after="80"/>
        <w:ind w:left="720"/>
      </w:pPr>
      <w:r>
        <w:t>از الگوهای عمومی مانند این‌ها دوری کنید:</w:t>
      </w:r>
    </w:p>
    <w:p w14:paraId="2F2D6C4A" w14:textId="77777777" w:rsidR="008A2FDF" w:rsidRDefault="00000000" w:rsidP="00094124">
      <w:pPr>
        <w:bidi/>
        <w:spacing w:after="120"/>
        <w:ind w:left="720"/>
        <w:jc w:val="right"/>
      </w:pPr>
      <w:r>
        <w:rPr>
          <w:rFonts w:ascii="Consolas" w:eastAsia="Consolas" w:hAnsi="Consolas"/>
          <w:sz w:val="18"/>
        </w:rPr>
        <w:t>TechNova</w:t>
      </w:r>
      <w:r>
        <w:rPr>
          <w:rFonts w:ascii="Consolas" w:eastAsia="Consolas" w:hAnsi="Consolas"/>
          <w:sz w:val="18"/>
        </w:rPr>
        <w:br/>
        <w:t>TechFlow</w:t>
      </w:r>
      <w:r>
        <w:rPr>
          <w:rFonts w:ascii="Consolas" w:eastAsia="Consolas" w:hAnsi="Consolas"/>
          <w:sz w:val="18"/>
        </w:rPr>
        <w:br/>
        <w:t>TechCore</w:t>
      </w:r>
      <w:r>
        <w:rPr>
          <w:rFonts w:ascii="Consolas" w:eastAsia="Consolas" w:hAnsi="Consolas"/>
          <w:sz w:val="18"/>
        </w:rPr>
        <w:br/>
        <w:t>CodeLab</w:t>
      </w:r>
      <w:r>
        <w:rPr>
          <w:rFonts w:ascii="Consolas" w:eastAsia="Consolas" w:hAnsi="Consolas"/>
          <w:sz w:val="18"/>
        </w:rPr>
        <w:br/>
        <w:t>DevHub</w:t>
      </w:r>
      <w:r>
        <w:rPr>
          <w:rFonts w:ascii="Consolas" w:eastAsia="Consolas" w:hAnsi="Consolas"/>
          <w:sz w:val="18"/>
        </w:rPr>
        <w:br/>
        <w:t>DigitalWorks</w:t>
      </w:r>
      <w:r>
        <w:rPr>
          <w:rFonts w:ascii="Consolas" w:eastAsia="Consolas" w:hAnsi="Consolas"/>
          <w:sz w:val="18"/>
        </w:rPr>
        <w:br/>
        <w:t>FutureTech</w:t>
      </w:r>
      <w:r>
        <w:rPr>
          <w:rFonts w:ascii="Consolas" w:eastAsia="Consolas" w:hAnsi="Consolas"/>
          <w:sz w:val="18"/>
        </w:rPr>
        <w:br/>
        <w:t>SmartSolutions</w:t>
      </w:r>
      <w:r>
        <w:rPr>
          <w:rFonts w:ascii="Consolas" w:eastAsia="Consolas" w:hAnsi="Consolas"/>
          <w:sz w:val="18"/>
        </w:rPr>
        <w:br/>
        <w:t>InnovateX</w:t>
      </w:r>
      <w:r>
        <w:rPr>
          <w:rFonts w:ascii="Consolas" w:eastAsia="Consolas" w:hAnsi="Consolas"/>
          <w:sz w:val="18"/>
        </w:rPr>
        <w:br/>
        <w:t>BuildTech</w:t>
      </w:r>
      <w:r>
        <w:rPr>
          <w:rFonts w:ascii="Consolas" w:eastAsia="Consolas" w:hAnsi="Consolas"/>
          <w:sz w:val="18"/>
        </w:rPr>
        <w:br/>
        <w:t>CodeForge</w:t>
      </w:r>
      <w:r>
        <w:rPr>
          <w:rFonts w:ascii="Consolas" w:eastAsia="Consolas" w:hAnsi="Consolas"/>
          <w:sz w:val="18"/>
        </w:rPr>
        <w:br/>
        <w:t>DevStudio</w:t>
      </w:r>
      <w:r>
        <w:rPr>
          <w:rFonts w:ascii="Consolas" w:eastAsia="Consolas" w:hAnsi="Consolas"/>
          <w:sz w:val="18"/>
        </w:rPr>
        <w:br/>
        <w:t>TechLabs</w:t>
      </w:r>
    </w:p>
    <w:p w14:paraId="7CA02E84" w14:textId="77777777" w:rsidR="008A2FDF" w:rsidRDefault="00000000" w:rsidP="00094124">
      <w:pPr>
        <w:bidi/>
        <w:spacing w:after="80"/>
        <w:ind w:left="720"/>
      </w:pPr>
      <w:r>
        <w:t>همچنین نام‌هایی که شبیه این‌ها هستند مناسب نیستند:</w:t>
      </w:r>
    </w:p>
    <w:p w14:paraId="282583C7" w14:textId="77777777" w:rsidR="008A2FDF" w:rsidRDefault="00000000" w:rsidP="00094124">
      <w:pPr>
        <w:pStyle w:val="ListBullet"/>
        <w:tabs>
          <w:tab w:val="clear" w:pos="360"/>
          <w:tab w:val="num" w:pos="1080"/>
        </w:tabs>
        <w:bidi/>
        <w:ind w:left="1080"/>
      </w:pPr>
      <w:r>
        <w:t>شرکت IT عمومی</w:t>
      </w:r>
    </w:p>
    <w:p w14:paraId="423D2CA7" w14:textId="77777777" w:rsidR="008A2FDF" w:rsidRDefault="00000000" w:rsidP="00094124">
      <w:pPr>
        <w:pStyle w:val="ListBullet"/>
        <w:tabs>
          <w:tab w:val="clear" w:pos="360"/>
          <w:tab w:val="num" w:pos="1080"/>
        </w:tabs>
        <w:bidi/>
        <w:ind w:left="1080"/>
      </w:pPr>
      <w:r>
        <w:t>آژانس برون‌سپاری</w:t>
      </w:r>
    </w:p>
    <w:p w14:paraId="3FE6E7D2" w14:textId="77777777" w:rsidR="008A2FDF" w:rsidRDefault="00000000" w:rsidP="00094124">
      <w:pPr>
        <w:pStyle w:val="ListBullet"/>
        <w:tabs>
          <w:tab w:val="clear" w:pos="360"/>
          <w:tab w:val="num" w:pos="1080"/>
        </w:tabs>
        <w:bidi/>
        <w:ind w:left="1080"/>
      </w:pPr>
      <w:r>
        <w:t>شرکت مشاوره</w:t>
      </w:r>
    </w:p>
    <w:p w14:paraId="1858455F" w14:textId="77777777" w:rsidR="008A2FDF" w:rsidRDefault="00000000" w:rsidP="00094124">
      <w:pPr>
        <w:pStyle w:val="ListBullet"/>
        <w:tabs>
          <w:tab w:val="clear" w:pos="360"/>
          <w:tab w:val="num" w:pos="1080"/>
        </w:tabs>
        <w:bidi/>
        <w:ind w:left="1080"/>
      </w:pPr>
      <w:r>
        <w:t>پروژه کریپتویی</w:t>
      </w:r>
    </w:p>
    <w:p w14:paraId="0D6A1E70" w14:textId="77777777" w:rsidR="008A2FDF" w:rsidRDefault="00000000" w:rsidP="00094124">
      <w:pPr>
        <w:pStyle w:val="ListBullet"/>
        <w:tabs>
          <w:tab w:val="clear" w:pos="360"/>
          <w:tab w:val="num" w:pos="1080"/>
        </w:tabs>
        <w:bidi/>
        <w:ind w:left="1080"/>
      </w:pPr>
      <w:r>
        <w:t>استارتاپ AI تصادفی</w:t>
      </w:r>
    </w:p>
    <w:p w14:paraId="3B1E68C2" w14:textId="77777777" w:rsidR="008A2FDF" w:rsidRDefault="00000000" w:rsidP="00094124">
      <w:pPr>
        <w:pStyle w:val="ListBullet"/>
        <w:tabs>
          <w:tab w:val="clear" w:pos="360"/>
          <w:tab w:val="num" w:pos="1080"/>
        </w:tabs>
        <w:bidi/>
        <w:ind w:left="1080"/>
      </w:pPr>
      <w:r>
        <w:t>SaaS کلیشه‌ای</w:t>
      </w:r>
    </w:p>
    <w:p w14:paraId="18A5AB8D" w14:textId="77777777" w:rsidR="008A2FDF" w:rsidRDefault="00000000" w:rsidP="00094124">
      <w:pPr>
        <w:pStyle w:val="ListBullet"/>
        <w:tabs>
          <w:tab w:val="clear" w:pos="360"/>
          <w:tab w:val="num" w:pos="1080"/>
        </w:tabs>
        <w:bidi/>
        <w:ind w:left="1080"/>
      </w:pPr>
      <w:r>
        <w:t>استودیو طراحی عمومی</w:t>
      </w:r>
    </w:p>
    <w:p w14:paraId="26B3083B" w14:textId="77777777" w:rsidR="008A2FDF" w:rsidRDefault="00000000" w:rsidP="00094124">
      <w:pPr>
        <w:bidi/>
        <w:spacing w:after="80"/>
        <w:ind w:left="720"/>
      </w:pPr>
      <w:r>
        <w:t>همچنین از این موارد تا حد ممکن دوری شود:</w:t>
      </w:r>
    </w:p>
    <w:p w14:paraId="3D4F8844" w14:textId="77777777" w:rsidR="008A2FDF" w:rsidRDefault="00000000" w:rsidP="00094124">
      <w:pPr>
        <w:pStyle w:val="ListBullet"/>
        <w:tabs>
          <w:tab w:val="clear" w:pos="360"/>
          <w:tab w:val="num" w:pos="1080"/>
        </w:tabs>
        <w:bidi/>
        <w:ind w:left="1080"/>
      </w:pPr>
      <w:r>
        <w:t>X اجباری</w:t>
      </w:r>
    </w:p>
    <w:p w14:paraId="2F2B6176" w14:textId="77777777" w:rsidR="008A2FDF" w:rsidRDefault="00000000" w:rsidP="00094124">
      <w:pPr>
        <w:pStyle w:val="ListBullet"/>
        <w:tabs>
          <w:tab w:val="clear" w:pos="360"/>
          <w:tab w:val="num" w:pos="1080"/>
        </w:tabs>
        <w:bidi/>
        <w:ind w:left="1080"/>
      </w:pPr>
      <w:r>
        <w:t>AI اجباری</w:t>
      </w:r>
    </w:p>
    <w:p w14:paraId="2E46ADA8" w14:textId="77777777" w:rsidR="008A2FDF" w:rsidRDefault="00000000" w:rsidP="00094124">
      <w:pPr>
        <w:pStyle w:val="ListBullet"/>
        <w:tabs>
          <w:tab w:val="clear" w:pos="360"/>
          <w:tab w:val="num" w:pos="1080"/>
        </w:tabs>
        <w:bidi/>
        <w:ind w:left="1080"/>
      </w:pPr>
      <w:r>
        <w:t>`ify`</w:t>
      </w:r>
    </w:p>
    <w:p w14:paraId="6880CBF0" w14:textId="77777777" w:rsidR="008A2FDF" w:rsidRDefault="00000000" w:rsidP="00094124">
      <w:pPr>
        <w:pStyle w:val="ListBullet"/>
        <w:tabs>
          <w:tab w:val="clear" w:pos="360"/>
          <w:tab w:val="num" w:pos="1080"/>
        </w:tabs>
        <w:bidi/>
        <w:ind w:left="1080"/>
      </w:pPr>
      <w:r>
        <w:t>`ly`</w:t>
      </w:r>
    </w:p>
    <w:p w14:paraId="301CA216" w14:textId="77777777" w:rsidR="008A2FDF" w:rsidRDefault="00000000" w:rsidP="00094124">
      <w:pPr>
        <w:pStyle w:val="ListBullet"/>
        <w:tabs>
          <w:tab w:val="clear" w:pos="360"/>
          <w:tab w:val="num" w:pos="1080"/>
        </w:tabs>
        <w:bidi/>
        <w:ind w:left="1080"/>
      </w:pPr>
      <w:r>
        <w:t>ترفندهای `io`</w:t>
      </w:r>
    </w:p>
    <w:p w14:paraId="5582EF0C" w14:textId="77777777" w:rsidR="008A2FDF" w:rsidRDefault="00000000" w:rsidP="00094124">
      <w:pPr>
        <w:pStyle w:val="ListBullet"/>
        <w:tabs>
          <w:tab w:val="clear" w:pos="360"/>
          <w:tab w:val="num" w:pos="1080"/>
        </w:tabs>
        <w:bidi/>
        <w:ind w:left="1080"/>
      </w:pPr>
      <w:r>
        <w:t>استفاده از `labs` در خود نام اصلی</w:t>
      </w:r>
    </w:p>
    <w:p w14:paraId="1B197D06" w14:textId="77777777" w:rsidR="008A2FDF" w:rsidRDefault="00000000" w:rsidP="00094124">
      <w:pPr>
        <w:pStyle w:val="ListBullet"/>
        <w:tabs>
          <w:tab w:val="clear" w:pos="360"/>
          <w:tab w:val="num" w:pos="1080"/>
        </w:tabs>
        <w:bidi/>
        <w:ind w:left="1080"/>
      </w:pPr>
      <w:r>
        <w:t>تغییر املای بی‌دلیل صرفاً برای آزاد شدن دامنه</w:t>
      </w:r>
    </w:p>
    <w:p w14:paraId="4F637557" w14:textId="77777777" w:rsidR="008A2FDF" w:rsidRDefault="00000000" w:rsidP="00094124">
      <w:pPr>
        <w:pStyle w:val="Title"/>
        <w:bidi/>
      </w:pPr>
      <w:r>
        <w:t>15. دسترسی دامنه در برابر کیفیت</w:t>
      </w:r>
    </w:p>
    <w:p w14:paraId="35996BF0" w14:textId="77777777" w:rsidR="008A2FDF" w:rsidRDefault="00000000" w:rsidP="00094124">
      <w:pPr>
        <w:bidi/>
        <w:spacing w:after="80"/>
        <w:ind w:left="720"/>
      </w:pPr>
      <w:r>
        <w:t>آزاد بودن دامنه مهم است، اما نباید کیفیت نام را خراب کند.</w:t>
      </w:r>
    </w:p>
    <w:p w14:paraId="59CEAE27" w14:textId="77777777" w:rsidR="008A2FDF" w:rsidRDefault="00000000" w:rsidP="00094124">
      <w:pPr>
        <w:bidi/>
        <w:spacing w:after="80"/>
        <w:ind w:left="720"/>
      </w:pPr>
      <w:r>
        <w:t>ترتیب اولویت پیشنهادی:</w:t>
      </w:r>
    </w:p>
    <w:p w14:paraId="68FBF172" w14:textId="77777777" w:rsidR="008A2FDF" w:rsidRDefault="00000000" w:rsidP="00094124">
      <w:pPr>
        <w:bidi/>
        <w:spacing w:after="120"/>
        <w:ind w:left="720"/>
        <w:jc w:val="center"/>
      </w:pPr>
      <w:r>
        <w:rPr>
          <w:rFonts w:ascii="Consolas" w:eastAsia="Consolas" w:hAnsi="Consolas"/>
          <w:sz w:val="18"/>
        </w:rPr>
        <w:t>کیفیت</w:t>
      </w:r>
      <w:r>
        <w:rPr>
          <w:rFonts w:ascii="Consolas" w:eastAsia="Consolas" w:hAnsi="Consolas"/>
          <w:sz w:val="18"/>
        </w:rPr>
        <w:br/>
        <w:t xml:space="preserve">   ↓</w:t>
      </w:r>
      <w:r>
        <w:rPr>
          <w:rFonts w:ascii="Consolas" w:eastAsia="Consolas" w:hAnsi="Consolas"/>
          <w:sz w:val="18"/>
        </w:rPr>
        <w:br/>
        <w:t>قابلیت برند شدن</w:t>
      </w:r>
      <w:r>
        <w:rPr>
          <w:rFonts w:ascii="Consolas" w:eastAsia="Consolas" w:hAnsi="Consolas"/>
          <w:sz w:val="18"/>
        </w:rPr>
        <w:br/>
        <w:t xml:space="preserve">   ↓</w:t>
      </w:r>
      <w:r>
        <w:rPr>
          <w:rFonts w:ascii="Consolas" w:eastAsia="Consolas" w:hAnsi="Consolas"/>
          <w:sz w:val="18"/>
        </w:rPr>
        <w:br/>
        <w:t>متمایز بودن</w:t>
      </w:r>
      <w:r>
        <w:rPr>
          <w:rFonts w:ascii="Consolas" w:eastAsia="Consolas" w:hAnsi="Consolas"/>
          <w:sz w:val="18"/>
        </w:rPr>
        <w:br/>
        <w:t xml:space="preserve">   ↓</w:t>
      </w:r>
      <w:r>
        <w:rPr>
          <w:rFonts w:ascii="Consolas" w:eastAsia="Consolas" w:hAnsi="Consolas"/>
          <w:sz w:val="18"/>
        </w:rPr>
        <w:br/>
        <w:t>تلفظ</w:t>
      </w:r>
      <w:r>
        <w:rPr>
          <w:rFonts w:ascii="Consolas" w:eastAsia="Consolas" w:hAnsi="Consolas"/>
          <w:sz w:val="18"/>
        </w:rPr>
        <w:br/>
        <w:t xml:space="preserve">   ↓</w:t>
      </w:r>
      <w:r>
        <w:rPr>
          <w:rFonts w:ascii="Consolas" w:eastAsia="Consolas" w:hAnsi="Consolas"/>
          <w:sz w:val="18"/>
        </w:rPr>
        <w:br/>
        <w:t>تناسب استراتژیک</w:t>
      </w:r>
      <w:r>
        <w:rPr>
          <w:rFonts w:ascii="Consolas" w:eastAsia="Consolas" w:hAnsi="Consolas"/>
          <w:sz w:val="18"/>
        </w:rPr>
        <w:br/>
      </w:r>
      <w:r>
        <w:rPr>
          <w:rFonts w:ascii="Consolas" w:eastAsia="Consolas" w:hAnsi="Consolas"/>
          <w:sz w:val="18"/>
        </w:rPr>
        <w:lastRenderedPageBreak/>
        <w:t xml:space="preserve">   ↓</w:t>
      </w:r>
      <w:r>
        <w:rPr>
          <w:rFonts w:ascii="Consolas" w:eastAsia="Consolas" w:hAnsi="Consolas"/>
          <w:sz w:val="18"/>
        </w:rPr>
        <w:br/>
        <w:t>تداخل با برندهای موجود</w:t>
      </w:r>
      <w:r>
        <w:rPr>
          <w:rFonts w:ascii="Consolas" w:eastAsia="Consolas" w:hAnsi="Consolas"/>
          <w:sz w:val="18"/>
        </w:rPr>
        <w:br/>
        <w:t xml:space="preserve">   ↓</w:t>
      </w:r>
      <w:r>
        <w:rPr>
          <w:rFonts w:ascii="Consolas" w:eastAsia="Consolas" w:hAnsi="Consolas"/>
          <w:sz w:val="18"/>
        </w:rPr>
        <w:br/>
        <w:t>دامنه / آیدی شبکه‌های اجتماعی</w:t>
      </w:r>
    </w:p>
    <w:p w14:paraId="246A961B" w14:textId="77777777" w:rsidR="008A2FDF" w:rsidRDefault="00000000" w:rsidP="00094124">
      <w:pPr>
        <w:bidi/>
        <w:spacing w:after="80"/>
        <w:ind w:left="720"/>
        <w:jc w:val="center"/>
      </w:pPr>
      <w:r>
        <w:t>نه این:</w:t>
      </w:r>
    </w:p>
    <w:p w14:paraId="280D4EAB" w14:textId="77777777" w:rsidR="008A2FDF" w:rsidRDefault="00000000" w:rsidP="00094124">
      <w:pPr>
        <w:bidi/>
        <w:spacing w:after="120"/>
        <w:ind w:left="720"/>
        <w:jc w:val="center"/>
      </w:pPr>
      <w:r>
        <w:rPr>
          <w:rFonts w:ascii="Consolas" w:eastAsia="Consolas" w:hAnsi="Consolas"/>
          <w:sz w:val="18"/>
        </w:rPr>
        <w:t>پیدا کردن دامنه آزاد</w:t>
      </w:r>
      <w:r>
        <w:rPr>
          <w:rFonts w:ascii="Consolas" w:eastAsia="Consolas" w:hAnsi="Consolas"/>
          <w:sz w:val="18"/>
        </w:rPr>
        <w:br/>
        <w:t xml:space="preserve">   ↓</w:t>
      </w:r>
      <w:r>
        <w:rPr>
          <w:rFonts w:ascii="Consolas" w:eastAsia="Consolas" w:hAnsi="Consolas"/>
          <w:sz w:val="18"/>
        </w:rPr>
        <w:br/>
        <w:t>اسم گذاشتن روی آن</w:t>
      </w:r>
    </w:p>
    <w:p w14:paraId="218FCD31" w14:textId="77777777" w:rsidR="008A2FDF" w:rsidRDefault="00000000" w:rsidP="00094124">
      <w:pPr>
        <w:bidi/>
        <w:spacing w:after="80"/>
        <w:ind w:left="720"/>
      </w:pPr>
      <w:r>
        <w:t>یک نام ضعیف که همه‌جا آزاد است، از یک نام عالی که محدودیت‌هایی دارد بدتر است.</w:t>
      </w:r>
    </w:p>
    <w:p w14:paraId="24BF86D3" w14:textId="77777777" w:rsidR="008A2FDF" w:rsidRDefault="00000000" w:rsidP="00094124">
      <w:pPr>
        <w:bidi/>
        <w:spacing w:after="80"/>
        <w:ind w:left="720"/>
      </w:pPr>
      <w:r>
        <w:t>اگر یک نام عالی مثلاً در یک شبکه اجتماعی خاص گرفته شده باشد ولی آن پلتفرم برای استراتژی برند حیاتی نباشد، نباید خودکار حذف شود.</w:t>
      </w:r>
    </w:p>
    <w:p w14:paraId="4E2EE3E7" w14:textId="77777777" w:rsidR="008A2FDF" w:rsidRDefault="00000000" w:rsidP="00094124">
      <w:pPr>
        <w:pStyle w:val="Title"/>
        <w:bidi/>
        <w:ind w:left="720"/>
      </w:pPr>
      <w:r>
        <w:t>16. نام‌هایی که قبلاً بررسی شده‌اند</w:t>
      </w:r>
    </w:p>
    <w:p w14:paraId="77E9EFE1" w14:textId="77777777" w:rsidR="008A2FDF" w:rsidRDefault="00000000" w:rsidP="00094124">
      <w:pPr>
        <w:bidi/>
        <w:spacing w:after="80"/>
        <w:ind w:left="720"/>
      </w:pPr>
      <w:r>
        <w:t>نام‌های زیر در فرآیند قبلی به دلیل صدا یا ساختار جالب بودند:</w:t>
      </w:r>
    </w:p>
    <w:p w14:paraId="64A47835" w14:textId="77777777" w:rsidR="008A2FDF" w:rsidRDefault="00000000" w:rsidP="00094124">
      <w:pPr>
        <w:bidi/>
        <w:spacing w:after="120"/>
        <w:ind w:left="720"/>
      </w:pPr>
      <w:r>
        <w:rPr>
          <w:rFonts w:ascii="Consolas" w:eastAsia="Consolas" w:hAnsi="Consolas"/>
          <w:sz w:val="18"/>
        </w:rPr>
        <w:t>Zuno</w:t>
      </w:r>
      <w:r>
        <w:rPr>
          <w:rFonts w:ascii="Consolas" w:eastAsia="Consolas" w:hAnsi="Consolas"/>
          <w:sz w:val="18"/>
        </w:rPr>
        <w:br/>
        <w:t>Sipo</w:t>
      </w:r>
      <w:r>
        <w:rPr>
          <w:rFonts w:ascii="Consolas" w:eastAsia="Consolas" w:hAnsi="Consolas"/>
          <w:sz w:val="18"/>
        </w:rPr>
        <w:br/>
        <w:t>Lumo</w:t>
      </w:r>
      <w:r>
        <w:rPr>
          <w:rFonts w:ascii="Consolas" w:eastAsia="Consolas" w:hAnsi="Consolas"/>
          <w:sz w:val="18"/>
        </w:rPr>
        <w:br/>
        <w:t>Varo</w:t>
      </w:r>
      <w:r>
        <w:rPr>
          <w:rFonts w:ascii="Consolas" w:eastAsia="Consolas" w:hAnsi="Consolas"/>
          <w:sz w:val="18"/>
        </w:rPr>
        <w:br/>
      </w:r>
      <w:r>
        <w:rPr>
          <w:rFonts w:ascii="Consolas" w:eastAsia="Consolas" w:hAnsi="Consolas"/>
          <w:sz w:val="18"/>
        </w:rPr>
        <w:br/>
        <w:t>Solva</w:t>
      </w:r>
      <w:r>
        <w:rPr>
          <w:rFonts w:ascii="Consolas" w:eastAsia="Consolas" w:hAnsi="Consolas"/>
          <w:sz w:val="18"/>
        </w:rPr>
        <w:br/>
        <w:t>Solvio</w:t>
      </w:r>
      <w:r>
        <w:rPr>
          <w:rFonts w:ascii="Consolas" w:eastAsia="Consolas" w:hAnsi="Consolas"/>
          <w:sz w:val="18"/>
        </w:rPr>
        <w:br/>
        <w:t>Solvix</w:t>
      </w:r>
      <w:r>
        <w:rPr>
          <w:rFonts w:ascii="Consolas" w:eastAsia="Consolas" w:hAnsi="Consolas"/>
          <w:sz w:val="18"/>
        </w:rPr>
        <w:br/>
        <w:t>Sovix</w:t>
      </w:r>
      <w:r>
        <w:rPr>
          <w:rFonts w:ascii="Consolas" w:eastAsia="Consolas" w:hAnsi="Consolas"/>
          <w:sz w:val="18"/>
        </w:rPr>
        <w:br/>
        <w:t>Solvor</w:t>
      </w:r>
      <w:r>
        <w:rPr>
          <w:rFonts w:ascii="Consolas" w:eastAsia="Consolas" w:hAnsi="Consolas"/>
          <w:sz w:val="18"/>
        </w:rPr>
        <w:br/>
        <w:t>Solvar</w:t>
      </w:r>
      <w:r>
        <w:rPr>
          <w:rFonts w:ascii="Consolas" w:eastAsia="Consolas" w:hAnsi="Consolas"/>
          <w:sz w:val="18"/>
        </w:rPr>
        <w:br/>
      </w:r>
      <w:r>
        <w:rPr>
          <w:rFonts w:ascii="Consolas" w:eastAsia="Consolas" w:hAnsi="Consolas"/>
          <w:sz w:val="18"/>
        </w:rPr>
        <w:br/>
        <w:t>Corevo</w:t>
      </w:r>
      <w:r>
        <w:rPr>
          <w:rFonts w:ascii="Consolas" w:eastAsia="Consolas" w:hAnsi="Consolas"/>
          <w:sz w:val="18"/>
        </w:rPr>
        <w:br/>
        <w:t>Coreva</w:t>
      </w:r>
      <w:r>
        <w:rPr>
          <w:rFonts w:ascii="Consolas" w:eastAsia="Consolas" w:hAnsi="Consolas"/>
          <w:sz w:val="18"/>
        </w:rPr>
        <w:br/>
        <w:t>Corvo</w:t>
      </w:r>
      <w:r>
        <w:rPr>
          <w:rFonts w:ascii="Consolas" w:eastAsia="Consolas" w:hAnsi="Consolas"/>
          <w:sz w:val="18"/>
        </w:rPr>
        <w:br/>
        <w:t>Korva</w:t>
      </w:r>
      <w:r>
        <w:rPr>
          <w:rFonts w:ascii="Consolas" w:eastAsia="Consolas" w:hAnsi="Consolas"/>
          <w:sz w:val="18"/>
        </w:rPr>
        <w:br/>
        <w:t>Kova</w:t>
      </w:r>
      <w:r>
        <w:rPr>
          <w:rFonts w:ascii="Consolas" w:eastAsia="Consolas" w:hAnsi="Consolas"/>
          <w:sz w:val="18"/>
        </w:rPr>
        <w:br/>
      </w:r>
      <w:r>
        <w:rPr>
          <w:rFonts w:ascii="Consolas" w:eastAsia="Consolas" w:hAnsi="Consolas"/>
          <w:sz w:val="18"/>
        </w:rPr>
        <w:br/>
        <w:t>Vora</w:t>
      </w:r>
      <w:r>
        <w:rPr>
          <w:rFonts w:ascii="Consolas" w:eastAsia="Consolas" w:hAnsi="Consolas"/>
          <w:sz w:val="18"/>
        </w:rPr>
        <w:br/>
        <w:t>Varox</w:t>
      </w:r>
      <w:r>
        <w:rPr>
          <w:rFonts w:ascii="Consolas" w:eastAsia="Consolas" w:hAnsi="Consolas"/>
          <w:sz w:val="18"/>
        </w:rPr>
        <w:br/>
        <w:t>Vorix</w:t>
      </w:r>
      <w:r>
        <w:rPr>
          <w:rFonts w:ascii="Consolas" w:eastAsia="Consolas" w:hAnsi="Consolas"/>
          <w:sz w:val="18"/>
        </w:rPr>
        <w:br/>
        <w:t>Warvo</w:t>
      </w:r>
      <w:r>
        <w:rPr>
          <w:rFonts w:ascii="Consolas" w:eastAsia="Consolas" w:hAnsi="Consolas"/>
          <w:sz w:val="18"/>
        </w:rPr>
        <w:br/>
      </w:r>
      <w:r>
        <w:rPr>
          <w:rFonts w:ascii="Consolas" w:eastAsia="Consolas" w:hAnsi="Consolas"/>
          <w:sz w:val="18"/>
        </w:rPr>
        <w:br/>
        <w:t>Zenvo</w:t>
      </w:r>
      <w:r>
        <w:rPr>
          <w:rFonts w:ascii="Consolas" w:eastAsia="Consolas" w:hAnsi="Consolas"/>
          <w:sz w:val="18"/>
        </w:rPr>
        <w:br/>
        <w:t>Zevra</w:t>
      </w:r>
      <w:r>
        <w:rPr>
          <w:rFonts w:ascii="Consolas" w:eastAsia="Consolas" w:hAnsi="Consolas"/>
          <w:sz w:val="18"/>
        </w:rPr>
        <w:br/>
        <w:t>Zova</w:t>
      </w:r>
      <w:r>
        <w:rPr>
          <w:rFonts w:ascii="Consolas" w:eastAsia="Consolas" w:hAnsi="Consolas"/>
          <w:sz w:val="18"/>
        </w:rPr>
        <w:br/>
      </w:r>
      <w:r>
        <w:rPr>
          <w:rFonts w:ascii="Consolas" w:eastAsia="Consolas" w:hAnsi="Consolas"/>
          <w:sz w:val="18"/>
        </w:rPr>
        <w:br/>
        <w:t>Looma</w:t>
      </w:r>
      <w:r>
        <w:rPr>
          <w:rFonts w:ascii="Consolas" w:eastAsia="Consolas" w:hAnsi="Consolas"/>
          <w:sz w:val="18"/>
        </w:rPr>
        <w:br/>
        <w:t>Loomix</w:t>
      </w:r>
      <w:r>
        <w:rPr>
          <w:rFonts w:ascii="Consolas" w:eastAsia="Consolas" w:hAnsi="Consolas"/>
          <w:sz w:val="18"/>
        </w:rPr>
        <w:br/>
        <w:t>Lumova</w:t>
      </w:r>
      <w:r>
        <w:rPr>
          <w:rFonts w:ascii="Consolas" w:eastAsia="Consolas" w:hAnsi="Consolas"/>
          <w:sz w:val="18"/>
        </w:rPr>
        <w:br/>
      </w:r>
      <w:r>
        <w:rPr>
          <w:rFonts w:ascii="Consolas" w:eastAsia="Consolas" w:hAnsi="Consolas"/>
          <w:sz w:val="18"/>
        </w:rPr>
        <w:br/>
        <w:t>Plexa</w:t>
      </w:r>
      <w:r>
        <w:rPr>
          <w:rFonts w:ascii="Consolas" w:eastAsia="Consolas" w:hAnsi="Consolas"/>
          <w:sz w:val="18"/>
        </w:rPr>
        <w:br/>
        <w:t>Plivo</w:t>
      </w:r>
      <w:r>
        <w:rPr>
          <w:rFonts w:ascii="Consolas" w:eastAsia="Consolas" w:hAnsi="Consolas"/>
          <w:sz w:val="18"/>
        </w:rPr>
        <w:br/>
        <w:t>Plixo</w:t>
      </w:r>
      <w:r>
        <w:rPr>
          <w:rFonts w:ascii="Consolas" w:eastAsia="Consolas" w:hAnsi="Consolas"/>
          <w:sz w:val="18"/>
        </w:rPr>
        <w:br/>
      </w:r>
      <w:r>
        <w:rPr>
          <w:rFonts w:ascii="Consolas" w:eastAsia="Consolas" w:hAnsi="Consolas"/>
          <w:sz w:val="18"/>
        </w:rPr>
        <w:br/>
        <w:t>Codium</w:t>
      </w:r>
      <w:r>
        <w:rPr>
          <w:rFonts w:ascii="Consolas" w:eastAsia="Consolas" w:hAnsi="Consolas"/>
          <w:sz w:val="18"/>
        </w:rPr>
        <w:br/>
      </w:r>
      <w:r>
        <w:rPr>
          <w:rFonts w:ascii="Consolas" w:eastAsia="Consolas" w:hAnsi="Consolas"/>
          <w:sz w:val="18"/>
        </w:rPr>
        <w:lastRenderedPageBreak/>
        <w:t>Codera</w:t>
      </w:r>
      <w:r>
        <w:rPr>
          <w:rFonts w:ascii="Consolas" w:eastAsia="Consolas" w:hAnsi="Consolas"/>
          <w:sz w:val="18"/>
        </w:rPr>
        <w:br/>
        <w:t>Covia</w:t>
      </w:r>
      <w:r>
        <w:rPr>
          <w:rFonts w:ascii="Consolas" w:eastAsia="Consolas" w:hAnsi="Consolas"/>
          <w:sz w:val="18"/>
        </w:rPr>
        <w:br/>
        <w:t>Covix</w:t>
      </w:r>
      <w:r>
        <w:rPr>
          <w:rFonts w:ascii="Consolas" w:eastAsia="Consolas" w:hAnsi="Consolas"/>
          <w:sz w:val="18"/>
        </w:rPr>
        <w:br/>
      </w:r>
      <w:r>
        <w:rPr>
          <w:rFonts w:ascii="Consolas" w:eastAsia="Consolas" w:hAnsi="Consolas"/>
          <w:sz w:val="18"/>
        </w:rPr>
        <w:br/>
        <w:t>Blydo</w:t>
      </w:r>
      <w:r>
        <w:rPr>
          <w:rFonts w:ascii="Consolas" w:eastAsia="Consolas" w:hAnsi="Consolas"/>
          <w:sz w:val="18"/>
        </w:rPr>
        <w:br/>
        <w:t>Blivo</w:t>
      </w:r>
      <w:r>
        <w:rPr>
          <w:rFonts w:ascii="Consolas" w:eastAsia="Consolas" w:hAnsi="Consolas"/>
          <w:sz w:val="18"/>
        </w:rPr>
        <w:br/>
        <w:t>Blyvo</w:t>
      </w:r>
      <w:r>
        <w:rPr>
          <w:rFonts w:ascii="Consolas" w:eastAsia="Consolas" w:hAnsi="Consolas"/>
          <w:sz w:val="18"/>
        </w:rPr>
        <w:br/>
      </w:r>
      <w:r>
        <w:rPr>
          <w:rFonts w:ascii="Consolas" w:eastAsia="Consolas" w:hAnsi="Consolas"/>
          <w:sz w:val="18"/>
        </w:rPr>
        <w:br/>
        <w:t>Drevo</w:t>
      </w:r>
      <w:r>
        <w:rPr>
          <w:rFonts w:ascii="Consolas" w:eastAsia="Consolas" w:hAnsi="Consolas"/>
          <w:sz w:val="18"/>
        </w:rPr>
        <w:br/>
        <w:t>Drevia</w:t>
      </w:r>
      <w:r>
        <w:rPr>
          <w:rFonts w:ascii="Consolas" w:eastAsia="Consolas" w:hAnsi="Consolas"/>
          <w:sz w:val="18"/>
        </w:rPr>
        <w:br/>
        <w:t>Drivo</w:t>
      </w:r>
      <w:r>
        <w:rPr>
          <w:rFonts w:ascii="Consolas" w:eastAsia="Consolas" w:hAnsi="Consolas"/>
          <w:sz w:val="18"/>
        </w:rPr>
        <w:br/>
        <w:t>Drova</w:t>
      </w:r>
      <w:r>
        <w:rPr>
          <w:rFonts w:ascii="Consolas" w:eastAsia="Consolas" w:hAnsi="Consolas"/>
          <w:sz w:val="18"/>
        </w:rPr>
        <w:br/>
        <w:t>Drevix</w:t>
      </w:r>
      <w:r>
        <w:rPr>
          <w:rFonts w:ascii="Consolas" w:eastAsia="Consolas" w:hAnsi="Consolas"/>
          <w:sz w:val="18"/>
        </w:rPr>
        <w:br/>
      </w:r>
      <w:r>
        <w:rPr>
          <w:rFonts w:ascii="Consolas" w:eastAsia="Consolas" w:hAnsi="Consolas"/>
          <w:sz w:val="18"/>
        </w:rPr>
        <w:br/>
        <w:t>Tevox</w:t>
      </w:r>
      <w:r>
        <w:rPr>
          <w:rFonts w:ascii="Consolas" w:eastAsia="Consolas" w:hAnsi="Consolas"/>
          <w:sz w:val="18"/>
        </w:rPr>
        <w:br/>
        <w:t>Tevia</w:t>
      </w:r>
      <w:r>
        <w:rPr>
          <w:rFonts w:ascii="Consolas" w:eastAsia="Consolas" w:hAnsi="Consolas"/>
          <w:sz w:val="18"/>
        </w:rPr>
        <w:br/>
        <w:t>Tivo</w:t>
      </w:r>
      <w:r>
        <w:rPr>
          <w:rFonts w:ascii="Consolas" w:eastAsia="Consolas" w:hAnsi="Consolas"/>
          <w:sz w:val="18"/>
        </w:rPr>
        <w:br/>
      </w:r>
      <w:r>
        <w:rPr>
          <w:rFonts w:ascii="Consolas" w:eastAsia="Consolas" w:hAnsi="Consolas"/>
          <w:sz w:val="18"/>
        </w:rPr>
        <w:br/>
        <w:t>Hivex</w:t>
      </w:r>
      <w:r>
        <w:rPr>
          <w:rFonts w:ascii="Consolas" w:eastAsia="Consolas" w:hAnsi="Consolas"/>
          <w:sz w:val="18"/>
        </w:rPr>
        <w:br/>
        <w:t>Hivra</w:t>
      </w:r>
      <w:r>
        <w:rPr>
          <w:rFonts w:ascii="Consolas" w:eastAsia="Consolas" w:hAnsi="Consolas"/>
          <w:sz w:val="18"/>
        </w:rPr>
        <w:br/>
      </w:r>
      <w:r>
        <w:rPr>
          <w:rFonts w:ascii="Consolas" w:eastAsia="Consolas" w:hAnsi="Consolas"/>
          <w:sz w:val="18"/>
        </w:rPr>
        <w:br/>
        <w:t>Trivo</w:t>
      </w:r>
      <w:r>
        <w:rPr>
          <w:rFonts w:ascii="Consolas" w:eastAsia="Consolas" w:hAnsi="Consolas"/>
          <w:sz w:val="18"/>
        </w:rPr>
        <w:br/>
        <w:t>Trivio</w:t>
      </w:r>
      <w:r>
        <w:rPr>
          <w:rFonts w:ascii="Consolas" w:eastAsia="Consolas" w:hAnsi="Consolas"/>
          <w:sz w:val="18"/>
        </w:rPr>
        <w:br/>
      </w:r>
      <w:r>
        <w:rPr>
          <w:rFonts w:ascii="Consolas" w:eastAsia="Consolas" w:hAnsi="Consolas"/>
          <w:sz w:val="18"/>
        </w:rPr>
        <w:br/>
        <w:t>Noobio</w:t>
      </w:r>
      <w:r>
        <w:rPr>
          <w:rFonts w:ascii="Consolas" w:eastAsia="Consolas" w:hAnsi="Consolas"/>
          <w:sz w:val="18"/>
        </w:rPr>
        <w:br/>
        <w:t>Nuvo</w:t>
      </w:r>
      <w:r>
        <w:rPr>
          <w:rFonts w:ascii="Consolas" w:eastAsia="Consolas" w:hAnsi="Consolas"/>
          <w:sz w:val="18"/>
        </w:rPr>
        <w:br/>
      </w:r>
      <w:r>
        <w:rPr>
          <w:rFonts w:ascii="Consolas" w:eastAsia="Consolas" w:hAnsi="Consolas"/>
          <w:sz w:val="18"/>
        </w:rPr>
        <w:br/>
        <w:t>Geekio</w:t>
      </w:r>
      <w:r>
        <w:rPr>
          <w:rFonts w:ascii="Consolas" w:eastAsia="Consolas" w:hAnsi="Consolas"/>
          <w:sz w:val="18"/>
        </w:rPr>
        <w:br/>
        <w:t>Gevo</w:t>
      </w:r>
      <w:r>
        <w:rPr>
          <w:rFonts w:ascii="Consolas" w:eastAsia="Consolas" w:hAnsi="Consolas"/>
          <w:sz w:val="18"/>
        </w:rPr>
        <w:br/>
      </w:r>
      <w:r>
        <w:rPr>
          <w:rFonts w:ascii="Consolas" w:eastAsia="Consolas" w:hAnsi="Consolas"/>
          <w:sz w:val="18"/>
        </w:rPr>
        <w:br/>
        <w:t>Worx</w:t>
      </w:r>
      <w:r>
        <w:rPr>
          <w:rFonts w:ascii="Consolas" w:eastAsia="Consolas" w:hAnsi="Consolas"/>
          <w:sz w:val="18"/>
        </w:rPr>
        <w:br/>
      </w:r>
      <w:r>
        <w:rPr>
          <w:rFonts w:ascii="Consolas" w:eastAsia="Consolas" w:hAnsi="Consolas"/>
          <w:sz w:val="18"/>
        </w:rPr>
        <w:br/>
        <w:t>Dravo</w:t>
      </w:r>
      <w:r>
        <w:rPr>
          <w:rFonts w:ascii="Consolas" w:eastAsia="Consolas" w:hAnsi="Consolas"/>
          <w:sz w:val="18"/>
        </w:rPr>
        <w:br/>
        <w:t>Varix</w:t>
      </w:r>
      <w:r>
        <w:rPr>
          <w:rFonts w:ascii="Consolas" w:eastAsia="Consolas" w:hAnsi="Consolas"/>
          <w:sz w:val="18"/>
        </w:rPr>
        <w:br/>
        <w:t>Lumora</w:t>
      </w:r>
      <w:r>
        <w:rPr>
          <w:rFonts w:ascii="Consolas" w:eastAsia="Consolas" w:hAnsi="Consolas"/>
          <w:sz w:val="18"/>
        </w:rPr>
        <w:br/>
        <w:t>Drevor</w:t>
      </w:r>
    </w:p>
    <w:p w14:paraId="14A471A2" w14:textId="77777777" w:rsidR="008A2FDF" w:rsidRDefault="00000000" w:rsidP="00094124">
      <w:pPr>
        <w:bidi/>
        <w:spacing w:after="80"/>
        <w:ind w:left="720"/>
      </w:pPr>
      <w:r>
        <w:t xml:space="preserve">این‌ها </w:t>
      </w:r>
      <w:r>
        <w:rPr>
          <w:b/>
        </w:rPr>
        <w:t>لیست پیشنهادی برای تغییر یک حرف و تولید نسخه جدید نیستند</w:t>
      </w:r>
      <w:r>
        <w:t>.</w:t>
      </w:r>
    </w:p>
    <w:p w14:paraId="03A8084E" w14:textId="77777777" w:rsidR="008A2FDF" w:rsidRDefault="00000000" w:rsidP="00094124">
      <w:pPr>
        <w:bidi/>
        <w:spacing w:after="80"/>
        <w:ind w:left="720"/>
      </w:pPr>
      <w:r>
        <w:t>فقط نشان می‌دهند چه محدوده‌ای از نظر آوایی جالب بوده:</w:t>
      </w:r>
    </w:p>
    <w:p w14:paraId="60535181" w14:textId="77777777" w:rsidR="008A2FDF" w:rsidRDefault="00000000" w:rsidP="00094124">
      <w:pPr>
        <w:pStyle w:val="ListBullet"/>
        <w:tabs>
          <w:tab w:val="clear" w:pos="360"/>
          <w:tab w:val="num" w:pos="1080"/>
        </w:tabs>
        <w:bidi/>
        <w:ind w:left="1080"/>
      </w:pPr>
      <w:r>
        <w:t>کوتاه</w:t>
      </w:r>
    </w:p>
    <w:p w14:paraId="776AB267" w14:textId="77777777" w:rsidR="008A2FDF" w:rsidRDefault="00000000" w:rsidP="00094124">
      <w:pPr>
        <w:pStyle w:val="ListBullet"/>
        <w:tabs>
          <w:tab w:val="clear" w:pos="360"/>
          <w:tab w:val="num" w:pos="1080"/>
        </w:tabs>
        <w:bidi/>
        <w:ind w:left="1080"/>
      </w:pPr>
      <w:r>
        <w:t>انتزاعی</w:t>
      </w:r>
    </w:p>
    <w:p w14:paraId="534B12E0" w14:textId="77777777" w:rsidR="008A2FDF" w:rsidRDefault="00000000" w:rsidP="00094124">
      <w:pPr>
        <w:pStyle w:val="ListBullet"/>
        <w:tabs>
          <w:tab w:val="clear" w:pos="360"/>
          <w:tab w:val="num" w:pos="1080"/>
        </w:tabs>
        <w:bidi/>
        <w:ind w:left="1080"/>
      </w:pPr>
      <w:r>
        <w:t>خوش‌آوا</w:t>
      </w:r>
    </w:p>
    <w:p w14:paraId="02200627" w14:textId="77777777" w:rsidR="008A2FDF" w:rsidRDefault="00000000" w:rsidP="00094124">
      <w:pPr>
        <w:pStyle w:val="ListBullet"/>
        <w:tabs>
          <w:tab w:val="clear" w:pos="360"/>
          <w:tab w:val="num" w:pos="1080"/>
        </w:tabs>
        <w:bidi/>
        <w:ind w:left="1080"/>
      </w:pPr>
      <w:r>
        <w:t>مدرن</w:t>
      </w:r>
    </w:p>
    <w:p w14:paraId="2198B36D" w14:textId="77777777" w:rsidR="008A2FDF" w:rsidRDefault="00000000" w:rsidP="00094124">
      <w:pPr>
        <w:pStyle w:val="ListBullet"/>
        <w:tabs>
          <w:tab w:val="clear" w:pos="360"/>
          <w:tab w:val="num" w:pos="1080"/>
        </w:tabs>
        <w:bidi/>
        <w:ind w:left="1080"/>
      </w:pPr>
      <w:r>
        <w:t>ساختگی</w:t>
      </w:r>
    </w:p>
    <w:p w14:paraId="7A282B59" w14:textId="77777777" w:rsidR="008A2FDF" w:rsidRDefault="00000000" w:rsidP="00094124">
      <w:pPr>
        <w:pStyle w:val="ListBullet"/>
        <w:tabs>
          <w:tab w:val="clear" w:pos="360"/>
          <w:tab w:val="num" w:pos="1080"/>
        </w:tabs>
        <w:bidi/>
        <w:ind w:left="1080"/>
      </w:pPr>
      <w:r>
        <w:t>کمی تکنولوژیک</w:t>
      </w:r>
    </w:p>
    <w:p w14:paraId="7213E280" w14:textId="77777777" w:rsidR="008A2FDF" w:rsidRDefault="00000000" w:rsidP="00094124">
      <w:pPr>
        <w:pStyle w:val="ListBullet"/>
        <w:tabs>
          <w:tab w:val="clear" w:pos="360"/>
          <w:tab w:val="num" w:pos="1080"/>
        </w:tabs>
        <w:bidi/>
        <w:ind w:left="1080"/>
      </w:pPr>
      <w:r>
        <w:t>قابل برند شدن</w:t>
      </w:r>
    </w:p>
    <w:p w14:paraId="18234A29" w14:textId="77777777" w:rsidR="008A2FDF" w:rsidRDefault="00000000" w:rsidP="00094124">
      <w:pPr>
        <w:pStyle w:val="Title"/>
        <w:bidi/>
        <w:ind w:left="720"/>
      </w:pPr>
      <w:r>
        <w:t>17. نکته مهم درباره NOBIFA</w:t>
      </w:r>
    </w:p>
    <w:p w14:paraId="1CE0C59D" w14:textId="77777777" w:rsidR="008A2FDF" w:rsidRDefault="00000000" w:rsidP="00094124">
      <w:pPr>
        <w:bidi/>
        <w:spacing w:after="80"/>
        <w:ind w:left="720"/>
      </w:pPr>
      <w:r>
        <w:t>یکی از گزینه‌هایی که در ادامه خودم ساختم:</w:t>
      </w:r>
    </w:p>
    <w:p w14:paraId="7609CCC8" w14:textId="77777777" w:rsidR="008A2FDF" w:rsidRDefault="00000000" w:rsidP="00094124">
      <w:pPr>
        <w:bidi/>
        <w:ind w:left="1080"/>
      </w:pPr>
      <w:r>
        <w:rPr>
          <w:b/>
        </w:rPr>
        <w:lastRenderedPageBreak/>
        <w:t>**NOBIFA**</w:t>
      </w:r>
    </w:p>
    <w:p w14:paraId="7102100F" w14:textId="77777777" w:rsidR="008A2FDF" w:rsidRDefault="00000000" w:rsidP="00094124">
      <w:pPr>
        <w:bidi/>
        <w:spacing w:after="80"/>
        <w:ind w:left="720"/>
      </w:pPr>
      <w:r>
        <w:t>بود.</w:t>
      </w:r>
    </w:p>
    <w:p w14:paraId="772F15F1" w14:textId="77777777" w:rsidR="008A2FDF" w:rsidRDefault="00000000" w:rsidP="00094124">
      <w:pPr>
        <w:bidi/>
        <w:spacing w:after="80"/>
        <w:ind w:left="720"/>
      </w:pPr>
      <w:r>
        <w:t>مشکل این است که بخش `Noob` می‌تواند تداعی نامطلوبی داشته باشد و باعث شود برند کمی آماتور یا گیمینگ به نظر برسد.</w:t>
      </w:r>
    </w:p>
    <w:p w14:paraId="6469C08D" w14:textId="77777777" w:rsidR="008A2FDF" w:rsidRDefault="00000000" w:rsidP="00094124">
      <w:pPr>
        <w:bidi/>
        <w:spacing w:after="80"/>
        <w:ind w:left="720"/>
      </w:pPr>
      <w:r>
        <w:t>اما چیزی که جذاب بود ساختار صوتی آن بود:</w:t>
      </w:r>
    </w:p>
    <w:p w14:paraId="480CC0C2" w14:textId="77777777" w:rsidR="008A2FDF" w:rsidRDefault="00000000" w:rsidP="00094124">
      <w:pPr>
        <w:bidi/>
        <w:spacing w:after="120"/>
        <w:ind w:left="720"/>
      </w:pPr>
      <w:r>
        <w:rPr>
          <w:rFonts w:ascii="Consolas" w:eastAsia="Consolas" w:hAnsi="Consolas"/>
          <w:sz w:val="18"/>
        </w:rPr>
        <w:t>NO - BI - FA</w:t>
      </w:r>
    </w:p>
    <w:p w14:paraId="2C4B9CA8" w14:textId="77777777" w:rsidR="008A2FDF" w:rsidRDefault="00000000" w:rsidP="00094124">
      <w:pPr>
        <w:bidi/>
        <w:spacing w:after="80"/>
        <w:ind w:left="720"/>
      </w:pPr>
      <w:r>
        <w:t>ویژگی‌ها:</w:t>
      </w:r>
    </w:p>
    <w:p w14:paraId="6BC5AC20" w14:textId="77777777" w:rsidR="008A2FDF" w:rsidRDefault="00000000" w:rsidP="00094124">
      <w:pPr>
        <w:pStyle w:val="ListBullet"/>
        <w:tabs>
          <w:tab w:val="clear" w:pos="360"/>
          <w:tab w:val="num" w:pos="1080"/>
        </w:tabs>
        <w:bidi/>
        <w:ind w:left="1080"/>
      </w:pPr>
      <w:r>
        <w:t>۶ حرف</w:t>
      </w:r>
    </w:p>
    <w:p w14:paraId="19693253" w14:textId="77777777" w:rsidR="008A2FDF" w:rsidRDefault="00000000" w:rsidP="00094124">
      <w:pPr>
        <w:pStyle w:val="ListBullet"/>
        <w:tabs>
          <w:tab w:val="clear" w:pos="360"/>
          <w:tab w:val="num" w:pos="1080"/>
        </w:tabs>
        <w:bidi/>
        <w:ind w:left="1080"/>
      </w:pPr>
      <w:r>
        <w:t>۳ هجای ساده</w:t>
      </w:r>
    </w:p>
    <w:p w14:paraId="73BC66CD" w14:textId="77777777" w:rsidR="008A2FDF" w:rsidRDefault="00000000" w:rsidP="00094124">
      <w:pPr>
        <w:pStyle w:val="ListBullet"/>
        <w:tabs>
          <w:tab w:val="clear" w:pos="360"/>
          <w:tab w:val="num" w:pos="1080"/>
        </w:tabs>
        <w:bidi/>
        <w:ind w:left="1080"/>
      </w:pPr>
      <w:r>
        <w:t>تلفظ راحت</w:t>
      </w:r>
    </w:p>
    <w:p w14:paraId="1DC0BFB6" w14:textId="77777777" w:rsidR="008A2FDF" w:rsidRDefault="00000000" w:rsidP="00094124">
      <w:pPr>
        <w:pStyle w:val="ListBullet"/>
        <w:tabs>
          <w:tab w:val="clear" w:pos="360"/>
          <w:tab w:val="num" w:pos="1080"/>
        </w:tabs>
        <w:bidi/>
        <w:ind w:left="1080"/>
      </w:pPr>
      <w:r>
        <w:t>ظاهر تمیز</w:t>
      </w:r>
    </w:p>
    <w:p w14:paraId="068758B3" w14:textId="77777777" w:rsidR="008A2FDF" w:rsidRDefault="00000000" w:rsidP="00094124">
      <w:pPr>
        <w:pStyle w:val="ListBullet"/>
        <w:tabs>
          <w:tab w:val="clear" w:pos="360"/>
          <w:tab w:val="num" w:pos="1080"/>
        </w:tabs>
        <w:bidi/>
        <w:ind w:left="1080"/>
      </w:pPr>
      <w:r>
        <w:t>ساختگی</w:t>
      </w:r>
    </w:p>
    <w:p w14:paraId="11628B9E" w14:textId="77777777" w:rsidR="008A2FDF" w:rsidRDefault="00000000" w:rsidP="00094124">
      <w:pPr>
        <w:pStyle w:val="ListBullet"/>
        <w:tabs>
          <w:tab w:val="clear" w:pos="360"/>
          <w:tab w:val="num" w:pos="1080"/>
        </w:tabs>
        <w:bidi/>
        <w:ind w:left="1080"/>
      </w:pPr>
      <w:r>
        <w:t>ماندگار</w:t>
      </w:r>
    </w:p>
    <w:p w14:paraId="0C92F5E8" w14:textId="77777777" w:rsidR="008A2FDF" w:rsidRDefault="00000000" w:rsidP="00094124">
      <w:pPr>
        <w:bidi/>
        <w:spacing w:after="80"/>
        <w:ind w:left="720"/>
      </w:pPr>
      <w:r>
        <w:t>بنابراین نکته مهم این است:</w:t>
      </w:r>
    </w:p>
    <w:p w14:paraId="7CF08006" w14:textId="77777777" w:rsidR="008A2FDF" w:rsidRDefault="00000000" w:rsidP="00094124">
      <w:pPr>
        <w:bidi/>
        <w:ind w:left="1080"/>
      </w:pPr>
      <w:r>
        <w:rPr>
          <w:b/>
        </w:rPr>
        <w:t>**NOBIFA را کپی نکنید؛ بررسی کنید چرا ساختار آوایی آن جذاب بود.**</w:t>
      </w:r>
    </w:p>
    <w:p w14:paraId="316C4F9B" w14:textId="77777777" w:rsidR="008A2FDF" w:rsidRDefault="00000000" w:rsidP="00094124">
      <w:pPr>
        <w:bidi/>
        <w:spacing w:after="80"/>
        <w:ind w:left="720"/>
      </w:pPr>
      <w:r>
        <w:t>هدف، پیدا کردن نام‌های جدیدی با همان سادگی آوایی است، بدون اینکه از همان حروف یا ساختار تقلید مستقیم شود.</w:t>
      </w:r>
    </w:p>
    <w:p w14:paraId="050A6AEF" w14:textId="77777777" w:rsidR="008A2FDF" w:rsidRDefault="00000000" w:rsidP="00094124">
      <w:pPr>
        <w:pStyle w:val="Title"/>
        <w:bidi/>
        <w:ind w:left="720"/>
      </w:pPr>
      <w:r>
        <w:t>18. محدوده آوایی فعلی</w:t>
      </w:r>
    </w:p>
    <w:p w14:paraId="7BB4F7C3" w14:textId="77777777" w:rsidR="008A2FDF" w:rsidRDefault="00000000" w:rsidP="00094124">
      <w:pPr>
        <w:bidi/>
        <w:spacing w:after="80"/>
        <w:ind w:left="720"/>
      </w:pPr>
      <w:r>
        <w:t>ساختارهای زیر امیدوارکننده هستند:</w:t>
      </w:r>
    </w:p>
    <w:p w14:paraId="6891E2BB" w14:textId="77777777" w:rsidR="008A2FDF" w:rsidRDefault="00000000" w:rsidP="00094124">
      <w:pPr>
        <w:bidi/>
        <w:spacing w:after="120"/>
        <w:ind w:left="720"/>
      </w:pPr>
      <w:r>
        <w:rPr>
          <w:rFonts w:ascii="Consolas" w:eastAsia="Consolas" w:hAnsi="Consolas"/>
          <w:sz w:val="18"/>
        </w:rPr>
        <w:t>CV + CV</w:t>
      </w:r>
      <w:r>
        <w:rPr>
          <w:rFonts w:ascii="Consolas" w:eastAsia="Consolas" w:hAnsi="Consolas"/>
          <w:sz w:val="18"/>
        </w:rPr>
        <w:br/>
        <w:t>CV + CV + CV</w:t>
      </w:r>
      <w:r>
        <w:rPr>
          <w:rFonts w:ascii="Consolas" w:eastAsia="Consolas" w:hAnsi="Consolas"/>
          <w:sz w:val="18"/>
        </w:rPr>
        <w:br/>
        <w:t>CVCV</w:t>
      </w:r>
      <w:r>
        <w:rPr>
          <w:rFonts w:ascii="Consolas" w:eastAsia="Consolas" w:hAnsi="Consolas"/>
          <w:sz w:val="18"/>
        </w:rPr>
        <w:br/>
        <w:t>CVCVC</w:t>
      </w:r>
    </w:p>
    <w:p w14:paraId="3FB4198B" w14:textId="77777777" w:rsidR="008A2FDF" w:rsidRDefault="00000000" w:rsidP="00094124">
      <w:pPr>
        <w:bidi/>
        <w:spacing w:after="80"/>
        <w:ind w:left="720"/>
      </w:pPr>
      <w:r>
        <w:t>با مصوت‌های:</w:t>
      </w:r>
    </w:p>
    <w:p w14:paraId="7B44BBC4" w14:textId="77777777" w:rsidR="008A2FDF" w:rsidRDefault="00000000" w:rsidP="00094124">
      <w:pPr>
        <w:bidi/>
        <w:spacing w:after="120"/>
        <w:ind w:left="720"/>
      </w:pPr>
      <w:r>
        <w:rPr>
          <w:rFonts w:ascii="Consolas" w:eastAsia="Consolas" w:hAnsi="Consolas"/>
          <w:sz w:val="18"/>
        </w:rPr>
        <w:t>A E I O U</w:t>
      </w:r>
    </w:p>
    <w:p w14:paraId="16E438FB" w14:textId="77777777" w:rsidR="008A2FDF" w:rsidRDefault="00000000" w:rsidP="00094124">
      <w:pPr>
        <w:bidi/>
        <w:spacing w:after="80"/>
        <w:ind w:left="720"/>
      </w:pPr>
      <w:r>
        <w:t>و صامت‌های نسبتاً نرم مثل:</w:t>
      </w:r>
    </w:p>
    <w:p w14:paraId="4C6AA284" w14:textId="77777777" w:rsidR="008A2FDF" w:rsidRDefault="00000000" w:rsidP="00094124">
      <w:pPr>
        <w:bidi/>
        <w:spacing w:after="120"/>
        <w:ind w:left="720"/>
      </w:pPr>
      <w:r>
        <w:rPr>
          <w:rFonts w:ascii="Consolas" w:eastAsia="Consolas" w:hAnsi="Consolas"/>
          <w:sz w:val="18"/>
        </w:rPr>
        <w:t>B</w:t>
      </w:r>
      <w:r>
        <w:rPr>
          <w:rFonts w:ascii="Consolas" w:eastAsia="Consolas" w:hAnsi="Consolas"/>
          <w:sz w:val="18"/>
        </w:rPr>
        <w:br/>
        <w:t>D</w:t>
      </w:r>
      <w:r>
        <w:rPr>
          <w:rFonts w:ascii="Consolas" w:eastAsia="Consolas" w:hAnsi="Consolas"/>
          <w:sz w:val="18"/>
        </w:rPr>
        <w:br/>
        <w:t>F</w:t>
      </w:r>
      <w:r>
        <w:rPr>
          <w:rFonts w:ascii="Consolas" w:eastAsia="Consolas" w:hAnsi="Consolas"/>
          <w:sz w:val="18"/>
        </w:rPr>
        <w:br/>
        <w:t>L</w:t>
      </w:r>
      <w:r>
        <w:rPr>
          <w:rFonts w:ascii="Consolas" w:eastAsia="Consolas" w:hAnsi="Consolas"/>
          <w:sz w:val="18"/>
        </w:rPr>
        <w:br/>
        <w:t>M</w:t>
      </w:r>
      <w:r>
        <w:rPr>
          <w:rFonts w:ascii="Consolas" w:eastAsia="Consolas" w:hAnsi="Consolas"/>
          <w:sz w:val="18"/>
        </w:rPr>
        <w:br/>
        <w:t>N</w:t>
      </w:r>
      <w:r>
        <w:rPr>
          <w:rFonts w:ascii="Consolas" w:eastAsia="Consolas" w:hAnsi="Consolas"/>
          <w:sz w:val="18"/>
        </w:rPr>
        <w:br/>
        <w:t>P</w:t>
      </w:r>
      <w:r>
        <w:rPr>
          <w:rFonts w:ascii="Consolas" w:eastAsia="Consolas" w:hAnsi="Consolas"/>
          <w:sz w:val="18"/>
        </w:rPr>
        <w:br/>
        <w:t>R</w:t>
      </w:r>
      <w:r>
        <w:rPr>
          <w:rFonts w:ascii="Consolas" w:eastAsia="Consolas" w:hAnsi="Consolas"/>
          <w:sz w:val="18"/>
        </w:rPr>
        <w:br/>
        <w:t>S</w:t>
      </w:r>
      <w:r>
        <w:rPr>
          <w:rFonts w:ascii="Consolas" w:eastAsia="Consolas" w:hAnsi="Consolas"/>
          <w:sz w:val="18"/>
        </w:rPr>
        <w:br/>
        <w:t>T</w:t>
      </w:r>
      <w:r>
        <w:rPr>
          <w:rFonts w:ascii="Consolas" w:eastAsia="Consolas" w:hAnsi="Consolas"/>
          <w:sz w:val="18"/>
        </w:rPr>
        <w:br/>
        <w:t>V</w:t>
      </w:r>
      <w:r>
        <w:rPr>
          <w:rFonts w:ascii="Consolas" w:eastAsia="Consolas" w:hAnsi="Consolas"/>
          <w:sz w:val="18"/>
        </w:rPr>
        <w:br/>
        <w:t>Z</w:t>
      </w:r>
      <w:r>
        <w:rPr>
          <w:rFonts w:ascii="Consolas" w:eastAsia="Consolas" w:hAnsi="Consolas"/>
          <w:sz w:val="18"/>
        </w:rPr>
        <w:br/>
        <w:t>K</w:t>
      </w:r>
    </w:p>
    <w:p w14:paraId="31E977AC" w14:textId="77777777" w:rsidR="008A2FDF" w:rsidRDefault="00000000" w:rsidP="00094124">
      <w:pPr>
        <w:bidi/>
        <w:spacing w:after="80"/>
        <w:ind w:left="720"/>
      </w:pPr>
      <w:r>
        <w:t>حروف سخت‌تر مثل `X`، `Q` و `J` در صورتی که واقعاً به هویت کمک کنند قابل استفاده‌اند، اما نباید تلفظ را سخت کنند.</w:t>
      </w:r>
    </w:p>
    <w:p w14:paraId="08DFDE47" w14:textId="77777777" w:rsidR="008A2FDF" w:rsidRDefault="00000000" w:rsidP="00094124">
      <w:pPr>
        <w:pStyle w:val="Title"/>
        <w:bidi/>
        <w:ind w:left="720"/>
      </w:pPr>
      <w:r>
        <w:lastRenderedPageBreak/>
        <w:t>19. تست معماری برند</w:t>
      </w:r>
    </w:p>
    <w:p w14:paraId="0F5F036B" w14:textId="77777777" w:rsidR="008A2FDF" w:rsidRDefault="00000000" w:rsidP="00094124">
      <w:pPr>
        <w:bidi/>
        <w:spacing w:after="80"/>
        <w:ind w:left="720"/>
      </w:pPr>
      <w:r>
        <w:t>هر نام جدی باید این تست را پاس کند.</w:t>
      </w:r>
    </w:p>
    <w:p w14:paraId="4B12C722" w14:textId="77777777" w:rsidR="008A2FDF" w:rsidRDefault="00000000" w:rsidP="00094124">
      <w:pPr>
        <w:bidi/>
        <w:spacing w:after="80"/>
        <w:ind w:left="720"/>
      </w:pPr>
      <w:r>
        <w:t>فرض کنید اسم:</w:t>
      </w:r>
    </w:p>
    <w:p w14:paraId="2A6E4416" w14:textId="77777777" w:rsidR="008A2FDF" w:rsidRDefault="00000000" w:rsidP="00094124">
      <w:pPr>
        <w:bidi/>
        <w:ind w:left="1080"/>
      </w:pPr>
      <w:r>
        <w:rPr>
          <w:b/>
        </w:rPr>
        <w:t>`NAME`</w:t>
      </w:r>
    </w:p>
    <w:p w14:paraId="6336C693" w14:textId="77777777" w:rsidR="008A2FDF" w:rsidRDefault="00000000" w:rsidP="00094124">
      <w:pPr>
        <w:bidi/>
        <w:spacing w:after="80"/>
        <w:ind w:left="720"/>
      </w:pPr>
      <w:r>
        <w:t>است.</w:t>
      </w:r>
    </w:p>
    <w:p w14:paraId="476CD34A" w14:textId="77777777" w:rsidR="008A2FDF" w:rsidRDefault="00000000" w:rsidP="00094124">
      <w:pPr>
        <w:bidi/>
        <w:spacing w:after="80"/>
        <w:ind w:left="720"/>
      </w:pPr>
      <w:r>
        <w:t>حالا آن را با این‌ها تصور کنید:</w:t>
      </w:r>
    </w:p>
    <w:p w14:paraId="34F28836" w14:textId="77777777" w:rsidR="008A2FDF" w:rsidRDefault="00000000" w:rsidP="00094124">
      <w:pPr>
        <w:bidi/>
        <w:spacing w:after="120"/>
        <w:ind w:left="720"/>
        <w:jc w:val="right"/>
      </w:pPr>
      <w:r>
        <w:rPr>
          <w:rFonts w:ascii="Consolas" w:eastAsia="Consolas" w:hAnsi="Consolas"/>
          <w:sz w:val="18"/>
        </w:rPr>
        <w:t>NAME</w:t>
      </w:r>
      <w:r>
        <w:rPr>
          <w:rFonts w:ascii="Consolas" w:eastAsia="Consolas" w:hAnsi="Consolas"/>
          <w:sz w:val="18"/>
        </w:rPr>
        <w:br/>
        <w:t>NAME Labs</w:t>
      </w:r>
      <w:r>
        <w:rPr>
          <w:rFonts w:ascii="Consolas" w:eastAsia="Consolas" w:hAnsi="Consolas"/>
          <w:sz w:val="18"/>
        </w:rPr>
        <w:br/>
        <w:t>NAME Studio</w:t>
      </w:r>
      <w:r>
        <w:rPr>
          <w:rFonts w:ascii="Consolas" w:eastAsia="Consolas" w:hAnsi="Consolas"/>
          <w:sz w:val="18"/>
        </w:rPr>
        <w:br/>
        <w:t>NAME Radio</w:t>
      </w:r>
      <w:r>
        <w:rPr>
          <w:rFonts w:ascii="Consolas" w:eastAsia="Consolas" w:hAnsi="Consolas"/>
          <w:sz w:val="18"/>
        </w:rPr>
        <w:br/>
        <w:t>NAME Media</w:t>
      </w:r>
      <w:r>
        <w:rPr>
          <w:rFonts w:ascii="Consolas" w:eastAsia="Consolas" w:hAnsi="Consolas"/>
          <w:sz w:val="18"/>
        </w:rPr>
        <w:br/>
        <w:t>NAME Community</w:t>
      </w:r>
      <w:r>
        <w:rPr>
          <w:rFonts w:ascii="Consolas" w:eastAsia="Consolas" w:hAnsi="Consolas"/>
          <w:sz w:val="18"/>
        </w:rPr>
        <w:br/>
        <w:t>NAME Ventures</w:t>
      </w:r>
      <w:r>
        <w:rPr>
          <w:rFonts w:ascii="Consolas" w:eastAsia="Consolas" w:hAnsi="Consolas"/>
          <w:sz w:val="18"/>
        </w:rPr>
        <w:br/>
        <w:t>NAME Products</w:t>
      </w:r>
      <w:r>
        <w:rPr>
          <w:rFonts w:ascii="Consolas" w:eastAsia="Consolas" w:hAnsi="Consolas"/>
          <w:sz w:val="18"/>
        </w:rPr>
        <w:br/>
        <w:t>NAME Research</w:t>
      </w:r>
    </w:p>
    <w:p w14:paraId="576060A6" w14:textId="77777777" w:rsidR="008A2FDF" w:rsidRDefault="00000000" w:rsidP="00094124">
      <w:pPr>
        <w:bidi/>
        <w:spacing w:after="80"/>
        <w:ind w:left="720"/>
      </w:pPr>
      <w:r>
        <w:t>سؤال‌ها:</w:t>
      </w:r>
    </w:p>
    <w:p w14:paraId="2768A2C3" w14:textId="77777777" w:rsidR="008A2FDF" w:rsidRDefault="00000000" w:rsidP="00094124">
      <w:pPr>
        <w:bidi/>
        <w:spacing w:after="80"/>
        <w:ind w:left="720"/>
      </w:pPr>
      <w:r>
        <w:t>1. آیا نام اصلی به‌تنهایی قوی است؟</w:t>
      </w:r>
    </w:p>
    <w:p w14:paraId="7438E03D" w14:textId="77777777" w:rsidR="008A2FDF" w:rsidRDefault="00000000" w:rsidP="00094124">
      <w:pPr>
        <w:bidi/>
        <w:spacing w:after="80"/>
        <w:ind w:left="720"/>
      </w:pPr>
      <w:r>
        <w:t>2. آیا اضافه کردن یک پسوند طبیعی به نظر می‌رسد؟</w:t>
      </w:r>
    </w:p>
    <w:p w14:paraId="44FF765A" w14:textId="77777777" w:rsidR="008A2FDF" w:rsidRDefault="00000000" w:rsidP="00094124">
      <w:pPr>
        <w:bidi/>
        <w:spacing w:after="80"/>
        <w:ind w:left="720"/>
      </w:pPr>
      <w:r>
        <w:t>3. آیا اسم سازمانی به نظر می‌رسد یا فقط یک محصول؟</w:t>
      </w:r>
    </w:p>
    <w:p w14:paraId="176C2DA5" w14:textId="77777777" w:rsidR="008A2FDF" w:rsidRDefault="00000000" w:rsidP="00094124">
      <w:pPr>
        <w:bidi/>
        <w:spacing w:after="80"/>
        <w:ind w:left="720"/>
      </w:pPr>
      <w:r>
        <w:t>4. آیا هم برای تکنولوژی و هم خلاقیت مناسب است؟</w:t>
      </w:r>
    </w:p>
    <w:p w14:paraId="2C1FC957" w14:textId="77777777" w:rsidR="008A2FDF" w:rsidRDefault="00000000" w:rsidP="00094124">
      <w:pPr>
        <w:bidi/>
        <w:spacing w:after="80"/>
        <w:ind w:left="720"/>
      </w:pPr>
      <w:r>
        <w:t>5. اگر مسیر کسب‌وکار تغییر کند، همچنان جواب می‌دهد؟</w:t>
      </w:r>
    </w:p>
    <w:p w14:paraId="5A7BE37F" w14:textId="77777777" w:rsidR="008A2FDF" w:rsidRDefault="00000000" w:rsidP="00094124">
      <w:pPr>
        <w:bidi/>
        <w:spacing w:after="80"/>
        <w:ind w:left="720"/>
      </w:pPr>
      <w:r>
        <w:t>6. آیا در سطح بین‌المللی قابل استفاده است؟</w:t>
      </w:r>
    </w:p>
    <w:p w14:paraId="5DD3779F" w14:textId="77777777" w:rsidR="008A2FDF" w:rsidRDefault="00000000" w:rsidP="00094124">
      <w:pPr>
        <w:bidi/>
        <w:spacing w:after="80"/>
        <w:ind w:left="720"/>
      </w:pPr>
      <w:r>
        <w:t>7. آیا تیم می‌تواند با افتخار زیر این نام فعالیت کند؟</w:t>
      </w:r>
    </w:p>
    <w:p w14:paraId="7C7B2871" w14:textId="77777777" w:rsidR="008A2FDF" w:rsidRDefault="00000000" w:rsidP="00094124">
      <w:pPr>
        <w:pStyle w:val="Title"/>
        <w:bidi/>
        <w:ind w:left="720"/>
      </w:pPr>
      <w:r>
        <w:t>20. تست بصری</w:t>
      </w:r>
    </w:p>
    <w:p w14:paraId="1BCB6B6B" w14:textId="77777777" w:rsidR="008A2FDF" w:rsidRDefault="00000000" w:rsidP="00094124">
      <w:pPr>
        <w:bidi/>
        <w:spacing w:after="80"/>
        <w:ind w:left="720"/>
      </w:pPr>
      <w:r>
        <w:t>نام نهایی را در این موقعیت‌ها تصور کنید:</w:t>
      </w:r>
    </w:p>
    <w:p w14:paraId="65E49ECB" w14:textId="77777777" w:rsidR="008A2FDF" w:rsidRDefault="00000000" w:rsidP="00094124">
      <w:pPr>
        <w:pStyle w:val="ListBullet"/>
        <w:tabs>
          <w:tab w:val="clear" w:pos="360"/>
          <w:tab w:val="num" w:pos="1080"/>
        </w:tabs>
        <w:bidi/>
        <w:ind w:left="1080"/>
      </w:pPr>
      <w:r>
        <w:t>هدر سایت</w:t>
      </w:r>
    </w:p>
    <w:p w14:paraId="0EACB10F" w14:textId="77777777" w:rsidR="008A2FDF" w:rsidRDefault="00000000" w:rsidP="00094124">
      <w:pPr>
        <w:pStyle w:val="ListBullet"/>
        <w:tabs>
          <w:tab w:val="clear" w:pos="360"/>
          <w:tab w:val="num" w:pos="1080"/>
        </w:tabs>
        <w:bidi/>
        <w:ind w:left="1080"/>
      </w:pPr>
      <w:r>
        <w:t>Favicon</w:t>
      </w:r>
    </w:p>
    <w:p w14:paraId="121141BA" w14:textId="77777777" w:rsidR="008A2FDF" w:rsidRDefault="00000000" w:rsidP="00094124">
      <w:pPr>
        <w:pStyle w:val="ListBullet"/>
        <w:tabs>
          <w:tab w:val="clear" w:pos="360"/>
          <w:tab w:val="num" w:pos="1080"/>
        </w:tabs>
        <w:bidi/>
        <w:ind w:left="1080"/>
      </w:pPr>
      <w:r>
        <w:t>عکس پروفایل شبکه اجتماعی</w:t>
      </w:r>
    </w:p>
    <w:p w14:paraId="3B1335AB" w14:textId="77777777" w:rsidR="008A2FDF" w:rsidRDefault="00000000" w:rsidP="00094124">
      <w:pPr>
        <w:pStyle w:val="ListBullet"/>
        <w:tabs>
          <w:tab w:val="clear" w:pos="360"/>
          <w:tab w:val="num" w:pos="1080"/>
        </w:tabs>
        <w:bidi/>
        <w:ind w:left="1080"/>
      </w:pPr>
      <w:r>
        <w:t>GitHub Organization</w:t>
      </w:r>
    </w:p>
    <w:p w14:paraId="6AFEA454" w14:textId="77777777" w:rsidR="008A2FDF" w:rsidRDefault="00000000" w:rsidP="00094124">
      <w:pPr>
        <w:pStyle w:val="ListBullet"/>
        <w:tabs>
          <w:tab w:val="clear" w:pos="360"/>
          <w:tab w:val="num" w:pos="1080"/>
        </w:tabs>
        <w:bidi/>
        <w:ind w:left="1080"/>
      </w:pPr>
      <w:r>
        <w:t>کانال YouTube</w:t>
      </w:r>
    </w:p>
    <w:p w14:paraId="45F32818" w14:textId="77777777" w:rsidR="008A2FDF" w:rsidRDefault="00000000" w:rsidP="00094124">
      <w:pPr>
        <w:pStyle w:val="ListBullet"/>
        <w:tabs>
          <w:tab w:val="clear" w:pos="360"/>
          <w:tab w:val="num" w:pos="1080"/>
        </w:tabs>
        <w:bidi/>
        <w:ind w:left="1080"/>
      </w:pPr>
      <w:r>
        <w:t>Instagram</w:t>
      </w:r>
    </w:p>
    <w:p w14:paraId="1C560B0B" w14:textId="77777777" w:rsidR="008A2FDF" w:rsidRDefault="00000000" w:rsidP="00094124">
      <w:pPr>
        <w:pStyle w:val="ListBullet"/>
        <w:tabs>
          <w:tab w:val="clear" w:pos="360"/>
          <w:tab w:val="num" w:pos="1080"/>
        </w:tabs>
        <w:bidi/>
        <w:ind w:left="1080"/>
      </w:pPr>
      <w:r>
        <w:t>LinkedIn</w:t>
      </w:r>
    </w:p>
    <w:p w14:paraId="2BF2752C" w14:textId="77777777" w:rsidR="008A2FDF" w:rsidRDefault="00000000" w:rsidP="00094124">
      <w:pPr>
        <w:pStyle w:val="ListBullet"/>
        <w:tabs>
          <w:tab w:val="clear" w:pos="360"/>
          <w:tab w:val="num" w:pos="1080"/>
        </w:tabs>
        <w:bidi/>
        <w:ind w:left="1080"/>
      </w:pPr>
      <w:r>
        <w:t>صفحه شروع محصول</w:t>
      </w:r>
    </w:p>
    <w:p w14:paraId="0F85DA1A" w14:textId="77777777" w:rsidR="008A2FDF" w:rsidRDefault="00000000" w:rsidP="00094124">
      <w:pPr>
        <w:pStyle w:val="ListBullet"/>
        <w:tabs>
          <w:tab w:val="clear" w:pos="360"/>
          <w:tab w:val="num" w:pos="1080"/>
        </w:tabs>
        <w:bidi/>
        <w:ind w:left="1080"/>
      </w:pPr>
      <w:r>
        <w:t>تی‌شرت</w:t>
      </w:r>
    </w:p>
    <w:p w14:paraId="1D0CC501" w14:textId="77777777" w:rsidR="008A2FDF" w:rsidRDefault="00000000" w:rsidP="00094124">
      <w:pPr>
        <w:pStyle w:val="ListBullet"/>
        <w:tabs>
          <w:tab w:val="clear" w:pos="360"/>
          <w:tab w:val="num" w:pos="1080"/>
        </w:tabs>
        <w:bidi/>
        <w:ind w:left="1080"/>
      </w:pPr>
      <w:r>
        <w:t>استیکر</w:t>
      </w:r>
    </w:p>
    <w:p w14:paraId="0DEE7BA0" w14:textId="77777777" w:rsidR="008A2FDF" w:rsidRDefault="00000000" w:rsidP="00094124">
      <w:pPr>
        <w:pStyle w:val="ListBullet"/>
        <w:tabs>
          <w:tab w:val="clear" w:pos="360"/>
          <w:tab w:val="num" w:pos="1080"/>
        </w:tabs>
        <w:bidi/>
        <w:ind w:left="1080"/>
      </w:pPr>
      <w:r>
        <w:t>Badge رویداد</w:t>
      </w:r>
    </w:p>
    <w:p w14:paraId="11096ED0" w14:textId="77777777" w:rsidR="008A2FDF" w:rsidRDefault="00000000" w:rsidP="00094124">
      <w:pPr>
        <w:pStyle w:val="ListBullet"/>
        <w:tabs>
          <w:tab w:val="clear" w:pos="360"/>
          <w:tab w:val="num" w:pos="1080"/>
        </w:tabs>
        <w:bidi/>
        <w:ind w:left="1080"/>
      </w:pPr>
      <w:r>
        <w:t>اپلیکیشن موبایل</w:t>
      </w:r>
    </w:p>
    <w:p w14:paraId="31ECD231" w14:textId="77777777" w:rsidR="008A2FDF" w:rsidRDefault="00000000" w:rsidP="00094124">
      <w:pPr>
        <w:pStyle w:val="ListBullet"/>
        <w:tabs>
          <w:tab w:val="clear" w:pos="360"/>
          <w:tab w:val="num" w:pos="1080"/>
        </w:tabs>
        <w:bidi/>
        <w:ind w:left="1080"/>
      </w:pPr>
      <w:r>
        <w:t>Tab مرورگر</w:t>
      </w:r>
    </w:p>
    <w:p w14:paraId="65487738" w14:textId="77777777" w:rsidR="008A2FDF" w:rsidRDefault="00000000" w:rsidP="00094124">
      <w:pPr>
        <w:bidi/>
        <w:spacing w:after="80"/>
        <w:ind w:left="720"/>
      </w:pPr>
      <w:r>
        <w:t>خود کلمه باید هویت بصری داشته باشد.</w:t>
      </w:r>
    </w:p>
    <w:p w14:paraId="28127BE2" w14:textId="77777777" w:rsidR="008A2FDF" w:rsidRDefault="00000000" w:rsidP="00094124">
      <w:pPr>
        <w:bidi/>
        <w:spacing w:after="80"/>
        <w:ind w:left="720"/>
      </w:pPr>
      <w:r>
        <w:lastRenderedPageBreak/>
        <w:t>نباید مجبور باشیم با یک لوگوی پیچیده، یک نام ضعیف را جذاب کنیم.</w:t>
      </w:r>
    </w:p>
    <w:p w14:paraId="46C549D7" w14:textId="77777777" w:rsidR="008A2FDF" w:rsidRDefault="00000000" w:rsidP="00094124">
      <w:pPr>
        <w:pStyle w:val="Title"/>
        <w:bidi/>
        <w:ind w:left="720"/>
      </w:pPr>
      <w:r>
        <w:t>21. تست کلامی</w:t>
      </w:r>
    </w:p>
    <w:p w14:paraId="19AE98D2" w14:textId="77777777" w:rsidR="008A2FDF" w:rsidRDefault="00000000" w:rsidP="00094124">
      <w:pPr>
        <w:bidi/>
        <w:spacing w:after="80"/>
        <w:ind w:left="720"/>
      </w:pPr>
      <w:r>
        <w:t>نام باید در جمله طبیعی به نظر برسد.</w:t>
      </w:r>
    </w:p>
    <w:p w14:paraId="5A29705A" w14:textId="77777777" w:rsidR="008A2FDF" w:rsidRDefault="00000000" w:rsidP="00094124">
      <w:pPr>
        <w:bidi/>
        <w:spacing w:after="80"/>
        <w:ind w:left="720"/>
      </w:pPr>
      <w:r>
        <w:t>مثلاً:</w:t>
      </w:r>
    </w:p>
    <w:p w14:paraId="02C81227" w14:textId="77777777" w:rsidR="008A2FDF" w:rsidRDefault="00000000" w:rsidP="00094124">
      <w:pPr>
        <w:bidi/>
        <w:ind w:left="1080"/>
      </w:pPr>
      <w:r>
        <w:rPr>
          <w:b/>
        </w:rPr>
        <w:t>«من در NAME کار می‌کنم.»</w:t>
      </w:r>
    </w:p>
    <w:p w14:paraId="506D1365" w14:textId="77777777" w:rsidR="008A2FDF" w:rsidRDefault="00000000" w:rsidP="00094124">
      <w:pPr>
        <w:bidi/>
        <w:ind w:left="1080"/>
      </w:pPr>
      <w:r>
        <w:rPr>
          <w:b/>
        </w:rPr>
        <w:t>«این محصول توسط NAME ساخته شده.»</w:t>
      </w:r>
    </w:p>
    <w:p w14:paraId="038DF080" w14:textId="77777777" w:rsidR="008A2FDF" w:rsidRDefault="00000000" w:rsidP="00094124">
      <w:pPr>
        <w:bidi/>
        <w:ind w:left="1080"/>
      </w:pPr>
      <w:r>
        <w:rPr>
          <w:b/>
        </w:rPr>
        <w:t>«NAME یک محصول جدید منتشر کرد.»</w:t>
      </w:r>
    </w:p>
    <w:p w14:paraId="77500AB4" w14:textId="77777777" w:rsidR="008A2FDF" w:rsidRDefault="00000000" w:rsidP="00094124">
      <w:pPr>
        <w:bidi/>
        <w:ind w:left="1080"/>
      </w:pPr>
      <w:r>
        <w:rPr>
          <w:b/>
        </w:rPr>
        <w:t>«NAME Radio رو ببین.»</w:t>
      </w:r>
    </w:p>
    <w:p w14:paraId="54B7A209" w14:textId="77777777" w:rsidR="008A2FDF" w:rsidRDefault="00000000" w:rsidP="00094124">
      <w:pPr>
        <w:bidi/>
        <w:ind w:left="1080"/>
      </w:pPr>
      <w:r>
        <w:rPr>
          <w:b/>
        </w:rPr>
        <w:t>«این پروژه داخل NAME Labs ساخته شده.»</w:t>
      </w:r>
    </w:p>
    <w:p w14:paraId="23D01CD8" w14:textId="77777777" w:rsidR="008A2FDF" w:rsidRDefault="00000000" w:rsidP="00094124">
      <w:pPr>
        <w:bidi/>
        <w:ind w:left="1080"/>
      </w:pPr>
      <w:r>
        <w:rPr>
          <w:b/>
        </w:rPr>
        <w:t>«کامیونیتی NAME داره بزرگ‌تر میشه.»</w:t>
      </w:r>
    </w:p>
    <w:p w14:paraId="01EF61B0" w14:textId="77777777" w:rsidR="008A2FDF" w:rsidRDefault="00000000" w:rsidP="00094124">
      <w:pPr>
        <w:bidi/>
        <w:spacing w:after="80"/>
        <w:ind w:left="720"/>
      </w:pPr>
      <w:r>
        <w:t>اگر این جملات مصنوعی یا عجیب به نظر برسند، اسم احتمالاً برای برند مادر مناسب نیست.</w:t>
      </w:r>
    </w:p>
    <w:p w14:paraId="662927BA" w14:textId="77777777" w:rsidR="008A2FDF" w:rsidRDefault="00000000" w:rsidP="00094124">
      <w:pPr>
        <w:pStyle w:val="Title"/>
        <w:bidi/>
        <w:ind w:left="720"/>
      </w:pPr>
      <w:r>
        <w:t>22. هویت تیمی</w:t>
      </w:r>
    </w:p>
    <w:p w14:paraId="53E6090C" w14:textId="77777777" w:rsidR="008A2FDF" w:rsidRDefault="00000000" w:rsidP="00094124">
      <w:pPr>
        <w:bidi/>
        <w:spacing w:after="80"/>
        <w:ind w:left="720"/>
      </w:pPr>
      <w:r>
        <w:t>برند باید حس:</w:t>
      </w:r>
    </w:p>
    <w:p w14:paraId="3AF60294" w14:textId="77777777" w:rsidR="008A2FDF" w:rsidRDefault="00000000" w:rsidP="00094124">
      <w:pPr>
        <w:bidi/>
        <w:ind w:left="1080"/>
      </w:pPr>
      <w:r>
        <w:rPr>
          <w:b/>
        </w:rPr>
        <w:t>**ما با هم می‌سازیم.**</w:t>
      </w:r>
    </w:p>
    <w:p w14:paraId="0ACDACDA" w14:textId="77777777" w:rsidR="008A2FDF" w:rsidRDefault="00000000" w:rsidP="00094124">
      <w:pPr>
        <w:bidi/>
        <w:spacing w:after="80"/>
        <w:ind w:left="720"/>
      </w:pPr>
      <w:r>
        <w:t>را بدهد.</w:t>
      </w:r>
    </w:p>
    <w:p w14:paraId="0F6CECCF" w14:textId="77777777" w:rsidR="008A2FDF" w:rsidRDefault="00000000" w:rsidP="00094124">
      <w:pPr>
        <w:bidi/>
        <w:spacing w:after="80"/>
        <w:ind w:left="720"/>
      </w:pPr>
      <w:r>
        <w:t>نه:</w:t>
      </w:r>
    </w:p>
    <w:p w14:paraId="60C56ADC" w14:textId="77777777" w:rsidR="008A2FDF" w:rsidRDefault="00000000" w:rsidP="00094124">
      <w:pPr>
        <w:bidi/>
        <w:ind w:left="1080"/>
      </w:pPr>
      <w:r>
        <w:rPr>
          <w:b/>
        </w:rPr>
        <w:t>**این کسب‌وکار شخصی یک فریلنسر است.**</w:t>
      </w:r>
    </w:p>
    <w:p w14:paraId="10A15377" w14:textId="77777777" w:rsidR="008A2FDF" w:rsidRDefault="00000000" w:rsidP="00094124">
      <w:pPr>
        <w:bidi/>
        <w:spacing w:after="80"/>
        <w:ind w:left="720"/>
      </w:pPr>
      <w:r>
        <w:t>در آینده ممکن است افراد، تخصص‌ها و پروژه‌های مختلفی زیر این مجموعه قرار بگیرند.</w:t>
      </w:r>
    </w:p>
    <w:p w14:paraId="180BB208" w14:textId="77777777" w:rsidR="008A2FDF" w:rsidRDefault="00000000" w:rsidP="00094124">
      <w:pPr>
        <w:bidi/>
        <w:spacing w:after="80"/>
        <w:ind w:left="720"/>
      </w:pPr>
      <w:r>
        <w:t>بنابراین نام‌هایی که حس:</w:t>
      </w:r>
    </w:p>
    <w:p w14:paraId="13B9A06B" w14:textId="77777777" w:rsidR="008A2FDF" w:rsidRDefault="00000000" w:rsidP="00094124">
      <w:pPr>
        <w:pStyle w:val="ListBullet"/>
        <w:tabs>
          <w:tab w:val="clear" w:pos="360"/>
          <w:tab w:val="num" w:pos="1080"/>
        </w:tabs>
        <w:bidi/>
        <w:ind w:left="1080"/>
      </w:pPr>
      <w:r>
        <w:t>جمعی</w:t>
      </w:r>
    </w:p>
    <w:p w14:paraId="534BF599" w14:textId="77777777" w:rsidR="008A2FDF" w:rsidRDefault="00000000" w:rsidP="00094124">
      <w:pPr>
        <w:pStyle w:val="ListBullet"/>
        <w:tabs>
          <w:tab w:val="clear" w:pos="360"/>
          <w:tab w:val="num" w:pos="1080"/>
        </w:tabs>
        <w:bidi/>
        <w:ind w:left="1080"/>
      </w:pPr>
      <w:r>
        <w:t>پرانرژی</w:t>
      </w:r>
    </w:p>
    <w:p w14:paraId="2419C86C" w14:textId="77777777" w:rsidR="008A2FDF" w:rsidRDefault="00000000" w:rsidP="00094124">
      <w:pPr>
        <w:pStyle w:val="ListBullet"/>
        <w:tabs>
          <w:tab w:val="clear" w:pos="360"/>
          <w:tab w:val="num" w:pos="1080"/>
        </w:tabs>
        <w:bidi/>
        <w:ind w:left="1080"/>
      </w:pPr>
      <w:r>
        <w:t>خلاق</w:t>
      </w:r>
    </w:p>
    <w:p w14:paraId="0C2AA8E9" w14:textId="77777777" w:rsidR="008A2FDF" w:rsidRDefault="00000000" w:rsidP="00094124">
      <w:pPr>
        <w:pStyle w:val="ListBullet"/>
        <w:tabs>
          <w:tab w:val="clear" w:pos="360"/>
          <w:tab w:val="num" w:pos="1080"/>
        </w:tabs>
        <w:bidi/>
        <w:ind w:left="1080"/>
      </w:pPr>
      <w:r>
        <w:t>مستقل</w:t>
      </w:r>
    </w:p>
    <w:p w14:paraId="5B9EA5AB" w14:textId="77777777" w:rsidR="008A2FDF" w:rsidRDefault="00000000" w:rsidP="00094124">
      <w:pPr>
        <w:pStyle w:val="ListBullet"/>
        <w:tabs>
          <w:tab w:val="clear" w:pos="360"/>
          <w:tab w:val="num" w:pos="1080"/>
        </w:tabs>
        <w:bidi/>
        <w:ind w:left="1080"/>
      </w:pPr>
      <w:r>
        <w:t>سازنده‌محور</w:t>
      </w:r>
    </w:p>
    <w:p w14:paraId="704685B5" w14:textId="77777777" w:rsidR="008A2FDF" w:rsidRDefault="00000000" w:rsidP="00094124">
      <w:pPr>
        <w:bidi/>
        <w:spacing w:after="80"/>
        <w:ind w:left="720"/>
      </w:pPr>
      <w:r>
        <w:t>دارند، نسبت به نام‌های شبیه مشاوره شخصی ترجیح دارند.</w:t>
      </w:r>
    </w:p>
    <w:p w14:paraId="5DD1D110" w14:textId="77777777" w:rsidR="008A2FDF" w:rsidRDefault="00000000" w:rsidP="00094124">
      <w:pPr>
        <w:pStyle w:val="Title"/>
        <w:bidi/>
        <w:ind w:left="720"/>
      </w:pPr>
      <w:r>
        <w:t>23. مخاطب</w:t>
      </w:r>
    </w:p>
    <w:p w14:paraId="554E3AAA" w14:textId="77777777" w:rsidR="008A2FDF" w:rsidRDefault="00000000" w:rsidP="00094124">
      <w:pPr>
        <w:bidi/>
        <w:spacing w:after="80"/>
        <w:ind w:left="720"/>
      </w:pPr>
      <w:r>
        <w:t>مخاطب آینده می‌تواند شامل این گروه‌ها باشد:</w:t>
      </w:r>
    </w:p>
    <w:p w14:paraId="352D5C28" w14:textId="77777777" w:rsidR="008A2FDF" w:rsidRDefault="00000000" w:rsidP="00094124">
      <w:pPr>
        <w:pStyle w:val="Heading2"/>
        <w:bidi/>
        <w:ind w:left="720"/>
      </w:pPr>
      <w:r>
        <w:t>برنامه‌نویس‌ها</w:t>
      </w:r>
    </w:p>
    <w:p w14:paraId="2835408D" w14:textId="77777777" w:rsidR="008A2FDF" w:rsidRDefault="00000000" w:rsidP="00094124">
      <w:pPr>
        <w:bidi/>
        <w:spacing w:after="80"/>
        <w:ind w:left="720"/>
      </w:pPr>
      <w:r>
        <w:t>برنامه‌نویسی، مهندسی و تکنولوژی.</w:t>
      </w:r>
    </w:p>
    <w:p w14:paraId="1DFA28C8" w14:textId="77777777" w:rsidR="008A2FDF" w:rsidRDefault="00000000" w:rsidP="00094124">
      <w:pPr>
        <w:pStyle w:val="Heading2"/>
        <w:bidi/>
        <w:ind w:left="720"/>
      </w:pPr>
      <w:r>
        <w:lastRenderedPageBreak/>
        <w:t>Builder / Maker</w:t>
      </w:r>
    </w:p>
    <w:p w14:paraId="20FB460B" w14:textId="77777777" w:rsidR="008A2FDF" w:rsidRDefault="00000000" w:rsidP="00094124">
      <w:pPr>
        <w:bidi/>
        <w:spacing w:after="80"/>
        <w:ind w:left="720"/>
      </w:pPr>
      <w:r>
        <w:t>افرادی که دوست دارند محصول و پروژه بسازند.</w:t>
      </w:r>
    </w:p>
    <w:p w14:paraId="62BACF1D" w14:textId="77777777" w:rsidR="008A2FDF" w:rsidRDefault="00000000" w:rsidP="00094124">
      <w:pPr>
        <w:pStyle w:val="Heading2"/>
        <w:bidi/>
        <w:ind w:left="720"/>
      </w:pPr>
      <w:r>
        <w:t>Creator</w:t>
      </w:r>
    </w:p>
    <w:p w14:paraId="33A87170" w14:textId="77777777" w:rsidR="008A2FDF" w:rsidRDefault="00000000" w:rsidP="00094124">
      <w:pPr>
        <w:bidi/>
        <w:spacing w:after="80"/>
        <w:ind w:left="720"/>
      </w:pPr>
      <w:r>
        <w:t>طراحی، محتوا و رسانه.</w:t>
      </w:r>
    </w:p>
    <w:p w14:paraId="6014B0B9" w14:textId="77777777" w:rsidR="008A2FDF" w:rsidRDefault="00000000" w:rsidP="00094124">
      <w:pPr>
        <w:pStyle w:val="Heading2"/>
        <w:bidi/>
        <w:ind w:left="720"/>
      </w:pPr>
      <w:r>
        <w:t>کارآفرین‌ها</w:t>
      </w:r>
    </w:p>
    <w:p w14:paraId="14CC9DA6" w14:textId="77777777" w:rsidR="008A2FDF" w:rsidRDefault="00000000" w:rsidP="00094124">
      <w:pPr>
        <w:bidi/>
        <w:spacing w:after="80"/>
        <w:ind w:left="720"/>
      </w:pPr>
      <w:r>
        <w:t>محصول، استارتاپ و کسب‌وکار.</w:t>
      </w:r>
    </w:p>
    <w:p w14:paraId="08C8A720" w14:textId="77777777" w:rsidR="008A2FDF" w:rsidRDefault="00000000" w:rsidP="00094124">
      <w:pPr>
        <w:pStyle w:val="Heading2"/>
        <w:bidi/>
        <w:ind w:left="720"/>
      </w:pPr>
      <w:r>
        <w:t>علاقه‌مندان تکنولوژی</w:t>
      </w:r>
    </w:p>
    <w:p w14:paraId="14C0247C" w14:textId="77777777" w:rsidR="008A2FDF" w:rsidRDefault="00000000" w:rsidP="00094124">
      <w:pPr>
        <w:bidi/>
        <w:spacing w:after="80"/>
        <w:ind w:left="720"/>
      </w:pPr>
      <w:r>
        <w:t>ابزارها، AI، نرم‌افزار و فناوری‌های جدید.</w:t>
      </w:r>
    </w:p>
    <w:p w14:paraId="2A4462D1" w14:textId="77777777" w:rsidR="008A2FDF" w:rsidRDefault="00000000" w:rsidP="00094124">
      <w:pPr>
        <w:pStyle w:val="Heading2"/>
        <w:bidi/>
        <w:ind w:left="720"/>
      </w:pPr>
      <w:r>
        <w:t>اعضای کامیونیتی</w:t>
      </w:r>
    </w:p>
    <w:p w14:paraId="1C8FC77E" w14:textId="77777777" w:rsidR="008A2FDF" w:rsidRDefault="00000000" w:rsidP="00094124">
      <w:pPr>
        <w:bidi/>
        <w:spacing w:after="80"/>
        <w:ind w:left="720"/>
      </w:pPr>
      <w:r>
        <w:t>افرادی که می‌خواهند یاد بگیرند، ارتباط بگیرند و با هم بسازند.</w:t>
      </w:r>
    </w:p>
    <w:p w14:paraId="52E4DEE6" w14:textId="77777777" w:rsidR="008A2FDF" w:rsidRDefault="00000000" w:rsidP="00094124">
      <w:pPr>
        <w:bidi/>
        <w:spacing w:after="80"/>
        <w:ind w:left="720"/>
      </w:pPr>
      <w:r>
        <w:t>بنابراین نام نباید فقط به «برنامه‌نویسی» یا «نرم‌افزار» محدود شود.</w:t>
      </w:r>
    </w:p>
    <w:p w14:paraId="33E46D18" w14:textId="77777777" w:rsidR="008A2FDF" w:rsidRDefault="00000000" w:rsidP="00094124">
      <w:pPr>
        <w:pStyle w:val="Title"/>
        <w:bidi/>
        <w:ind w:left="720"/>
      </w:pPr>
      <w:r>
        <w:t>24. ملاحظات جغرافیایی</w:t>
      </w:r>
    </w:p>
    <w:p w14:paraId="5D39F933" w14:textId="77777777" w:rsidR="008A2FDF" w:rsidRDefault="00000000" w:rsidP="00094124">
      <w:pPr>
        <w:bidi/>
        <w:spacing w:after="80"/>
        <w:ind w:left="720"/>
      </w:pPr>
      <w:r>
        <w:t>زمینه اولیه برند ایران و جامعه فارسی‌زبان تکنولوژی است.</w:t>
      </w:r>
    </w:p>
    <w:p w14:paraId="1419FE4F" w14:textId="77777777" w:rsidR="008A2FDF" w:rsidRDefault="00000000" w:rsidP="00094124">
      <w:pPr>
        <w:bidi/>
        <w:spacing w:after="80"/>
        <w:ind w:left="720"/>
      </w:pPr>
      <w:r>
        <w:t>اما هدف بلندمدت این نیست که برند به یک جغرافیا محدود شود.</w:t>
      </w:r>
    </w:p>
    <w:p w14:paraId="443DDBF0" w14:textId="77777777" w:rsidR="008A2FDF" w:rsidRDefault="00000000" w:rsidP="00094124">
      <w:pPr>
        <w:bidi/>
        <w:spacing w:after="80"/>
        <w:ind w:left="720"/>
      </w:pPr>
      <w:r>
        <w:t>نام ایده‌آل:</w:t>
      </w:r>
    </w:p>
    <w:p w14:paraId="142B6BB8" w14:textId="77777777" w:rsidR="008A2FDF" w:rsidRDefault="00000000" w:rsidP="00094124">
      <w:pPr>
        <w:pStyle w:val="ListBullet"/>
        <w:tabs>
          <w:tab w:val="clear" w:pos="360"/>
          <w:tab w:val="num" w:pos="1080"/>
        </w:tabs>
        <w:bidi/>
        <w:ind w:left="1080"/>
      </w:pPr>
      <w:r>
        <w:t>برای فارسی‌زبان‌ها راحت باشد</w:t>
      </w:r>
    </w:p>
    <w:p w14:paraId="60D02A0A" w14:textId="77777777" w:rsidR="008A2FDF" w:rsidRDefault="00000000" w:rsidP="00094124">
      <w:pPr>
        <w:pStyle w:val="ListBullet"/>
        <w:tabs>
          <w:tab w:val="clear" w:pos="360"/>
          <w:tab w:val="num" w:pos="1080"/>
        </w:tabs>
        <w:bidi/>
        <w:ind w:left="1080"/>
      </w:pPr>
      <w:r>
        <w:t>برای مخاطب بین‌المللی هم قابل تلفظ باشد</w:t>
      </w:r>
    </w:p>
    <w:p w14:paraId="2CE9A451" w14:textId="77777777" w:rsidR="008A2FDF" w:rsidRDefault="00000000" w:rsidP="00094124">
      <w:pPr>
        <w:pStyle w:val="ListBullet"/>
        <w:tabs>
          <w:tab w:val="clear" w:pos="360"/>
          <w:tab w:val="num" w:pos="1080"/>
        </w:tabs>
        <w:bidi/>
        <w:ind w:left="1080"/>
      </w:pPr>
      <w:r>
        <w:t>وابسته به نوشتار فارسی نباشد</w:t>
      </w:r>
    </w:p>
    <w:p w14:paraId="1A51735F" w14:textId="77777777" w:rsidR="008A2FDF" w:rsidRDefault="00000000" w:rsidP="00094124">
      <w:pPr>
        <w:pStyle w:val="ListBullet"/>
        <w:tabs>
          <w:tab w:val="clear" w:pos="360"/>
          <w:tab w:val="num" w:pos="1080"/>
        </w:tabs>
        <w:bidi/>
        <w:ind w:left="1080"/>
      </w:pPr>
      <w:r>
        <w:t>به یک شهر خاص محدود نباشد</w:t>
      </w:r>
    </w:p>
    <w:p w14:paraId="41C3C2FA" w14:textId="77777777" w:rsidR="008A2FDF" w:rsidRDefault="00000000" w:rsidP="00094124">
      <w:pPr>
        <w:pStyle w:val="ListBullet"/>
        <w:tabs>
          <w:tab w:val="clear" w:pos="360"/>
          <w:tab w:val="num" w:pos="1080"/>
        </w:tabs>
        <w:bidi/>
        <w:ind w:left="1080"/>
      </w:pPr>
      <w:r>
        <w:t>محدود به ایران نباشد</w:t>
      </w:r>
    </w:p>
    <w:p w14:paraId="0E1BC4E5" w14:textId="77777777" w:rsidR="008A2FDF" w:rsidRDefault="00000000" w:rsidP="00094124">
      <w:pPr>
        <w:pStyle w:val="ListBullet"/>
        <w:tabs>
          <w:tab w:val="clear" w:pos="360"/>
          <w:tab w:val="num" w:pos="1080"/>
        </w:tabs>
        <w:bidi/>
        <w:ind w:left="1080"/>
      </w:pPr>
      <w:r>
        <w:t>ظاهر یک برند بین‌المللی داشته باشد.</w:t>
      </w:r>
    </w:p>
    <w:p w14:paraId="442E96FC" w14:textId="77777777" w:rsidR="008A2FDF" w:rsidRDefault="00000000" w:rsidP="00094124">
      <w:pPr>
        <w:pStyle w:val="Title"/>
        <w:bidi/>
        <w:ind w:left="720"/>
      </w:pPr>
      <w:r>
        <w:t>25. واکنش احساسی مطلوب</w:t>
      </w:r>
    </w:p>
    <w:p w14:paraId="4A63194A" w14:textId="77777777" w:rsidR="008A2FDF" w:rsidRDefault="00000000" w:rsidP="00094124">
      <w:pPr>
        <w:bidi/>
        <w:spacing w:after="80"/>
        <w:ind w:left="720"/>
      </w:pPr>
      <w:r>
        <w:t>وقتی کسی برای اولین بار نام را می‌شنود، واکنش ایده‌آل این است:</w:t>
      </w:r>
    </w:p>
    <w:p w14:paraId="56CDFA42" w14:textId="77777777" w:rsidR="008A2FDF" w:rsidRDefault="00000000" w:rsidP="00094124">
      <w:pPr>
        <w:bidi/>
        <w:ind w:left="1080"/>
      </w:pPr>
      <w:r>
        <w:rPr>
          <w:b/>
        </w:rPr>
        <w:t>«جالبه. این چیه؟»</w:t>
      </w:r>
    </w:p>
    <w:p w14:paraId="37068FAB" w14:textId="77777777" w:rsidR="008A2FDF" w:rsidRDefault="00000000" w:rsidP="00094124">
      <w:pPr>
        <w:bidi/>
        <w:spacing w:after="80"/>
        <w:ind w:left="720"/>
      </w:pPr>
      <w:r>
        <w:t>و بعد:</w:t>
      </w:r>
    </w:p>
    <w:p w14:paraId="11C256DC" w14:textId="77777777" w:rsidR="008A2FDF" w:rsidRDefault="00000000" w:rsidP="00094124">
      <w:pPr>
        <w:bidi/>
        <w:ind w:left="1080"/>
      </w:pPr>
      <w:r>
        <w:rPr>
          <w:b/>
        </w:rPr>
        <w:t>«می‌تونم تصور کنم که این تبدیل به یک شرکت واقعی بشه.»</w:t>
      </w:r>
    </w:p>
    <w:p w14:paraId="678AF130" w14:textId="77777777" w:rsidR="008A2FDF" w:rsidRDefault="00000000" w:rsidP="00094124">
      <w:pPr>
        <w:bidi/>
        <w:spacing w:after="80"/>
        <w:ind w:left="720"/>
      </w:pPr>
      <w:r>
        <w:t>نه:</w:t>
      </w:r>
    </w:p>
    <w:p w14:paraId="5853B247" w14:textId="77777777" w:rsidR="008A2FDF" w:rsidRDefault="00000000" w:rsidP="00094124">
      <w:pPr>
        <w:bidi/>
        <w:ind w:left="1080"/>
      </w:pPr>
      <w:r>
        <w:rPr>
          <w:b/>
        </w:rPr>
        <w:t>«آهان، این یک شرکت برنامه‌نویسیه.»</w:t>
      </w:r>
    </w:p>
    <w:p w14:paraId="1DEB2097" w14:textId="77777777" w:rsidR="008A2FDF" w:rsidRDefault="00000000" w:rsidP="00094124">
      <w:pPr>
        <w:bidi/>
        <w:spacing w:after="80"/>
        <w:ind w:left="720"/>
      </w:pPr>
      <w:r>
        <w:t>نام باید کنجکاوی ایجاد کند.</w:t>
      </w:r>
    </w:p>
    <w:p w14:paraId="2DBC6359" w14:textId="77777777" w:rsidR="008A2FDF" w:rsidRDefault="00000000" w:rsidP="00094124">
      <w:pPr>
        <w:pStyle w:val="Title"/>
        <w:bidi/>
        <w:ind w:left="720"/>
      </w:pPr>
      <w:r>
        <w:t>26. مسیرهای پیشنهادی برای نام‌گذاری</w:t>
      </w:r>
    </w:p>
    <w:p w14:paraId="2F3C1EB5" w14:textId="77777777" w:rsidR="008A2FDF" w:rsidRDefault="00000000" w:rsidP="00094124">
      <w:pPr>
        <w:bidi/>
        <w:spacing w:after="80"/>
        <w:ind w:left="720"/>
      </w:pPr>
      <w:r>
        <w:t>متخصص نباید فقط یک فرمول را ۱۰۰ بار تکرار کند.</w:t>
      </w:r>
    </w:p>
    <w:p w14:paraId="3072C345" w14:textId="77777777" w:rsidR="008A2FDF" w:rsidRDefault="00000000" w:rsidP="00094124">
      <w:pPr>
        <w:bidi/>
        <w:spacing w:after="80"/>
        <w:ind w:left="720"/>
      </w:pPr>
      <w:r>
        <w:lastRenderedPageBreak/>
        <w:t>چند مسیر متفاوت را بررسی کنید.</w:t>
      </w:r>
    </w:p>
    <w:p w14:paraId="3DBA0CC7" w14:textId="77777777" w:rsidR="008A2FDF" w:rsidRDefault="00000000" w:rsidP="00094124">
      <w:pPr>
        <w:pStyle w:val="Heading1"/>
        <w:bidi/>
        <w:ind w:left="720"/>
      </w:pPr>
      <w:r>
        <w:t>مسیر A — کاملاً انتزاعی</w:t>
      </w:r>
    </w:p>
    <w:p w14:paraId="2588F88D" w14:textId="77777777" w:rsidR="008A2FDF" w:rsidRDefault="00000000" w:rsidP="00094124">
      <w:pPr>
        <w:bidi/>
        <w:spacing w:after="80"/>
        <w:ind w:left="720"/>
      </w:pPr>
      <w:r>
        <w:t>کلمات کاملاً ساختگی.</w:t>
      </w:r>
    </w:p>
    <w:p w14:paraId="12B3ECED" w14:textId="77777777" w:rsidR="008A2FDF" w:rsidRDefault="00000000" w:rsidP="00094124">
      <w:pPr>
        <w:pStyle w:val="Heading1"/>
        <w:bidi/>
        <w:ind w:left="720"/>
      </w:pPr>
      <w:r>
        <w:t>مسیر B — تکنولوژی نرم</w:t>
      </w:r>
    </w:p>
    <w:p w14:paraId="1B950050" w14:textId="77777777" w:rsidR="008A2FDF" w:rsidRDefault="00000000" w:rsidP="00094124">
      <w:pPr>
        <w:bidi/>
        <w:spacing w:after="80"/>
        <w:ind w:left="720"/>
      </w:pPr>
      <w:r>
        <w:t>حس تکنولوژیک بدون استفاده مستقیم از کلمات تکنولوژی.</w:t>
      </w:r>
    </w:p>
    <w:p w14:paraId="3E39CA17" w14:textId="77777777" w:rsidR="008A2FDF" w:rsidRDefault="00000000" w:rsidP="00094124">
      <w:pPr>
        <w:pStyle w:val="Heading1"/>
        <w:bidi/>
        <w:ind w:left="720"/>
      </w:pPr>
      <w:r>
        <w:t>مسیر C — Builder / Maker</w:t>
      </w:r>
    </w:p>
    <w:p w14:paraId="4A0AA3B4" w14:textId="77777777" w:rsidR="008A2FDF" w:rsidRDefault="00000000" w:rsidP="00094124">
      <w:pPr>
        <w:bidi/>
        <w:spacing w:after="80"/>
        <w:ind w:left="720"/>
      </w:pPr>
      <w:r>
        <w:t>القای ساختن، خلق کردن و آزمایش بدون استفاده مستقیم از این کلمات.</w:t>
      </w:r>
    </w:p>
    <w:p w14:paraId="153717F2" w14:textId="77777777" w:rsidR="008A2FDF" w:rsidRDefault="00000000" w:rsidP="00094124">
      <w:pPr>
        <w:pStyle w:val="Heading1"/>
        <w:bidi/>
        <w:ind w:left="720"/>
      </w:pPr>
      <w:r>
        <w:t>مسیر D — انسان + تکنولوژی</w:t>
      </w:r>
    </w:p>
    <w:p w14:paraId="7D9E536F" w14:textId="77777777" w:rsidR="008A2FDF" w:rsidRDefault="00000000" w:rsidP="00094124">
      <w:pPr>
        <w:bidi/>
        <w:spacing w:after="80"/>
        <w:ind w:left="720"/>
      </w:pPr>
      <w:r>
        <w:t>ترکیب گرمای انسانی با انرژی تکنولوژیک.</w:t>
      </w:r>
    </w:p>
    <w:p w14:paraId="3DF3D631" w14:textId="77777777" w:rsidR="008A2FDF" w:rsidRDefault="00000000" w:rsidP="00094124">
      <w:pPr>
        <w:pStyle w:val="Heading1"/>
        <w:bidi/>
        <w:ind w:left="720"/>
      </w:pPr>
      <w:r>
        <w:t>مسیر E — آینده‌نگر مینیمال</w:t>
      </w:r>
    </w:p>
    <w:p w14:paraId="4E6CDBDC" w14:textId="77777777" w:rsidR="008A2FDF" w:rsidRDefault="00000000" w:rsidP="00094124">
      <w:pPr>
        <w:bidi/>
        <w:spacing w:after="80"/>
        <w:ind w:left="720"/>
      </w:pPr>
      <w:r>
        <w:t>کوتاه، تمیز و کمی آینده‌نگر.</w:t>
      </w:r>
    </w:p>
    <w:p w14:paraId="413B5A64" w14:textId="77777777" w:rsidR="008A2FDF" w:rsidRDefault="00000000" w:rsidP="00094124">
      <w:pPr>
        <w:pStyle w:val="Heading1"/>
        <w:bidi/>
        <w:ind w:left="720"/>
      </w:pPr>
      <w:r>
        <w:t>مسیر F — حرفه‌ای اما بازیگوش</w:t>
      </w:r>
    </w:p>
    <w:p w14:paraId="1D079582" w14:textId="77777777" w:rsidR="008A2FDF" w:rsidRDefault="00000000" w:rsidP="00094124">
      <w:pPr>
        <w:bidi/>
        <w:spacing w:after="80"/>
        <w:ind w:left="720"/>
      </w:pPr>
      <w:r>
        <w:t>دارای شخصیت و متفاوت، بدون اینکه کودکانه شود.</w:t>
      </w:r>
    </w:p>
    <w:p w14:paraId="46FF5446" w14:textId="77777777" w:rsidR="008A2FDF" w:rsidRDefault="00000000" w:rsidP="00094124">
      <w:pPr>
        <w:pStyle w:val="Heading1"/>
        <w:bidi/>
        <w:ind w:left="720"/>
      </w:pPr>
      <w:r>
        <w:t>مسیر G — برند آوایی</w:t>
      </w:r>
    </w:p>
    <w:p w14:paraId="4C50D62C" w14:textId="77777777" w:rsidR="008A2FDF" w:rsidRDefault="00000000" w:rsidP="00094124">
      <w:pPr>
        <w:bidi/>
        <w:spacing w:after="80"/>
        <w:ind w:left="720"/>
      </w:pPr>
      <w:r>
        <w:t>نام‌هایی که عمدتاً بر اساس:</w:t>
      </w:r>
    </w:p>
    <w:p w14:paraId="54354088" w14:textId="77777777" w:rsidR="008A2FDF" w:rsidRDefault="00000000" w:rsidP="00094124">
      <w:pPr>
        <w:pStyle w:val="ListBullet"/>
        <w:tabs>
          <w:tab w:val="clear" w:pos="360"/>
          <w:tab w:val="num" w:pos="1080"/>
        </w:tabs>
        <w:bidi/>
        <w:ind w:left="1080"/>
      </w:pPr>
      <w:r>
        <w:t>ریتم</w:t>
      </w:r>
    </w:p>
    <w:p w14:paraId="19F9867D" w14:textId="77777777" w:rsidR="008A2FDF" w:rsidRDefault="00000000" w:rsidP="00094124">
      <w:pPr>
        <w:pStyle w:val="ListBullet"/>
        <w:tabs>
          <w:tab w:val="clear" w:pos="360"/>
          <w:tab w:val="num" w:pos="1080"/>
        </w:tabs>
        <w:bidi/>
        <w:ind w:left="1080"/>
      </w:pPr>
      <w:r>
        <w:t>تلفظ</w:t>
      </w:r>
    </w:p>
    <w:p w14:paraId="14A91E2A" w14:textId="77777777" w:rsidR="008A2FDF" w:rsidRDefault="00000000" w:rsidP="00094124">
      <w:pPr>
        <w:pStyle w:val="ListBullet"/>
        <w:tabs>
          <w:tab w:val="clear" w:pos="360"/>
          <w:tab w:val="num" w:pos="1080"/>
        </w:tabs>
        <w:bidi/>
        <w:ind w:left="1080"/>
      </w:pPr>
      <w:r>
        <w:t>فرم بصری</w:t>
      </w:r>
    </w:p>
    <w:p w14:paraId="36F6DFF0" w14:textId="77777777" w:rsidR="008A2FDF" w:rsidRDefault="00000000" w:rsidP="00094124">
      <w:pPr>
        <w:pStyle w:val="ListBullet"/>
        <w:tabs>
          <w:tab w:val="clear" w:pos="360"/>
          <w:tab w:val="num" w:pos="1080"/>
        </w:tabs>
        <w:bidi/>
        <w:ind w:left="1080"/>
      </w:pPr>
      <w:r>
        <w:t>ماندگاری</w:t>
      </w:r>
    </w:p>
    <w:p w14:paraId="37F9DA3F" w14:textId="77777777" w:rsidR="008A2FDF" w:rsidRDefault="00000000" w:rsidP="00094124">
      <w:pPr>
        <w:bidi/>
        <w:spacing w:after="80"/>
        <w:ind w:left="720"/>
      </w:pPr>
      <w:r>
        <w:t>انتخاب شده‌اند.</w:t>
      </w:r>
    </w:p>
    <w:p w14:paraId="0736777C" w14:textId="77777777" w:rsidR="008A2FDF" w:rsidRDefault="00000000" w:rsidP="00094124">
      <w:pPr>
        <w:bidi/>
        <w:spacing w:after="80"/>
        <w:ind w:left="720"/>
      </w:pPr>
      <w:r>
        <w:t>این مسیر اهمیت زیادی دارد.</w:t>
      </w:r>
    </w:p>
    <w:p w14:paraId="4336D891" w14:textId="77777777" w:rsidR="008A2FDF" w:rsidRDefault="00000000" w:rsidP="00094124">
      <w:pPr>
        <w:pStyle w:val="Title"/>
        <w:bidi/>
        <w:ind w:left="720"/>
      </w:pPr>
      <w:r>
        <w:t>27. Acronym / سرنام</w:t>
      </w:r>
    </w:p>
    <w:p w14:paraId="2A1F0D0A" w14:textId="77777777" w:rsidR="008A2FDF" w:rsidRDefault="00000000" w:rsidP="00094124">
      <w:pPr>
        <w:bidi/>
        <w:spacing w:after="80"/>
        <w:ind w:left="720"/>
      </w:pPr>
      <w:r>
        <w:t>ایده نام‌هایی که در کنار خود یک سرنام یا Initialism هم داشته باشند جذاب است.</w:t>
      </w:r>
    </w:p>
    <w:p w14:paraId="044414B9" w14:textId="77777777" w:rsidR="008A2FDF" w:rsidRDefault="00000000" w:rsidP="00094124">
      <w:pPr>
        <w:bidi/>
        <w:spacing w:after="80"/>
        <w:ind w:left="720"/>
      </w:pPr>
      <w:r>
        <w:t>اما:</w:t>
      </w:r>
    </w:p>
    <w:p w14:paraId="42DBB9C0" w14:textId="77777777" w:rsidR="008A2FDF" w:rsidRDefault="00000000" w:rsidP="00094124">
      <w:pPr>
        <w:bidi/>
        <w:ind w:left="1080"/>
      </w:pPr>
      <w:r>
        <w:rPr>
          <w:b/>
        </w:rPr>
        <w:t>**سرنام نباید شرط اصلی باشد.**</w:t>
      </w:r>
    </w:p>
    <w:p w14:paraId="0271CB9A" w14:textId="77777777" w:rsidR="008A2FDF" w:rsidRDefault="00000000" w:rsidP="00094124">
      <w:pPr>
        <w:bidi/>
        <w:spacing w:after="80"/>
        <w:ind w:left="720"/>
      </w:pPr>
      <w:r>
        <w:t>اولویت با یک کلمه مستقل و قدرتمند است.</w:t>
      </w:r>
    </w:p>
    <w:p w14:paraId="629C860B" w14:textId="77777777" w:rsidR="008A2FDF" w:rsidRDefault="00000000" w:rsidP="00094124">
      <w:pPr>
        <w:bidi/>
        <w:spacing w:after="80"/>
        <w:ind w:left="720"/>
      </w:pPr>
      <w:r>
        <w:lastRenderedPageBreak/>
        <w:t>اگر یک نام به شکل طبیعی امکان ساخت یک Acronym یا معنای دوم را ایجاد کرد، یک امتیاز اضافه محسوب می‌شود.</w:t>
      </w:r>
    </w:p>
    <w:p w14:paraId="29CF4F8F" w14:textId="77777777" w:rsidR="008A2FDF" w:rsidRDefault="00000000" w:rsidP="00094124">
      <w:pPr>
        <w:bidi/>
        <w:spacing w:after="80"/>
        <w:ind w:left="720"/>
      </w:pPr>
      <w:r>
        <w:t>نباید فقط برای معنادار کردن اسم، Acronym اجباری ساخت.</w:t>
      </w:r>
    </w:p>
    <w:p w14:paraId="5A3922FE" w14:textId="77777777" w:rsidR="008A2FDF" w:rsidRDefault="00000000" w:rsidP="00094124">
      <w:pPr>
        <w:pStyle w:val="Title"/>
        <w:bidi/>
        <w:ind w:left="720"/>
      </w:pPr>
      <w:r>
        <w:t>28. سیستم امتیازدهی</w:t>
      </w:r>
    </w:p>
    <w:p w14:paraId="5D004875" w14:textId="77777777" w:rsidR="008A2FDF" w:rsidRDefault="00000000" w:rsidP="00094124">
      <w:pPr>
        <w:bidi/>
        <w:spacing w:after="80"/>
        <w:ind w:left="720"/>
      </w:pPr>
      <w:r>
        <w:t>هر گزینه جدی را از ۱ تا ۱۰ امتیاز دهید:</w:t>
      </w:r>
    </w:p>
    <w:tbl>
      <w:tblPr>
        <w:tblStyle w:val="TableGrid"/>
        <w:tblW w:w="9936" w:type="dxa"/>
        <w:tblInd w:w="720" w:type="dxa"/>
        <w:tblLook w:val="04A0" w:firstRow="1" w:lastRow="0" w:firstColumn="1" w:lastColumn="0" w:noHBand="0" w:noVBand="1"/>
      </w:tblPr>
      <w:tblGrid>
        <w:gridCol w:w="4968"/>
        <w:gridCol w:w="4968"/>
      </w:tblGrid>
      <w:tr w:rsidR="008A2FDF" w14:paraId="1B966401" w14:textId="77777777" w:rsidTr="00094124">
        <w:tc>
          <w:tcPr>
            <w:tcW w:w="4968" w:type="dxa"/>
          </w:tcPr>
          <w:p w14:paraId="6EE896B4" w14:textId="77777777" w:rsidR="008A2FDF" w:rsidRDefault="00000000" w:rsidP="00094124">
            <w:pPr>
              <w:bidi/>
            </w:pPr>
            <w:r>
              <w:rPr>
                <w:b/>
                <w:sz w:val="18"/>
              </w:rPr>
              <w:t>معیار</w:t>
            </w:r>
          </w:p>
        </w:tc>
        <w:tc>
          <w:tcPr>
            <w:tcW w:w="4968" w:type="dxa"/>
          </w:tcPr>
          <w:p w14:paraId="6BEA6E4D" w14:textId="77777777" w:rsidR="008A2FDF" w:rsidRDefault="00000000" w:rsidP="00094124">
            <w:pPr>
              <w:bidi/>
            </w:pPr>
            <w:r>
              <w:rPr>
                <w:sz w:val="18"/>
              </w:rPr>
              <w:t>وزن</w:t>
            </w:r>
          </w:p>
        </w:tc>
      </w:tr>
      <w:tr w:rsidR="008A2FDF" w14:paraId="4B888247" w14:textId="77777777" w:rsidTr="00094124">
        <w:tc>
          <w:tcPr>
            <w:tcW w:w="4968" w:type="dxa"/>
          </w:tcPr>
          <w:p w14:paraId="738740B8" w14:textId="77777777" w:rsidR="008A2FDF" w:rsidRDefault="00000000" w:rsidP="00094124">
            <w:pPr>
              <w:bidi/>
            </w:pPr>
            <w:r>
              <w:rPr>
                <w:sz w:val="18"/>
              </w:rPr>
              <w:t>ماندگاری در ذهن</w:t>
            </w:r>
          </w:p>
        </w:tc>
        <w:tc>
          <w:tcPr>
            <w:tcW w:w="4968" w:type="dxa"/>
          </w:tcPr>
          <w:p w14:paraId="26CAC230" w14:textId="77777777" w:rsidR="008A2FDF" w:rsidRDefault="00000000" w:rsidP="00094124">
            <w:pPr>
              <w:bidi/>
            </w:pPr>
            <w:r>
              <w:rPr>
                <w:sz w:val="18"/>
              </w:rPr>
              <w:t>۱۵٪</w:t>
            </w:r>
          </w:p>
        </w:tc>
      </w:tr>
      <w:tr w:rsidR="008A2FDF" w14:paraId="218FC5E1" w14:textId="77777777" w:rsidTr="00094124">
        <w:tc>
          <w:tcPr>
            <w:tcW w:w="4968" w:type="dxa"/>
          </w:tcPr>
          <w:p w14:paraId="4EFACBA3" w14:textId="77777777" w:rsidR="008A2FDF" w:rsidRDefault="00000000" w:rsidP="00094124">
            <w:pPr>
              <w:bidi/>
            </w:pPr>
            <w:r>
              <w:rPr>
                <w:sz w:val="18"/>
              </w:rPr>
              <w:t>متمایز بودن</w:t>
            </w:r>
          </w:p>
        </w:tc>
        <w:tc>
          <w:tcPr>
            <w:tcW w:w="4968" w:type="dxa"/>
          </w:tcPr>
          <w:p w14:paraId="066310FF" w14:textId="77777777" w:rsidR="008A2FDF" w:rsidRDefault="00000000" w:rsidP="00094124">
            <w:pPr>
              <w:bidi/>
            </w:pPr>
            <w:r>
              <w:rPr>
                <w:sz w:val="18"/>
              </w:rPr>
              <w:t>۱۵٪</w:t>
            </w:r>
          </w:p>
        </w:tc>
      </w:tr>
      <w:tr w:rsidR="008A2FDF" w14:paraId="0F16B601" w14:textId="77777777" w:rsidTr="00094124">
        <w:tc>
          <w:tcPr>
            <w:tcW w:w="4968" w:type="dxa"/>
          </w:tcPr>
          <w:p w14:paraId="23A707E8" w14:textId="77777777" w:rsidR="008A2FDF" w:rsidRDefault="00000000" w:rsidP="00094124">
            <w:pPr>
              <w:bidi/>
            </w:pPr>
            <w:r>
              <w:rPr>
                <w:sz w:val="18"/>
              </w:rPr>
              <w:t>تلفظ فارسی</w:t>
            </w:r>
          </w:p>
        </w:tc>
        <w:tc>
          <w:tcPr>
            <w:tcW w:w="4968" w:type="dxa"/>
          </w:tcPr>
          <w:p w14:paraId="59E7077A" w14:textId="77777777" w:rsidR="008A2FDF" w:rsidRDefault="00000000" w:rsidP="00094124">
            <w:pPr>
              <w:bidi/>
            </w:pPr>
            <w:r>
              <w:rPr>
                <w:sz w:val="18"/>
              </w:rPr>
              <w:t>۱۵٪</w:t>
            </w:r>
          </w:p>
        </w:tc>
      </w:tr>
      <w:tr w:rsidR="008A2FDF" w14:paraId="02DE9D68" w14:textId="77777777" w:rsidTr="00094124">
        <w:tc>
          <w:tcPr>
            <w:tcW w:w="4968" w:type="dxa"/>
          </w:tcPr>
          <w:p w14:paraId="7551004E" w14:textId="77777777" w:rsidR="008A2FDF" w:rsidRDefault="00000000" w:rsidP="00094124">
            <w:pPr>
              <w:bidi/>
            </w:pPr>
            <w:r>
              <w:rPr>
                <w:sz w:val="18"/>
              </w:rPr>
              <w:t>تلفظ انگلیسی</w:t>
            </w:r>
          </w:p>
        </w:tc>
        <w:tc>
          <w:tcPr>
            <w:tcW w:w="4968" w:type="dxa"/>
          </w:tcPr>
          <w:p w14:paraId="3F85962A" w14:textId="77777777" w:rsidR="008A2FDF" w:rsidRDefault="00000000" w:rsidP="00094124">
            <w:pPr>
              <w:bidi/>
            </w:pPr>
            <w:r>
              <w:rPr>
                <w:sz w:val="18"/>
              </w:rPr>
              <w:t>۱۰٪</w:t>
            </w:r>
          </w:p>
        </w:tc>
      </w:tr>
      <w:tr w:rsidR="008A2FDF" w14:paraId="72E53AAE" w14:textId="77777777" w:rsidTr="00094124">
        <w:tc>
          <w:tcPr>
            <w:tcW w:w="4968" w:type="dxa"/>
          </w:tcPr>
          <w:p w14:paraId="31495195" w14:textId="77777777" w:rsidR="008A2FDF" w:rsidRDefault="00000000" w:rsidP="00094124">
            <w:pPr>
              <w:bidi/>
            </w:pPr>
            <w:r>
              <w:rPr>
                <w:sz w:val="18"/>
              </w:rPr>
              <w:t>قابلیت تبدیل شدن به برند مادر</w:t>
            </w:r>
          </w:p>
        </w:tc>
        <w:tc>
          <w:tcPr>
            <w:tcW w:w="4968" w:type="dxa"/>
          </w:tcPr>
          <w:p w14:paraId="64CBA0D0" w14:textId="77777777" w:rsidR="008A2FDF" w:rsidRDefault="00000000" w:rsidP="00094124">
            <w:pPr>
              <w:bidi/>
            </w:pPr>
            <w:r>
              <w:rPr>
                <w:sz w:val="18"/>
              </w:rPr>
              <w:t>۱۵٪</w:t>
            </w:r>
          </w:p>
        </w:tc>
      </w:tr>
      <w:tr w:rsidR="008A2FDF" w14:paraId="6A7327F0" w14:textId="77777777" w:rsidTr="00094124">
        <w:tc>
          <w:tcPr>
            <w:tcW w:w="4968" w:type="dxa"/>
          </w:tcPr>
          <w:p w14:paraId="5F090D5C" w14:textId="77777777" w:rsidR="008A2FDF" w:rsidRDefault="00000000" w:rsidP="00094124">
            <w:pPr>
              <w:bidi/>
            </w:pPr>
            <w:r>
              <w:rPr>
                <w:sz w:val="18"/>
              </w:rPr>
              <w:t>پتانسیل هویت بصری</w:t>
            </w:r>
          </w:p>
        </w:tc>
        <w:tc>
          <w:tcPr>
            <w:tcW w:w="4968" w:type="dxa"/>
          </w:tcPr>
          <w:p w14:paraId="79526ED7" w14:textId="77777777" w:rsidR="008A2FDF" w:rsidRDefault="00000000" w:rsidP="00094124">
            <w:pPr>
              <w:bidi/>
            </w:pPr>
            <w:r>
              <w:rPr>
                <w:sz w:val="18"/>
              </w:rPr>
              <w:t>۱۰٪</w:t>
            </w:r>
          </w:p>
        </w:tc>
      </w:tr>
      <w:tr w:rsidR="008A2FDF" w14:paraId="09EE0DB1" w14:textId="77777777" w:rsidTr="00094124">
        <w:tc>
          <w:tcPr>
            <w:tcW w:w="4968" w:type="dxa"/>
          </w:tcPr>
          <w:p w14:paraId="5ED00983" w14:textId="77777777" w:rsidR="008A2FDF" w:rsidRDefault="00000000" w:rsidP="00094124">
            <w:pPr>
              <w:bidi/>
            </w:pPr>
            <w:r>
              <w:rPr>
                <w:sz w:val="18"/>
              </w:rPr>
              <w:t>تناسب احساسی با برند</w:t>
            </w:r>
          </w:p>
        </w:tc>
        <w:tc>
          <w:tcPr>
            <w:tcW w:w="4968" w:type="dxa"/>
          </w:tcPr>
          <w:p w14:paraId="6E09D2EF" w14:textId="77777777" w:rsidR="008A2FDF" w:rsidRDefault="00000000" w:rsidP="00094124">
            <w:pPr>
              <w:bidi/>
            </w:pPr>
            <w:r>
              <w:rPr>
                <w:sz w:val="18"/>
              </w:rPr>
              <w:t>۱۰٪</w:t>
            </w:r>
          </w:p>
        </w:tc>
      </w:tr>
      <w:tr w:rsidR="008A2FDF" w14:paraId="4AECE089" w14:textId="77777777" w:rsidTr="00094124">
        <w:tc>
          <w:tcPr>
            <w:tcW w:w="4968" w:type="dxa"/>
          </w:tcPr>
          <w:p w14:paraId="0C900450" w14:textId="77777777" w:rsidR="008A2FDF" w:rsidRDefault="00000000" w:rsidP="00094124">
            <w:pPr>
              <w:bidi/>
            </w:pPr>
            <w:r>
              <w:rPr>
                <w:sz w:val="18"/>
              </w:rPr>
              <w:t>پتانسیل دامنه و Handle</w:t>
            </w:r>
          </w:p>
        </w:tc>
        <w:tc>
          <w:tcPr>
            <w:tcW w:w="4968" w:type="dxa"/>
          </w:tcPr>
          <w:p w14:paraId="0C022FB5" w14:textId="77777777" w:rsidR="008A2FDF" w:rsidRDefault="00000000" w:rsidP="00094124">
            <w:pPr>
              <w:bidi/>
            </w:pPr>
            <w:r>
              <w:rPr>
                <w:sz w:val="18"/>
              </w:rPr>
              <w:t>۵٪</w:t>
            </w:r>
          </w:p>
        </w:tc>
      </w:tr>
      <w:tr w:rsidR="008A2FDF" w14:paraId="6CA5036A" w14:textId="77777777" w:rsidTr="00094124">
        <w:tc>
          <w:tcPr>
            <w:tcW w:w="4968" w:type="dxa"/>
          </w:tcPr>
          <w:p w14:paraId="7C6EC0EE" w14:textId="77777777" w:rsidR="008A2FDF" w:rsidRDefault="00000000" w:rsidP="00094124">
            <w:pPr>
              <w:bidi/>
            </w:pPr>
            <w:r>
              <w:rPr>
                <w:sz w:val="18"/>
              </w:rPr>
              <w:t>ریسک تداخل برند / Trademark</w:t>
            </w:r>
          </w:p>
        </w:tc>
        <w:tc>
          <w:tcPr>
            <w:tcW w:w="4968" w:type="dxa"/>
          </w:tcPr>
          <w:p w14:paraId="3FEC7082" w14:textId="77777777" w:rsidR="008A2FDF" w:rsidRDefault="00000000" w:rsidP="00094124">
            <w:pPr>
              <w:bidi/>
            </w:pPr>
            <w:r>
              <w:rPr>
                <w:sz w:val="18"/>
              </w:rPr>
              <w:t>۵٪</w:t>
            </w:r>
          </w:p>
        </w:tc>
      </w:tr>
    </w:tbl>
    <w:p w14:paraId="1180F1B2" w14:textId="77777777" w:rsidR="008A2FDF" w:rsidRDefault="00000000" w:rsidP="00094124">
      <w:pPr>
        <w:bidi/>
        <w:spacing w:after="80"/>
        <w:ind w:left="720"/>
      </w:pPr>
      <w:r>
        <w:t>امتیاز نهایی نباید فقط بر اساس آزاد بودن دامنه تعیین شود.</w:t>
      </w:r>
    </w:p>
    <w:p w14:paraId="11CFB879" w14:textId="77777777" w:rsidR="008A2FDF" w:rsidRDefault="00000000" w:rsidP="00094124">
      <w:pPr>
        <w:pStyle w:val="Title"/>
        <w:bidi/>
        <w:ind w:left="720"/>
      </w:pPr>
      <w:r>
        <w:t>29. خروجی مورد انتظار</w:t>
      </w:r>
    </w:p>
    <w:p w14:paraId="68E4C675" w14:textId="77777777" w:rsidR="008A2FDF" w:rsidRDefault="00000000" w:rsidP="00094124">
      <w:pPr>
        <w:pStyle w:val="Heading1"/>
        <w:bidi/>
        <w:ind w:left="720"/>
      </w:pPr>
      <w:r>
        <w:t>مرحله ۱ — استراتژی</w:t>
      </w:r>
    </w:p>
    <w:p w14:paraId="2B9E61CE" w14:textId="77777777" w:rsidR="008A2FDF" w:rsidRDefault="00000000" w:rsidP="00094124">
      <w:pPr>
        <w:bidi/>
        <w:spacing w:after="80"/>
        <w:ind w:left="720"/>
      </w:pPr>
      <w:r>
        <w:t>یک توضیح کوتاه درباره:</w:t>
      </w:r>
    </w:p>
    <w:p w14:paraId="761AD381" w14:textId="77777777" w:rsidR="008A2FDF" w:rsidRDefault="00000000" w:rsidP="00094124">
      <w:pPr>
        <w:pStyle w:val="ListBullet"/>
        <w:tabs>
          <w:tab w:val="clear" w:pos="360"/>
          <w:tab w:val="num" w:pos="1080"/>
        </w:tabs>
        <w:bidi/>
        <w:ind w:left="1080"/>
      </w:pPr>
      <w:r>
        <w:t>محدوده نام‌گذاری</w:t>
      </w:r>
    </w:p>
    <w:p w14:paraId="7E30FA7D" w14:textId="77777777" w:rsidR="008A2FDF" w:rsidRDefault="00000000" w:rsidP="00094124">
      <w:pPr>
        <w:pStyle w:val="ListBullet"/>
        <w:tabs>
          <w:tab w:val="clear" w:pos="360"/>
          <w:tab w:val="num" w:pos="1080"/>
        </w:tabs>
        <w:bidi/>
        <w:ind w:left="1080"/>
      </w:pPr>
      <w:r>
        <w:t>شخصیت برند</w:t>
      </w:r>
    </w:p>
    <w:p w14:paraId="38068CB7" w14:textId="77777777" w:rsidR="008A2FDF" w:rsidRDefault="00000000" w:rsidP="00094124">
      <w:pPr>
        <w:pStyle w:val="ListBullet"/>
        <w:tabs>
          <w:tab w:val="clear" w:pos="360"/>
          <w:tab w:val="num" w:pos="1080"/>
        </w:tabs>
        <w:bidi/>
        <w:ind w:left="1080"/>
      </w:pPr>
      <w:r>
        <w:t>معماری نام</w:t>
      </w:r>
    </w:p>
    <w:p w14:paraId="6E511355" w14:textId="77777777" w:rsidR="008A2FDF" w:rsidRDefault="00000000" w:rsidP="00094124">
      <w:pPr>
        <w:pStyle w:val="ListBullet"/>
        <w:tabs>
          <w:tab w:val="clear" w:pos="360"/>
          <w:tab w:val="num" w:pos="1080"/>
        </w:tabs>
        <w:bidi/>
        <w:ind w:left="1080"/>
      </w:pPr>
      <w:r>
        <w:t>استراتژی آوایی</w:t>
      </w:r>
    </w:p>
    <w:p w14:paraId="375F8F54" w14:textId="77777777" w:rsidR="008A2FDF" w:rsidRDefault="00000000" w:rsidP="00094124">
      <w:pPr>
        <w:pStyle w:val="ListBullet"/>
        <w:tabs>
          <w:tab w:val="clear" w:pos="360"/>
          <w:tab w:val="num" w:pos="1080"/>
        </w:tabs>
        <w:bidi/>
        <w:ind w:left="1080"/>
      </w:pPr>
      <w:r>
        <w:t>ملاحظات زبانی</w:t>
      </w:r>
    </w:p>
    <w:p w14:paraId="680A4F46" w14:textId="77777777" w:rsidR="008A2FDF" w:rsidRDefault="00000000" w:rsidP="00094124">
      <w:pPr>
        <w:pStyle w:val="ListBullet"/>
        <w:tabs>
          <w:tab w:val="clear" w:pos="360"/>
          <w:tab w:val="num" w:pos="1080"/>
        </w:tabs>
        <w:bidi/>
        <w:ind w:left="1080"/>
      </w:pPr>
      <w:r>
        <w:t>ریسک‌هایی که باید از آن‌ها دوری کرد.</w:t>
      </w:r>
    </w:p>
    <w:p w14:paraId="6E900E63" w14:textId="77777777" w:rsidR="008A2FDF" w:rsidRDefault="00000000" w:rsidP="00094124">
      <w:pPr>
        <w:pStyle w:val="Heading1"/>
        <w:bidi/>
        <w:ind w:left="720"/>
      </w:pPr>
      <w:r>
        <w:t>مرحله ۲ — اکتشاف</w:t>
      </w:r>
    </w:p>
    <w:p w14:paraId="2784E3A1" w14:textId="77777777" w:rsidR="008A2FDF" w:rsidRDefault="00000000" w:rsidP="00094124">
      <w:pPr>
        <w:bidi/>
        <w:spacing w:after="80"/>
        <w:ind w:left="720"/>
      </w:pPr>
      <w:r>
        <w:t>حداقل:</w:t>
      </w:r>
    </w:p>
    <w:p w14:paraId="301D4E1D" w14:textId="77777777" w:rsidR="008A2FDF" w:rsidRDefault="00000000" w:rsidP="00094124">
      <w:pPr>
        <w:bidi/>
        <w:spacing w:after="80"/>
        <w:ind w:left="720"/>
      </w:pPr>
      <w:r>
        <w:rPr>
          <w:b/>
        </w:rPr>
        <w:t>۵۰ تا ۱۰۰ نام اولیه</w:t>
      </w:r>
    </w:p>
    <w:p w14:paraId="6F4A71F8" w14:textId="77777777" w:rsidR="008A2FDF" w:rsidRDefault="00000000" w:rsidP="00094124">
      <w:pPr>
        <w:bidi/>
        <w:spacing w:after="80"/>
        <w:ind w:left="720"/>
      </w:pPr>
      <w:r>
        <w:t>گروه‌بندی‌شده بر اساس مسیرهای نام‌گذاری.</w:t>
      </w:r>
    </w:p>
    <w:p w14:paraId="16032338" w14:textId="77777777" w:rsidR="008A2FDF" w:rsidRDefault="00000000" w:rsidP="00094124">
      <w:pPr>
        <w:pStyle w:val="Heading1"/>
        <w:bidi/>
        <w:ind w:left="720"/>
      </w:pPr>
      <w:r>
        <w:t>مرحله ۳ — فیلتر</w:t>
      </w:r>
    </w:p>
    <w:p w14:paraId="116AD305" w14:textId="77777777" w:rsidR="008A2FDF" w:rsidRDefault="00000000" w:rsidP="00094124">
      <w:pPr>
        <w:bidi/>
        <w:spacing w:after="80"/>
        <w:ind w:left="720"/>
      </w:pPr>
      <w:r>
        <w:t>کاهش به:</w:t>
      </w:r>
    </w:p>
    <w:p w14:paraId="4A2E18B8" w14:textId="77777777" w:rsidR="008A2FDF" w:rsidRDefault="00000000" w:rsidP="00094124">
      <w:pPr>
        <w:bidi/>
        <w:spacing w:after="80"/>
        <w:ind w:left="720"/>
      </w:pPr>
      <w:r>
        <w:rPr>
          <w:b/>
        </w:rPr>
        <w:t>۲۰ نام قوی</w:t>
      </w:r>
    </w:p>
    <w:p w14:paraId="657723A2" w14:textId="77777777" w:rsidR="008A2FDF" w:rsidRDefault="00000000" w:rsidP="00094124">
      <w:pPr>
        <w:bidi/>
        <w:spacing w:after="80"/>
        <w:ind w:left="720"/>
      </w:pPr>
      <w:r>
        <w:t>همراه با توضیح.</w:t>
      </w:r>
    </w:p>
    <w:p w14:paraId="269EE10F" w14:textId="77777777" w:rsidR="008A2FDF" w:rsidRDefault="00000000" w:rsidP="00094124">
      <w:pPr>
        <w:pStyle w:val="Heading1"/>
        <w:bidi/>
        <w:ind w:left="720"/>
      </w:pPr>
      <w:r>
        <w:lastRenderedPageBreak/>
        <w:t>مرحله ۴ — لیست نهایی</w:t>
      </w:r>
    </w:p>
    <w:p w14:paraId="382CC2CF" w14:textId="77777777" w:rsidR="008A2FDF" w:rsidRDefault="00000000" w:rsidP="00094124">
      <w:pPr>
        <w:bidi/>
        <w:spacing w:after="80"/>
        <w:ind w:left="720"/>
      </w:pPr>
      <w:r>
        <w:t>کاهش به:</w:t>
      </w:r>
    </w:p>
    <w:p w14:paraId="283A482E" w14:textId="77777777" w:rsidR="008A2FDF" w:rsidRDefault="00000000" w:rsidP="00094124">
      <w:pPr>
        <w:bidi/>
        <w:spacing w:after="80"/>
        <w:ind w:left="720"/>
      </w:pPr>
      <w:r>
        <w:rPr>
          <w:b/>
        </w:rPr>
        <w:t>۵ تا ۱۰ گزینه جدی</w:t>
      </w:r>
    </w:p>
    <w:p w14:paraId="5EEFE367" w14:textId="77777777" w:rsidR="008A2FDF" w:rsidRDefault="00000000" w:rsidP="00094124">
      <w:pPr>
        <w:bidi/>
        <w:spacing w:after="80"/>
        <w:ind w:left="720"/>
      </w:pPr>
      <w:r>
        <w:t>برای هرکدام:</w:t>
      </w:r>
    </w:p>
    <w:p w14:paraId="33F3C654" w14:textId="77777777" w:rsidR="008A2FDF" w:rsidRDefault="00000000" w:rsidP="00094124">
      <w:pPr>
        <w:pStyle w:val="ListBullet"/>
        <w:tabs>
          <w:tab w:val="clear" w:pos="360"/>
          <w:tab w:val="num" w:pos="1080"/>
        </w:tabs>
        <w:bidi/>
        <w:ind w:left="1080"/>
      </w:pPr>
      <w:r>
        <w:t>نام</w:t>
      </w:r>
    </w:p>
    <w:p w14:paraId="2A0C4B2D" w14:textId="77777777" w:rsidR="008A2FDF" w:rsidRDefault="00000000" w:rsidP="00094124">
      <w:pPr>
        <w:pStyle w:val="ListBullet"/>
        <w:tabs>
          <w:tab w:val="clear" w:pos="360"/>
          <w:tab w:val="num" w:pos="1080"/>
        </w:tabs>
        <w:bidi/>
        <w:ind w:left="1080"/>
      </w:pPr>
      <w:r>
        <w:t>تلفظ</w:t>
      </w:r>
    </w:p>
    <w:p w14:paraId="34ACBBD7" w14:textId="77777777" w:rsidR="008A2FDF" w:rsidRDefault="00000000" w:rsidP="00094124">
      <w:pPr>
        <w:pStyle w:val="ListBullet"/>
        <w:tabs>
          <w:tab w:val="clear" w:pos="360"/>
          <w:tab w:val="num" w:pos="1080"/>
        </w:tabs>
        <w:bidi/>
        <w:ind w:left="1080"/>
      </w:pPr>
      <w:r>
        <w:t>منطق ساخت</w:t>
      </w:r>
    </w:p>
    <w:p w14:paraId="61AEED50" w14:textId="77777777" w:rsidR="008A2FDF" w:rsidRDefault="00000000" w:rsidP="00094124">
      <w:pPr>
        <w:pStyle w:val="ListBullet"/>
        <w:tabs>
          <w:tab w:val="clear" w:pos="360"/>
          <w:tab w:val="num" w:pos="1080"/>
        </w:tabs>
        <w:bidi/>
        <w:ind w:left="1080"/>
      </w:pPr>
      <w:r>
        <w:t>شخصیت برند</w:t>
      </w:r>
    </w:p>
    <w:p w14:paraId="0ED2F779" w14:textId="77777777" w:rsidR="008A2FDF" w:rsidRDefault="00000000" w:rsidP="00094124">
      <w:pPr>
        <w:pStyle w:val="ListBullet"/>
        <w:tabs>
          <w:tab w:val="clear" w:pos="360"/>
          <w:tab w:val="num" w:pos="1080"/>
        </w:tabs>
        <w:bidi/>
        <w:ind w:left="1080"/>
      </w:pPr>
      <w:r>
        <w:t>داستان احتمالی</w:t>
      </w:r>
    </w:p>
    <w:p w14:paraId="4E6C9587" w14:textId="77777777" w:rsidR="008A2FDF" w:rsidRDefault="00000000" w:rsidP="00094124">
      <w:pPr>
        <w:pStyle w:val="ListBullet"/>
        <w:tabs>
          <w:tab w:val="clear" w:pos="360"/>
          <w:tab w:val="num" w:pos="1080"/>
        </w:tabs>
        <w:bidi/>
        <w:ind w:left="1080"/>
      </w:pPr>
      <w:r>
        <w:t>برداشت بصری</w:t>
      </w:r>
    </w:p>
    <w:p w14:paraId="36B13B34" w14:textId="77777777" w:rsidR="008A2FDF" w:rsidRDefault="00000000" w:rsidP="00094124">
      <w:pPr>
        <w:pStyle w:val="ListBullet"/>
        <w:tabs>
          <w:tab w:val="clear" w:pos="360"/>
          <w:tab w:val="num" w:pos="1080"/>
        </w:tabs>
        <w:bidi/>
        <w:ind w:left="1080"/>
      </w:pPr>
      <w:r>
        <w:t>امکان ساخت زیرمجموعه</w:t>
      </w:r>
    </w:p>
    <w:p w14:paraId="48390797" w14:textId="77777777" w:rsidR="008A2FDF" w:rsidRDefault="00000000" w:rsidP="00094124">
      <w:pPr>
        <w:pStyle w:val="ListBullet"/>
        <w:tabs>
          <w:tab w:val="clear" w:pos="360"/>
          <w:tab w:val="num" w:pos="1080"/>
        </w:tabs>
        <w:bidi/>
        <w:ind w:left="1080"/>
      </w:pPr>
      <w:r>
        <w:t>بررسی اولیه دامنه</w:t>
      </w:r>
    </w:p>
    <w:p w14:paraId="4EE5138E" w14:textId="77777777" w:rsidR="008A2FDF" w:rsidRDefault="00000000" w:rsidP="00094124">
      <w:pPr>
        <w:pStyle w:val="ListBullet"/>
        <w:tabs>
          <w:tab w:val="clear" w:pos="360"/>
          <w:tab w:val="num" w:pos="1080"/>
        </w:tabs>
        <w:bidi/>
        <w:ind w:left="1080"/>
      </w:pPr>
      <w:r>
        <w:t>بررسی Handleها</w:t>
      </w:r>
    </w:p>
    <w:p w14:paraId="452C1769" w14:textId="77777777" w:rsidR="008A2FDF" w:rsidRDefault="00000000" w:rsidP="00094124">
      <w:pPr>
        <w:pStyle w:val="ListBullet"/>
        <w:tabs>
          <w:tab w:val="clear" w:pos="360"/>
          <w:tab w:val="num" w:pos="1080"/>
        </w:tabs>
        <w:bidi/>
        <w:ind w:left="1080"/>
      </w:pPr>
      <w:r>
        <w:t>تداخل‌های واضح با برندهای موجود</w:t>
      </w:r>
    </w:p>
    <w:p w14:paraId="478AF567" w14:textId="77777777" w:rsidR="008A2FDF" w:rsidRDefault="00000000" w:rsidP="00094124">
      <w:pPr>
        <w:bidi/>
        <w:spacing w:after="80"/>
        <w:ind w:left="720"/>
      </w:pPr>
      <w:r>
        <w:t>ارائه شود.</w:t>
      </w:r>
    </w:p>
    <w:p w14:paraId="38F55D97" w14:textId="77777777" w:rsidR="008A2FDF" w:rsidRDefault="00000000" w:rsidP="00094124">
      <w:pPr>
        <w:pStyle w:val="Heading1"/>
        <w:bidi/>
        <w:ind w:left="720"/>
      </w:pPr>
      <w:r>
        <w:t>مرحله ۵ — پیشنهاد نهایی</w:t>
      </w:r>
    </w:p>
    <w:p w14:paraId="38143648" w14:textId="77777777" w:rsidR="008A2FDF" w:rsidRDefault="00000000" w:rsidP="00094124">
      <w:pPr>
        <w:bidi/>
        <w:spacing w:after="80"/>
        <w:ind w:left="720"/>
      </w:pPr>
      <w:r>
        <w:t>مشخص شود:</w:t>
      </w:r>
    </w:p>
    <w:p w14:paraId="7A734C7B" w14:textId="77777777" w:rsidR="008A2FDF" w:rsidRDefault="00000000" w:rsidP="00094124">
      <w:pPr>
        <w:pStyle w:val="ListBullet"/>
        <w:tabs>
          <w:tab w:val="clear" w:pos="360"/>
          <w:tab w:val="num" w:pos="1080"/>
        </w:tabs>
        <w:bidi/>
        <w:ind w:left="1080"/>
      </w:pPr>
      <w:r>
        <w:t>انتخاب اول</w:t>
      </w:r>
    </w:p>
    <w:p w14:paraId="344A1334" w14:textId="77777777" w:rsidR="008A2FDF" w:rsidRDefault="00000000" w:rsidP="00094124">
      <w:pPr>
        <w:pStyle w:val="ListBullet"/>
        <w:tabs>
          <w:tab w:val="clear" w:pos="360"/>
          <w:tab w:val="num" w:pos="1080"/>
        </w:tabs>
        <w:bidi/>
        <w:ind w:left="1080"/>
      </w:pPr>
      <w:r>
        <w:t>جایگزین دوم</w:t>
      </w:r>
    </w:p>
    <w:p w14:paraId="18CF89EF" w14:textId="77777777" w:rsidR="008A2FDF" w:rsidRDefault="00000000" w:rsidP="00094124">
      <w:pPr>
        <w:pStyle w:val="ListBullet"/>
        <w:tabs>
          <w:tab w:val="clear" w:pos="360"/>
          <w:tab w:val="num" w:pos="1080"/>
        </w:tabs>
        <w:bidi/>
        <w:ind w:left="1080"/>
      </w:pPr>
      <w:r>
        <w:t>جایگزین سوم</w:t>
      </w:r>
    </w:p>
    <w:p w14:paraId="6CEB59B5" w14:textId="77777777" w:rsidR="008A2FDF" w:rsidRDefault="00000000" w:rsidP="00094124">
      <w:pPr>
        <w:bidi/>
        <w:spacing w:after="80"/>
        <w:ind w:left="720"/>
      </w:pPr>
      <w:r>
        <w:t>و دلیل انتخاب هرکدام توضیح داده شود.</w:t>
      </w:r>
    </w:p>
    <w:p w14:paraId="175E8977" w14:textId="77777777" w:rsidR="008A2FDF" w:rsidRDefault="00000000" w:rsidP="00094124">
      <w:pPr>
        <w:pStyle w:val="Title"/>
        <w:bidi/>
        <w:ind w:left="720"/>
      </w:pPr>
      <w:r>
        <w:t>30. بررسی دامنه و شبکه‌های اجتماعی</w:t>
      </w:r>
    </w:p>
    <w:p w14:paraId="20CC4E62" w14:textId="77777777" w:rsidR="008A2FDF" w:rsidRDefault="00000000" w:rsidP="00094124">
      <w:pPr>
        <w:bidi/>
        <w:spacing w:after="80"/>
        <w:ind w:left="720"/>
      </w:pPr>
      <w:r>
        <w:t>برای گزینه‌های نهایی بررسی اولیه انجام شود:</w:t>
      </w:r>
    </w:p>
    <w:p w14:paraId="58E7C943" w14:textId="77777777" w:rsidR="008A2FDF" w:rsidRDefault="00000000" w:rsidP="00094124">
      <w:pPr>
        <w:pStyle w:val="ListBullet"/>
        <w:tabs>
          <w:tab w:val="clear" w:pos="360"/>
          <w:tab w:val="num" w:pos="1080"/>
        </w:tabs>
        <w:bidi/>
        <w:ind w:left="1080"/>
      </w:pPr>
      <w:r>
        <w:t>`.com`</w:t>
      </w:r>
    </w:p>
    <w:p w14:paraId="4F20EA01" w14:textId="77777777" w:rsidR="008A2FDF" w:rsidRDefault="00000000" w:rsidP="00094124">
      <w:pPr>
        <w:pStyle w:val="ListBullet"/>
        <w:tabs>
          <w:tab w:val="clear" w:pos="360"/>
          <w:tab w:val="num" w:pos="1080"/>
        </w:tabs>
        <w:bidi/>
        <w:ind w:left="1080"/>
      </w:pPr>
      <w:r>
        <w:t>`.ir`</w:t>
      </w:r>
    </w:p>
    <w:p w14:paraId="3CBDF9F6" w14:textId="77777777" w:rsidR="008A2FDF" w:rsidRDefault="00000000" w:rsidP="00094124">
      <w:pPr>
        <w:pStyle w:val="ListBullet"/>
        <w:tabs>
          <w:tab w:val="clear" w:pos="360"/>
          <w:tab w:val="num" w:pos="1080"/>
        </w:tabs>
        <w:bidi/>
        <w:ind w:left="1080"/>
      </w:pPr>
      <w:r>
        <w:t>Instagram</w:t>
      </w:r>
    </w:p>
    <w:p w14:paraId="5F2B24C9" w14:textId="77777777" w:rsidR="008A2FDF" w:rsidRDefault="00000000" w:rsidP="00094124">
      <w:pPr>
        <w:pStyle w:val="ListBullet"/>
        <w:tabs>
          <w:tab w:val="clear" w:pos="360"/>
          <w:tab w:val="num" w:pos="1080"/>
        </w:tabs>
        <w:bidi/>
        <w:ind w:left="1080"/>
      </w:pPr>
      <w:r>
        <w:t>YouTube</w:t>
      </w:r>
    </w:p>
    <w:p w14:paraId="152F2BBB" w14:textId="77777777" w:rsidR="008A2FDF" w:rsidRDefault="00000000" w:rsidP="00094124">
      <w:pPr>
        <w:pStyle w:val="ListBullet"/>
        <w:tabs>
          <w:tab w:val="clear" w:pos="360"/>
          <w:tab w:val="num" w:pos="1080"/>
        </w:tabs>
        <w:bidi/>
        <w:ind w:left="1080"/>
      </w:pPr>
      <w:r>
        <w:t>LinkedIn</w:t>
      </w:r>
    </w:p>
    <w:p w14:paraId="4DAD7050" w14:textId="77777777" w:rsidR="008A2FDF" w:rsidRDefault="00000000" w:rsidP="00094124">
      <w:pPr>
        <w:pStyle w:val="ListBullet"/>
        <w:tabs>
          <w:tab w:val="clear" w:pos="360"/>
          <w:tab w:val="num" w:pos="1080"/>
        </w:tabs>
        <w:bidi/>
        <w:ind w:left="1080"/>
      </w:pPr>
      <w:r>
        <w:t>X</w:t>
      </w:r>
    </w:p>
    <w:p w14:paraId="11BA7C91" w14:textId="77777777" w:rsidR="008A2FDF" w:rsidRDefault="00000000" w:rsidP="00094124">
      <w:pPr>
        <w:pStyle w:val="ListBullet"/>
        <w:tabs>
          <w:tab w:val="clear" w:pos="360"/>
          <w:tab w:val="num" w:pos="1080"/>
        </w:tabs>
        <w:bidi/>
        <w:ind w:left="1080"/>
      </w:pPr>
      <w:r>
        <w:t>Telegram</w:t>
      </w:r>
    </w:p>
    <w:p w14:paraId="3A496F70" w14:textId="77777777" w:rsidR="008A2FDF" w:rsidRDefault="00000000" w:rsidP="00094124">
      <w:pPr>
        <w:pStyle w:val="ListBullet"/>
        <w:tabs>
          <w:tab w:val="clear" w:pos="360"/>
          <w:tab w:val="num" w:pos="1080"/>
        </w:tabs>
        <w:bidi/>
        <w:ind w:left="1080"/>
      </w:pPr>
      <w:r>
        <w:t>GitHub</w:t>
      </w:r>
    </w:p>
    <w:p w14:paraId="2E44EE56" w14:textId="77777777" w:rsidR="008A2FDF" w:rsidRDefault="00000000" w:rsidP="00094124">
      <w:pPr>
        <w:bidi/>
        <w:spacing w:after="80"/>
        <w:ind w:left="720"/>
      </w:pPr>
      <w:r>
        <w:t>TikTok اولویت حیاتی نیست.</w:t>
      </w:r>
    </w:p>
    <w:p w14:paraId="25781A22" w14:textId="77777777" w:rsidR="008A2FDF" w:rsidRDefault="00000000" w:rsidP="00094124">
      <w:pPr>
        <w:bidi/>
        <w:spacing w:after="80"/>
        <w:ind w:left="720"/>
      </w:pPr>
      <w:r>
        <w:t>اگر Handle تیک‌تاک آزاد نباشد، نباید به‌تنهایی باعث حذف یک نام عالی شود.</w:t>
      </w:r>
    </w:p>
    <w:p w14:paraId="0B8F495F" w14:textId="77777777" w:rsidR="008A2FDF" w:rsidRDefault="00000000" w:rsidP="00094124">
      <w:pPr>
        <w:bidi/>
        <w:spacing w:after="80"/>
        <w:ind w:left="720"/>
      </w:pPr>
      <w:r>
        <w:t>هدف اصلی ساختن یک هویت منسجم در کانال‌های مهم‌تر است.</w:t>
      </w:r>
    </w:p>
    <w:p w14:paraId="45794F7D" w14:textId="77777777" w:rsidR="008A2FDF" w:rsidRDefault="00000000" w:rsidP="00094124">
      <w:pPr>
        <w:pStyle w:val="Title"/>
        <w:bidi/>
        <w:ind w:left="720"/>
      </w:pPr>
      <w:r>
        <w:t>31. ریسک حقوقی و تداخل برند</w:t>
      </w:r>
    </w:p>
    <w:p w14:paraId="59EB4FF7" w14:textId="77777777" w:rsidR="008A2FDF" w:rsidRDefault="00000000" w:rsidP="00094124">
      <w:pPr>
        <w:bidi/>
        <w:spacing w:after="80"/>
        <w:ind w:left="720"/>
      </w:pPr>
      <w:r>
        <w:lastRenderedPageBreak/>
        <w:t>قبل از انتخاب نهایی بررسی شود که نام با موارد زیر تداخل جدی نداشته باشد:</w:t>
      </w:r>
    </w:p>
    <w:p w14:paraId="3367A39A" w14:textId="77777777" w:rsidR="008A2FDF" w:rsidRDefault="00000000" w:rsidP="00094124">
      <w:pPr>
        <w:pStyle w:val="ListBullet"/>
        <w:tabs>
          <w:tab w:val="clear" w:pos="360"/>
          <w:tab w:val="num" w:pos="1080"/>
        </w:tabs>
        <w:bidi/>
        <w:ind w:left="1080"/>
      </w:pPr>
      <w:r>
        <w:t>شرکت تکنولوژی موجود</w:t>
      </w:r>
    </w:p>
    <w:p w14:paraId="29FC21DD" w14:textId="77777777" w:rsidR="008A2FDF" w:rsidRDefault="00000000" w:rsidP="00094124">
      <w:pPr>
        <w:pStyle w:val="ListBullet"/>
        <w:tabs>
          <w:tab w:val="clear" w:pos="360"/>
          <w:tab w:val="num" w:pos="1080"/>
        </w:tabs>
        <w:bidi/>
        <w:ind w:left="1080"/>
      </w:pPr>
      <w:r>
        <w:t>محصول شناخته‌شده</w:t>
      </w:r>
    </w:p>
    <w:p w14:paraId="48ABE9BC" w14:textId="77777777" w:rsidR="008A2FDF" w:rsidRDefault="00000000" w:rsidP="00094124">
      <w:pPr>
        <w:pStyle w:val="ListBullet"/>
        <w:tabs>
          <w:tab w:val="clear" w:pos="360"/>
          <w:tab w:val="num" w:pos="1080"/>
        </w:tabs>
        <w:bidi/>
        <w:ind w:left="1080"/>
      </w:pPr>
      <w:r>
        <w:t>استارتاپ معروف</w:t>
      </w:r>
    </w:p>
    <w:p w14:paraId="0632B1F5" w14:textId="77777777" w:rsidR="008A2FDF" w:rsidRDefault="00000000" w:rsidP="00094124">
      <w:pPr>
        <w:pStyle w:val="ListBullet"/>
        <w:tabs>
          <w:tab w:val="clear" w:pos="360"/>
          <w:tab w:val="num" w:pos="1080"/>
        </w:tabs>
        <w:bidi/>
        <w:ind w:left="1080"/>
      </w:pPr>
      <w:r>
        <w:t>برند رسانه‌ای بزرگ</w:t>
      </w:r>
    </w:p>
    <w:p w14:paraId="61E1C39E" w14:textId="77777777" w:rsidR="008A2FDF" w:rsidRDefault="00000000" w:rsidP="00094124">
      <w:pPr>
        <w:pStyle w:val="ListBullet"/>
        <w:tabs>
          <w:tab w:val="clear" w:pos="360"/>
          <w:tab w:val="num" w:pos="1080"/>
        </w:tabs>
        <w:bidi/>
        <w:ind w:left="1080"/>
      </w:pPr>
      <w:r>
        <w:t>پروژه نرم‌افزاری فعال</w:t>
      </w:r>
    </w:p>
    <w:p w14:paraId="2D1A6668" w14:textId="77777777" w:rsidR="008A2FDF" w:rsidRDefault="00000000" w:rsidP="00094124">
      <w:pPr>
        <w:pStyle w:val="ListBullet"/>
        <w:tabs>
          <w:tab w:val="clear" w:pos="360"/>
          <w:tab w:val="num" w:pos="1080"/>
        </w:tabs>
        <w:bidi/>
        <w:ind w:left="1080"/>
      </w:pPr>
      <w:r>
        <w:t>Trademark مرتبط</w:t>
      </w:r>
    </w:p>
    <w:p w14:paraId="68D76DBC" w14:textId="77777777" w:rsidR="008A2FDF" w:rsidRDefault="00000000" w:rsidP="00094124">
      <w:pPr>
        <w:bidi/>
        <w:spacing w:after="80"/>
        <w:ind w:left="720"/>
      </w:pPr>
      <w:r>
        <w:t>لازم نیست نام در گوگل هیچ نتیجه‌ای نداشته باشد.</w:t>
      </w:r>
    </w:p>
    <w:p w14:paraId="2B99A9DA" w14:textId="77777777" w:rsidR="008A2FDF" w:rsidRDefault="00000000" w:rsidP="00094124">
      <w:pPr>
        <w:bidi/>
        <w:spacing w:after="80"/>
        <w:ind w:left="720"/>
      </w:pPr>
      <w:r>
        <w:t>باید بین این دو تفاوت گذاشته شود:</w:t>
      </w:r>
    </w:p>
    <w:p w14:paraId="4115E0E5" w14:textId="77777777" w:rsidR="008A2FDF" w:rsidRDefault="00000000" w:rsidP="00094124">
      <w:pPr>
        <w:bidi/>
        <w:spacing w:after="120"/>
        <w:ind w:left="720"/>
      </w:pPr>
      <w:r>
        <w:rPr>
          <w:rFonts w:ascii="Consolas" w:eastAsia="Consolas" w:hAnsi="Consolas"/>
          <w:sz w:val="18"/>
        </w:rPr>
        <w:t>استفاده کوچک و نامرتبط</w:t>
      </w:r>
    </w:p>
    <w:p w14:paraId="7F617CB7" w14:textId="77777777" w:rsidR="008A2FDF" w:rsidRDefault="00000000" w:rsidP="00094124">
      <w:pPr>
        <w:bidi/>
        <w:spacing w:after="80"/>
        <w:ind w:left="720"/>
      </w:pPr>
      <w:r>
        <w:t>و:</w:t>
      </w:r>
    </w:p>
    <w:p w14:paraId="59FA7C47" w14:textId="77777777" w:rsidR="008A2FDF" w:rsidRDefault="00000000" w:rsidP="00094124">
      <w:pPr>
        <w:bidi/>
        <w:spacing w:after="120"/>
        <w:ind w:left="720"/>
      </w:pPr>
      <w:r>
        <w:rPr>
          <w:rFonts w:ascii="Consolas" w:eastAsia="Consolas" w:hAnsi="Consolas"/>
          <w:sz w:val="18"/>
        </w:rPr>
        <w:t>تداخل جدی برند</w:t>
      </w:r>
    </w:p>
    <w:p w14:paraId="095E3BE7" w14:textId="77777777" w:rsidR="008A2FDF" w:rsidRDefault="00000000" w:rsidP="00094124">
      <w:pPr>
        <w:pStyle w:val="Title"/>
        <w:bidi/>
        <w:ind w:left="720"/>
      </w:pPr>
      <w:r>
        <w:t>32. نتیجه مطلوب</w:t>
      </w:r>
    </w:p>
    <w:p w14:paraId="7F2CC2CA" w14:textId="77777777" w:rsidR="008A2FDF" w:rsidRDefault="00000000" w:rsidP="00094124">
      <w:pPr>
        <w:bidi/>
        <w:spacing w:after="80"/>
        <w:ind w:left="720"/>
      </w:pPr>
      <w:r>
        <w:t>پروژه زمانی موفق است که نام نهایی:</w:t>
      </w:r>
    </w:p>
    <w:p w14:paraId="7339B039" w14:textId="77777777" w:rsidR="008A2FDF" w:rsidRDefault="00000000" w:rsidP="00094124">
      <w:pPr>
        <w:bidi/>
        <w:spacing w:after="120"/>
        <w:ind w:left="720"/>
        <w:jc w:val="center"/>
      </w:pPr>
      <w:r>
        <w:rPr>
          <w:rFonts w:ascii="Consolas" w:eastAsia="Consolas" w:hAnsi="Consolas"/>
          <w:sz w:val="18"/>
        </w:rPr>
        <w:t>ساختگی</w:t>
      </w:r>
      <w:r>
        <w:rPr>
          <w:rFonts w:ascii="Consolas" w:eastAsia="Consolas" w:hAnsi="Consolas"/>
          <w:sz w:val="18"/>
        </w:rPr>
        <w:br/>
        <w:t xml:space="preserve">   +</w:t>
      </w:r>
      <w:r>
        <w:rPr>
          <w:rFonts w:ascii="Consolas" w:eastAsia="Consolas" w:hAnsi="Consolas"/>
          <w:sz w:val="18"/>
        </w:rPr>
        <w:br/>
        <w:t>ماندگار</w:t>
      </w:r>
      <w:r>
        <w:rPr>
          <w:rFonts w:ascii="Consolas" w:eastAsia="Consolas" w:hAnsi="Consolas"/>
          <w:sz w:val="18"/>
        </w:rPr>
        <w:br/>
        <w:t xml:space="preserve">   +</w:t>
      </w:r>
      <w:r>
        <w:rPr>
          <w:rFonts w:ascii="Consolas" w:eastAsia="Consolas" w:hAnsi="Consolas"/>
          <w:sz w:val="18"/>
        </w:rPr>
        <w:br/>
        <w:t>راحت در فارسی</w:t>
      </w:r>
      <w:r>
        <w:rPr>
          <w:rFonts w:ascii="Consolas" w:eastAsia="Consolas" w:hAnsi="Consolas"/>
          <w:sz w:val="18"/>
        </w:rPr>
        <w:br/>
        <w:t xml:space="preserve">   +</w:t>
      </w:r>
      <w:r>
        <w:rPr>
          <w:rFonts w:ascii="Consolas" w:eastAsia="Consolas" w:hAnsi="Consolas"/>
          <w:sz w:val="18"/>
        </w:rPr>
        <w:br/>
        <w:t>راحت در انگلیسی</w:t>
      </w:r>
      <w:r>
        <w:rPr>
          <w:rFonts w:ascii="Consolas" w:eastAsia="Consolas" w:hAnsi="Consolas"/>
          <w:sz w:val="18"/>
        </w:rPr>
        <w:br/>
        <w:t xml:space="preserve">   +</w:t>
      </w:r>
      <w:r>
        <w:rPr>
          <w:rFonts w:ascii="Consolas" w:eastAsia="Consolas" w:hAnsi="Consolas"/>
          <w:sz w:val="18"/>
        </w:rPr>
        <w:br/>
        <w:t>تمیز از نظر بصری</w:t>
      </w:r>
      <w:r>
        <w:rPr>
          <w:rFonts w:ascii="Consolas" w:eastAsia="Consolas" w:hAnsi="Consolas"/>
          <w:sz w:val="18"/>
        </w:rPr>
        <w:br/>
        <w:t xml:space="preserve">   +</w:t>
      </w:r>
      <w:r>
        <w:rPr>
          <w:rFonts w:ascii="Consolas" w:eastAsia="Consolas" w:hAnsi="Consolas"/>
          <w:sz w:val="18"/>
        </w:rPr>
        <w:br/>
        <w:t>قابل توسعه</w:t>
      </w:r>
      <w:r>
        <w:rPr>
          <w:rFonts w:ascii="Consolas" w:eastAsia="Consolas" w:hAnsi="Consolas"/>
          <w:sz w:val="18"/>
        </w:rPr>
        <w:br/>
        <w:t xml:space="preserve">   +</w:t>
      </w:r>
      <w:r>
        <w:rPr>
          <w:rFonts w:ascii="Consolas" w:eastAsia="Consolas" w:hAnsi="Consolas"/>
          <w:sz w:val="18"/>
        </w:rPr>
        <w:br/>
        <w:t>غیرتوصیفی</w:t>
      </w:r>
      <w:r>
        <w:rPr>
          <w:rFonts w:ascii="Consolas" w:eastAsia="Consolas" w:hAnsi="Consolas"/>
          <w:sz w:val="18"/>
        </w:rPr>
        <w:br/>
        <w:t xml:space="preserve">   +</w:t>
      </w:r>
      <w:r>
        <w:rPr>
          <w:rFonts w:ascii="Consolas" w:eastAsia="Consolas" w:hAnsi="Consolas"/>
          <w:sz w:val="18"/>
        </w:rPr>
        <w:br/>
        <w:t>متمایز</w:t>
      </w:r>
      <w:r>
        <w:rPr>
          <w:rFonts w:ascii="Consolas" w:eastAsia="Consolas" w:hAnsi="Consolas"/>
          <w:sz w:val="18"/>
        </w:rPr>
        <w:br/>
        <w:t xml:space="preserve">   +</w:t>
      </w:r>
      <w:r>
        <w:rPr>
          <w:rFonts w:ascii="Consolas" w:eastAsia="Consolas" w:hAnsi="Consolas"/>
          <w:sz w:val="18"/>
        </w:rPr>
        <w:br/>
        <w:t>مناسب یک تیم</w:t>
      </w:r>
      <w:r>
        <w:rPr>
          <w:rFonts w:ascii="Consolas" w:eastAsia="Consolas" w:hAnsi="Consolas"/>
          <w:sz w:val="18"/>
        </w:rPr>
        <w:br/>
        <w:t xml:space="preserve">   +</w:t>
      </w:r>
      <w:r>
        <w:rPr>
          <w:rFonts w:ascii="Consolas" w:eastAsia="Consolas" w:hAnsi="Consolas"/>
          <w:sz w:val="18"/>
        </w:rPr>
        <w:br/>
        <w:t>مناسب یک اکوسیستم آینده</w:t>
      </w:r>
    </w:p>
    <w:p w14:paraId="072A69D4" w14:textId="77777777" w:rsidR="008A2FDF" w:rsidRDefault="00000000" w:rsidP="00094124">
      <w:pPr>
        <w:bidi/>
        <w:spacing w:after="80"/>
        <w:ind w:left="720"/>
      </w:pPr>
      <w:r>
        <w:t>باشد.</w:t>
      </w:r>
    </w:p>
    <w:p w14:paraId="012AABE2" w14:textId="77777777" w:rsidR="008A2FDF" w:rsidRDefault="00000000" w:rsidP="00094124">
      <w:pPr>
        <w:bidi/>
        <w:spacing w:after="80"/>
        <w:ind w:left="720"/>
      </w:pPr>
      <w:r>
        <w:t>واکنش ایده‌آل:</w:t>
      </w:r>
    </w:p>
    <w:p w14:paraId="5D10A39D" w14:textId="77777777" w:rsidR="008A2FDF" w:rsidRDefault="00000000" w:rsidP="00094124">
      <w:pPr>
        <w:bidi/>
        <w:ind w:left="1080"/>
      </w:pPr>
      <w:r>
        <w:rPr>
          <w:b/>
        </w:rPr>
        <w:t>«این خودشه.»</w:t>
      </w:r>
    </w:p>
    <w:p w14:paraId="6261A5CF" w14:textId="77777777" w:rsidR="008A2FDF" w:rsidRDefault="00000000" w:rsidP="00094124">
      <w:pPr>
        <w:bidi/>
        <w:spacing w:after="80"/>
        <w:ind w:left="720"/>
      </w:pPr>
      <w:r>
        <w:t>نه:</w:t>
      </w:r>
    </w:p>
    <w:p w14:paraId="5722F175" w14:textId="77777777" w:rsidR="008A2FDF" w:rsidRDefault="00000000" w:rsidP="00094124">
      <w:pPr>
        <w:bidi/>
        <w:ind w:left="1080"/>
      </w:pPr>
      <w:r>
        <w:rPr>
          <w:b/>
        </w:rPr>
        <w:t>«چون آزاد بود، استفاده کنیم.»</w:t>
      </w:r>
    </w:p>
    <w:p w14:paraId="7BE3C1F5" w14:textId="77777777" w:rsidR="008A2FDF" w:rsidRDefault="00000000" w:rsidP="00094124">
      <w:pPr>
        <w:pStyle w:val="Title"/>
        <w:bidi/>
        <w:ind w:left="720"/>
      </w:pPr>
      <w:r>
        <w:t>33. محدودیت خلاقیت</w:t>
      </w:r>
    </w:p>
    <w:p w14:paraId="6B94D64D" w14:textId="77777777" w:rsidR="008A2FDF" w:rsidRDefault="00000000" w:rsidP="00094124">
      <w:pPr>
        <w:bidi/>
        <w:spacing w:after="80"/>
        <w:ind w:left="720"/>
      </w:pPr>
      <w:r>
        <w:t>لطفاً داخل الگوهای معمول نام‌گذاری استارتاپ‌ها نمانید.</w:t>
      </w:r>
    </w:p>
    <w:p w14:paraId="47EE4361" w14:textId="77777777" w:rsidR="008A2FDF" w:rsidRDefault="00000000" w:rsidP="00094124">
      <w:pPr>
        <w:bidi/>
        <w:spacing w:after="80"/>
        <w:ind w:left="720"/>
      </w:pPr>
      <w:r>
        <w:t>من به دنبال نام‌هایی هستم که حس کنند:</w:t>
      </w:r>
    </w:p>
    <w:p w14:paraId="1A9BC060" w14:textId="77777777" w:rsidR="008A2FDF" w:rsidRDefault="00000000" w:rsidP="00094124">
      <w:pPr>
        <w:bidi/>
        <w:ind w:left="1080"/>
      </w:pPr>
      <w:r>
        <w:rPr>
          <w:b/>
        </w:rPr>
        <w:lastRenderedPageBreak/>
        <w:t>**کشف شده‌اند، نه اینکه از یک Startup Name Generator ساخته شده‌اند.**</w:t>
      </w:r>
    </w:p>
    <w:p w14:paraId="642FD812" w14:textId="77777777" w:rsidR="008A2FDF" w:rsidRDefault="00000000" w:rsidP="00094124">
      <w:pPr>
        <w:bidi/>
        <w:spacing w:after="80"/>
        <w:ind w:left="720"/>
      </w:pPr>
      <w:r>
        <w:t>از این موارد نترسید:</w:t>
      </w:r>
    </w:p>
    <w:p w14:paraId="1A812965" w14:textId="77777777" w:rsidR="008A2FDF" w:rsidRDefault="00000000" w:rsidP="00094124">
      <w:pPr>
        <w:pStyle w:val="ListBullet"/>
        <w:tabs>
          <w:tab w:val="clear" w:pos="360"/>
          <w:tab w:val="num" w:pos="1080"/>
        </w:tabs>
        <w:bidi/>
        <w:ind w:left="1080"/>
      </w:pPr>
      <w:r>
        <w:t>کلمات ساختگی</w:t>
      </w:r>
    </w:p>
    <w:p w14:paraId="681DCF05" w14:textId="77777777" w:rsidR="008A2FDF" w:rsidRDefault="00000000" w:rsidP="00094124">
      <w:pPr>
        <w:pStyle w:val="ListBullet"/>
        <w:tabs>
          <w:tab w:val="clear" w:pos="360"/>
          <w:tab w:val="num" w:pos="1080"/>
        </w:tabs>
        <w:bidi/>
        <w:ind w:left="1080"/>
      </w:pPr>
      <w:r>
        <w:t>هجاهای غیرمعمول</w:t>
      </w:r>
    </w:p>
    <w:p w14:paraId="5A9BF005" w14:textId="77777777" w:rsidR="008A2FDF" w:rsidRDefault="00000000" w:rsidP="00094124">
      <w:pPr>
        <w:pStyle w:val="ListBullet"/>
        <w:tabs>
          <w:tab w:val="clear" w:pos="360"/>
          <w:tab w:val="num" w:pos="1080"/>
        </w:tabs>
        <w:bidi/>
        <w:ind w:left="1080"/>
      </w:pPr>
      <w:r>
        <w:t>ترکیب‌های غیرمنتظره</w:t>
      </w:r>
    </w:p>
    <w:p w14:paraId="2B53DDAA" w14:textId="77777777" w:rsidR="008A2FDF" w:rsidRDefault="00000000" w:rsidP="00094124">
      <w:pPr>
        <w:pStyle w:val="ListBullet"/>
        <w:tabs>
          <w:tab w:val="clear" w:pos="360"/>
          <w:tab w:val="num" w:pos="1080"/>
        </w:tabs>
        <w:bidi/>
        <w:ind w:left="1080"/>
      </w:pPr>
      <w:r>
        <w:t>صداهای کمی عجیب اما ماندگار</w:t>
      </w:r>
    </w:p>
    <w:p w14:paraId="4B6B812C" w14:textId="77777777" w:rsidR="008A2FDF" w:rsidRDefault="00000000" w:rsidP="00094124">
      <w:pPr>
        <w:pStyle w:val="ListBullet"/>
        <w:tabs>
          <w:tab w:val="clear" w:pos="360"/>
          <w:tab w:val="num" w:pos="1080"/>
        </w:tabs>
        <w:bidi/>
        <w:ind w:left="1080"/>
      </w:pPr>
      <w:r>
        <w:t>کلمات بدون معنی مستقیم</w:t>
      </w:r>
    </w:p>
    <w:p w14:paraId="76475A96" w14:textId="77777777" w:rsidR="008A2FDF" w:rsidRDefault="00000000" w:rsidP="00094124">
      <w:pPr>
        <w:bidi/>
        <w:spacing w:after="80"/>
        <w:ind w:left="720"/>
      </w:pPr>
      <w:r>
        <w:t>اما در عین حال نام نباید کاملاً تصادفی باشد.</w:t>
      </w:r>
    </w:p>
    <w:p w14:paraId="2A6B1206" w14:textId="77777777" w:rsidR="008A2FDF" w:rsidRDefault="00000000" w:rsidP="00094124">
      <w:pPr>
        <w:bidi/>
        <w:spacing w:after="80"/>
        <w:ind w:left="720"/>
      </w:pPr>
      <w:r>
        <w:t>باید یک منطق آوایی درونی داشته باشد.</w:t>
      </w:r>
    </w:p>
    <w:p w14:paraId="3CDFAD6D" w14:textId="77777777" w:rsidR="008A2FDF" w:rsidRDefault="00000000" w:rsidP="00094124">
      <w:pPr>
        <w:pStyle w:val="Title"/>
        <w:bidi/>
        <w:ind w:left="720"/>
      </w:pPr>
      <w:r>
        <w:t>34. مهم‌ترین سؤال</w:t>
      </w:r>
    </w:p>
    <w:p w14:paraId="6C0D0CC8" w14:textId="77777777" w:rsidR="008A2FDF" w:rsidRDefault="00000000" w:rsidP="00094124">
      <w:pPr>
        <w:bidi/>
        <w:spacing w:after="80"/>
        <w:ind w:left="720"/>
      </w:pPr>
      <w:r>
        <w:t>قبل از پیشنهاد هر نام این سؤال را بپرسید:</w:t>
      </w:r>
    </w:p>
    <w:p w14:paraId="4BB03ADC" w14:textId="77777777" w:rsidR="008A2FDF" w:rsidRDefault="00000000" w:rsidP="00094124">
      <w:pPr>
        <w:bidi/>
        <w:ind w:left="1080"/>
      </w:pPr>
      <w:r>
        <w:rPr>
          <w:b/>
        </w:rPr>
        <w:t>**آیا این کلمه می‌تواند نام سازمانی باشد که طی ۱۰ تا ۲۰ سال آینده چیزهای بسیار متفاوتی می‌سازد؟**</w:t>
      </w:r>
    </w:p>
    <w:p w14:paraId="42CEDA78" w14:textId="77777777" w:rsidR="008A2FDF" w:rsidRDefault="00000000" w:rsidP="00094124">
      <w:pPr>
        <w:bidi/>
        <w:spacing w:after="80"/>
        <w:ind w:left="720"/>
      </w:pPr>
      <w:r>
        <w:t>اگر جواب بله است، نام ارزش بررسی دارد.</w:t>
      </w:r>
    </w:p>
    <w:p w14:paraId="14A0118D" w14:textId="77777777" w:rsidR="008A2FDF" w:rsidRDefault="00000000" w:rsidP="00094124">
      <w:pPr>
        <w:bidi/>
        <w:spacing w:after="80"/>
        <w:ind w:left="720"/>
      </w:pPr>
      <w:r>
        <w:t>اگر فقط شبیه:</w:t>
      </w:r>
    </w:p>
    <w:p w14:paraId="5BCE0D89" w14:textId="77777777" w:rsidR="008A2FDF" w:rsidRDefault="00000000" w:rsidP="00094124">
      <w:pPr>
        <w:pStyle w:val="ListBullet"/>
        <w:tabs>
          <w:tab w:val="clear" w:pos="360"/>
          <w:tab w:val="num" w:pos="1080"/>
        </w:tabs>
        <w:bidi/>
        <w:ind w:left="1080"/>
      </w:pPr>
      <w:r>
        <w:t>یک SaaS</w:t>
      </w:r>
    </w:p>
    <w:p w14:paraId="0AEA2D45" w14:textId="77777777" w:rsidR="008A2FDF" w:rsidRDefault="00000000" w:rsidP="00094124">
      <w:pPr>
        <w:pStyle w:val="ListBullet"/>
        <w:tabs>
          <w:tab w:val="clear" w:pos="360"/>
          <w:tab w:val="num" w:pos="1080"/>
        </w:tabs>
        <w:bidi/>
        <w:ind w:left="1080"/>
      </w:pPr>
      <w:r>
        <w:t>یک آژانس</w:t>
      </w:r>
    </w:p>
    <w:p w14:paraId="54D76424" w14:textId="77777777" w:rsidR="008A2FDF" w:rsidRDefault="00000000" w:rsidP="00094124">
      <w:pPr>
        <w:pStyle w:val="ListBullet"/>
        <w:tabs>
          <w:tab w:val="clear" w:pos="360"/>
          <w:tab w:val="num" w:pos="1080"/>
        </w:tabs>
        <w:bidi/>
        <w:ind w:left="1080"/>
      </w:pPr>
      <w:r>
        <w:t>یک ابزار برنامه‌نویسی</w:t>
      </w:r>
    </w:p>
    <w:p w14:paraId="66299C22" w14:textId="77777777" w:rsidR="008A2FDF" w:rsidRDefault="00000000" w:rsidP="00094124">
      <w:pPr>
        <w:pStyle w:val="ListBullet"/>
        <w:tabs>
          <w:tab w:val="clear" w:pos="360"/>
          <w:tab w:val="num" w:pos="1080"/>
        </w:tabs>
        <w:bidi/>
        <w:ind w:left="1080"/>
      </w:pPr>
      <w:r>
        <w:t>یک پلتفرم کدنویسی</w:t>
      </w:r>
    </w:p>
    <w:p w14:paraId="6557A322" w14:textId="77777777" w:rsidR="008A2FDF" w:rsidRDefault="00000000" w:rsidP="00094124">
      <w:pPr>
        <w:pStyle w:val="ListBullet"/>
        <w:tabs>
          <w:tab w:val="clear" w:pos="360"/>
          <w:tab w:val="num" w:pos="1080"/>
        </w:tabs>
        <w:bidi/>
        <w:ind w:left="1080"/>
      </w:pPr>
      <w:r>
        <w:t>یک استارتاپ موقت</w:t>
      </w:r>
    </w:p>
    <w:p w14:paraId="6E1A46EF" w14:textId="77777777" w:rsidR="008A2FDF" w:rsidRDefault="00000000" w:rsidP="00094124">
      <w:pPr>
        <w:bidi/>
        <w:spacing w:after="80"/>
        <w:ind w:left="720"/>
      </w:pPr>
      <w:r>
        <w:t>به نظر برسد، احتمالاً بیش از حد محدود است.</w:t>
      </w:r>
    </w:p>
    <w:p w14:paraId="4C894804" w14:textId="77777777" w:rsidR="008A2FDF" w:rsidRDefault="00000000" w:rsidP="00094124">
      <w:pPr>
        <w:pStyle w:val="Title"/>
        <w:bidi/>
        <w:ind w:left="720"/>
      </w:pPr>
      <w:r>
        <w:t>35. خلاصه خلاقانه پروژه</w:t>
      </w:r>
    </w:p>
    <w:p w14:paraId="499C91ED" w14:textId="77777777" w:rsidR="008A2FDF" w:rsidRDefault="00000000" w:rsidP="00094124">
      <w:pPr>
        <w:bidi/>
        <w:ind w:left="1080"/>
      </w:pPr>
      <w:r>
        <w:rPr>
          <w:b/>
        </w:rPr>
        <w:t>ما به دنبال یک برند مادر کوتاه، متمایز و ساختگی برای یک اکوسیستم تکنولوژی و خلاقیت هستیم که توسط تیمی از سازنده‌ها، برنامه‌نویس‌ها، خالق‌ها، طراح‌ها و حل‌کننده‌های مسئله ساخته می‌شود. این مجموعه قرار است ایده‌ها را بررسی کند، با تکنولوژی آزمایش کند، محصول بسازد، رسانه و محتوا ایجاد کند، کامیونیتی رشد دهد، پروژه اجرا کند و در نهایت کسب‌وکارها و ونچرهای مختلفی بسازد. نام باید مدرن، مینیمال، مستقل، خلاق، تکنولوژیک و Builder-driven باشد؛ بدون اینکه شرکتی، کلیشه‌ای یا بیش از حد توضیح‌دهنده باشد. طول ترجیحی ۴ تا ۷ حرف و ایده‌آل ۵ تا ۶ حرف است و نام بهتر است ۲ تا ۳ هجا و تلفظ ساده در فارسی و انگلیسی داشته باشد. کلمات انتزاعی و ساختگی کاملاً مورد استقبال هستند. نام باید به‌تنهایی یک برند باشد و بتواند در آینده با ساختارهایی مانند Labs، Studio، Radio، Media، Community، Ventures و Products توسعه پیدا کند. از الگوهای کلیشه‌ای تکنولوژی و کلمات Tech، Code، Dev، Digital، AI، Solutions، Build، Lab و Studio در نام اصلی دوری شود. هدف پیدا کردن کلمه‌ای نیست که فعالیت ما را توضیح دهد؛ هدف پیدا کردن کلمه‌ای است که در آینده بتواند نماینده تمام چیزهایی باشد که می‌سازیم.</w:t>
      </w:r>
    </w:p>
    <w:p w14:paraId="4712C12B" w14:textId="77777777" w:rsidR="008A2FDF" w:rsidRDefault="00000000" w:rsidP="00094124">
      <w:pPr>
        <w:pStyle w:val="Heading1"/>
        <w:bidi/>
        <w:ind w:left="720"/>
      </w:pPr>
      <w:r>
        <w:lastRenderedPageBreak/>
        <w:t>اصل نهایی</w:t>
      </w:r>
    </w:p>
    <w:p w14:paraId="35896D42" w14:textId="1D92775D" w:rsidR="008A2FDF" w:rsidRDefault="00000000" w:rsidP="00094124">
      <w:pPr>
        <w:bidi/>
        <w:ind w:left="1080"/>
      </w:pPr>
      <w:r>
        <w:rPr>
          <w:b/>
        </w:rPr>
        <w:t>ما در حال نام‌گذاری اکوسیستم هستیم، نه اولین محصول</w:t>
      </w:r>
    </w:p>
    <w:sectPr w:rsidR="008A2FDF"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C7F9" w14:textId="77777777" w:rsidR="00325A5F" w:rsidRDefault="00325A5F">
      <w:pPr>
        <w:spacing w:after="0" w:line="240" w:lineRule="auto"/>
      </w:pPr>
      <w:r>
        <w:separator/>
      </w:r>
    </w:p>
  </w:endnote>
  <w:endnote w:type="continuationSeparator" w:id="0">
    <w:p w14:paraId="329A6155" w14:textId="77777777" w:rsidR="00325A5F" w:rsidRDefault="0032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128D" w14:textId="1283B97A" w:rsidR="008A2FDF" w:rsidRDefault="008A2FDF">
    <w:pPr>
      <w:pStyle w:val="Footer"/>
      <w:bid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1BED" w14:textId="77777777" w:rsidR="00325A5F" w:rsidRDefault="00325A5F">
      <w:pPr>
        <w:spacing w:after="0" w:line="240" w:lineRule="auto"/>
      </w:pPr>
      <w:r>
        <w:separator/>
      </w:r>
    </w:p>
  </w:footnote>
  <w:footnote w:type="continuationSeparator" w:id="0">
    <w:p w14:paraId="13A7263A" w14:textId="77777777" w:rsidR="00325A5F" w:rsidRDefault="00325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5859466">
    <w:abstractNumId w:val="8"/>
  </w:num>
  <w:num w:numId="2" w16cid:durableId="2012951653">
    <w:abstractNumId w:val="6"/>
  </w:num>
  <w:num w:numId="3" w16cid:durableId="160316873">
    <w:abstractNumId w:val="5"/>
  </w:num>
  <w:num w:numId="4" w16cid:durableId="1771968206">
    <w:abstractNumId w:val="4"/>
  </w:num>
  <w:num w:numId="5" w16cid:durableId="1379625027">
    <w:abstractNumId w:val="7"/>
  </w:num>
  <w:num w:numId="6" w16cid:durableId="297807418">
    <w:abstractNumId w:val="3"/>
  </w:num>
  <w:num w:numId="7" w16cid:durableId="1004043910">
    <w:abstractNumId w:val="2"/>
  </w:num>
  <w:num w:numId="8" w16cid:durableId="561983651">
    <w:abstractNumId w:val="1"/>
  </w:num>
  <w:num w:numId="9" w16cid:durableId="115456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124"/>
    <w:rsid w:val="0015074B"/>
    <w:rsid w:val="0029639D"/>
    <w:rsid w:val="00325A5F"/>
    <w:rsid w:val="00326F90"/>
    <w:rsid w:val="006227C2"/>
    <w:rsid w:val="00812DF9"/>
    <w:rsid w:val="0089688F"/>
    <w:rsid w:val="008A2FDF"/>
    <w:rsid w:val="00A15E08"/>
    <w:rsid w:val="00AA1D8D"/>
    <w:rsid w:val="00B47730"/>
    <w:rsid w:val="00CB0664"/>
    <w:rsid w:val="00CF6A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45EB8"/>
  <w14:defaultImageDpi w14:val="300"/>
  <w15:docId w15:val="{BF72A8BF-57ED-446F-BDCD-79119F7E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ahoma" w:eastAsia="Tahoma" w:hAnsi="Tahom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2460</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Omid Rashidifam</cp:lastModifiedBy>
  <cp:revision>8</cp:revision>
  <cp:lastPrinted>2026-08-17T07:04:00Z</cp:lastPrinted>
  <dcterms:created xsi:type="dcterms:W3CDTF">2013-12-23T23:15:00Z</dcterms:created>
  <dcterms:modified xsi:type="dcterms:W3CDTF">2026-08-17T07:04:00Z</dcterms:modified>
  <cp:category/>
</cp:coreProperties>
</file>