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31C" w:rsidRDefault="00241D1E" w:rsidP="00241D1E">
      <w:pPr>
        <w:bidi/>
        <w:spacing w:after="120"/>
      </w:pPr>
      <w:r>
        <w:rPr>
          <w:rFonts w:cs="Arial"/>
          <w:b/>
          <w:bCs/>
          <w:color w:val="144367"/>
          <w:sz w:val="24"/>
          <w:szCs w:val="24"/>
          <w:rtl/>
        </w:rPr>
        <w:t>شرح</w:t>
      </w:r>
      <w:r>
        <w:rPr>
          <w:b/>
          <w:color w:val="144367"/>
          <w:sz w:val="24"/>
        </w:rPr>
        <w:t xml:space="preserve"> </w:t>
      </w:r>
      <w:r>
        <w:rPr>
          <w:rFonts w:cs="Arial"/>
          <w:b/>
          <w:bCs/>
          <w:color w:val="144367"/>
          <w:sz w:val="24"/>
          <w:szCs w:val="24"/>
          <w:rtl/>
        </w:rPr>
        <w:t>پروژه</w:t>
      </w:r>
      <w:r>
        <w:rPr>
          <w:b/>
          <w:color w:val="144367"/>
          <w:sz w:val="24"/>
        </w:rPr>
        <w:t xml:space="preserve"> </w:t>
      </w:r>
      <w:r>
        <w:rPr>
          <w:rFonts w:cs="Arial"/>
          <w:b/>
          <w:bCs/>
          <w:color w:val="144367"/>
          <w:sz w:val="24"/>
          <w:szCs w:val="24"/>
          <w:rtl/>
        </w:rPr>
        <w:t>همکاری</w:t>
      </w:r>
      <w:r>
        <w:rPr>
          <w:b/>
          <w:color w:val="144367"/>
          <w:sz w:val="24"/>
        </w:rPr>
        <w:t xml:space="preserve"> </w:t>
      </w:r>
      <w:r>
        <w:rPr>
          <w:rFonts w:cs="Arial"/>
          <w:b/>
          <w:bCs/>
          <w:color w:val="144367"/>
          <w:sz w:val="24"/>
          <w:szCs w:val="24"/>
          <w:rtl/>
        </w:rPr>
        <w:t>از</w:t>
      </w:r>
      <w:r>
        <w:rPr>
          <w:b/>
          <w:color w:val="144367"/>
          <w:sz w:val="24"/>
        </w:rPr>
        <w:t xml:space="preserve"> </w:t>
      </w:r>
      <w:r>
        <w:rPr>
          <w:rFonts w:cs="Arial"/>
          <w:b/>
          <w:bCs/>
          <w:color w:val="144367"/>
          <w:sz w:val="24"/>
          <w:szCs w:val="24"/>
          <w:rtl/>
        </w:rPr>
        <w:t>راه</w:t>
      </w:r>
      <w:r>
        <w:rPr>
          <w:b/>
          <w:color w:val="144367"/>
          <w:sz w:val="24"/>
        </w:rPr>
        <w:t xml:space="preserve"> </w:t>
      </w:r>
      <w:r>
        <w:rPr>
          <w:rFonts w:cs="Arial"/>
          <w:b/>
          <w:bCs/>
          <w:color w:val="144367"/>
          <w:sz w:val="24"/>
          <w:szCs w:val="24"/>
          <w:rtl/>
        </w:rPr>
        <w:t>دور</w:t>
      </w:r>
      <w:r>
        <w:rPr>
          <w:b/>
          <w:color w:val="144367"/>
          <w:sz w:val="24"/>
        </w:rPr>
        <w:t xml:space="preserve"> </w:t>
      </w:r>
      <w:r>
        <w:rPr>
          <w:rFonts w:cs="Arial"/>
          <w:b/>
          <w:bCs/>
          <w:color w:val="144367"/>
          <w:sz w:val="24"/>
          <w:szCs w:val="24"/>
          <w:rtl/>
        </w:rPr>
        <w:t>برای</w:t>
      </w:r>
      <w:r>
        <w:rPr>
          <w:b/>
          <w:color w:val="144367"/>
          <w:sz w:val="24"/>
        </w:rPr>
        <w:t xml:space="preserve"> </w:t>
      </w:r>
      <w:r>
        <w:rPr>
          <w:rFonts w:cs="Arial"/>
          <w:b/>
          <w:bCs/>
          <w:color w:val="144367"/>
          <w:sz w:val="24"/>
          <w:szCs w:val="24"/>
          <w:rtl/>
        </w:rPr>
        <w:t>طراحی،</w:t>
      </w:r>
      <w:r>
        <w:rPr>
          <w:b/>
          <w:color w:val="144367"/>
          <w:sz w:val="24"/>
        </w:rPr>
        <w:t xml:space="preserve"> </w:t>
      </w:r>
      <w:r>
        <w:rPr>
          <w:rFonts w:cs="Arial"/>
          <w:b/>
          <w:bCs/>
          <w:color w:val="144367"/>
          <w:sz w:val="24"/>
          <w:szCs w:val="24"/>
          <w:rtl/>
        </w:rPr>
        <w:t>برنامه</w:t>
      </w:r>
      <w:r>
        <w:rPr>
          <w:b/>
          <w:color w:val="144367"/>
          <w:sz w:val="24"/>
        </w:rPr>
        <w:t>‌</w:t>
      </w:r>
      <w:r>
        <w:rPr>
          <w:rFonts w:cs="Arial"/>
          <w:b/>
          <w:bCs/>
          <w:color w:val="144367"/>
          <w:sz w:val="24"/>
          <w:szCs w:val="24"/>
          <w:rtl/>
        </w:rPr>
        <w:t>نویسی</w:t>
      </w:r>
      <w:r>
        <w:rPr>
          <w:b/>
          <w:color w:val="144367"/>
          <w:sz w:val="24"/>
        </w:rPr>
        <w:t xml:space="preserve"> </w:t>
      </w:r>
      <w:r>
        <w:rPr>
          <w:rFonts w:cs="Arial"/>
          <w:b/>
          <w:bCs/>
          <w:color w:val="144367"/>
          <w:sz w:val="24"/>
          <w:szCs w:val="24"/>
          <w:rtl/>
        </w:rPr>
        <w:t>و</w:t>
      </w:r>
      <w:r>
        <w:rPr>
          <w:b/>
          <w:color w:val="144367"/>
          <w:sz w:val="24"/>
        </w:rPr>
        <w:t xml:space="preserve"> </w:t>
      </w:r>
      <w:r>
        <w:rPr>
          <w:rFonts w:cs="Arial"/>
          <w:b/>
          <w:bCs/>
          <w:color w:val="144367"/>
          <w:sz w:val="24"/>
          <w:szCs w:val="24"/>
          <w:rtl/>
        </w:rPr>
        <w:t>راه</w:t>
      </w:r>
      <w:r>
        <w:rPr>
          <w:b/>
          <w:color w:val="144367"/>
          <w:sz w:val="24"/>
        </w:rPr>
        <w:t>‌</w:t>
      </w:r>
      <w:r>
        <w:rPr>
          <w:rFonts w:cs="Arial"/>
          <w:b/>
          <w:bCs/>
          <w:color w:val="144367"/>
          <w:sz w:val="24"/>
          <w:szCs w:val="24"/>
          <w:rtl/>
        </w:rPr>
        <w:t>اندازی</w:t>
      </w:r>
      <w:r>
        <w:rPr>
          <w:b/>
          <w:color w:val="144367"/>
          <w:sz w:val="24"/>
        </w:rPr>
        <w:t xml:space="preserve"> </w:t>
      </w:r>
      <w:r>
        <w:rPr>
          <w:rFonts w:cs="Arial"/>
          <w:b/>
          <w:bCs/>
          <w:color w:val="144367"/>
          <w:sz w:val="24"/>
          <w:szCs w:val="24"/>
          <w:rtl/>
        </w:rPr>
        <w:t>سیستم</w:t>
      </w:r>
      <w:r>
        <w:rPr>
          <w:b/>
          <w:color w:val="144367"/>
          <w:sz w:val="24"/>
        </w:rPr>
        <w:t xml:space="preserve"> </w:t>
      </w:r>
      <w:r>
        <w:rPr>
          <w:rFonts w:cs="Arial"/>
          <w:b/>
          <w:bCs/>
          <w:color w:val="144367"/>
          <w:sz w:val="24"/>
          <w:szCs w:val="24"/>
          <w:rtl/>
        </w:rPr>
        <w:t>اتوماسیون</w:t>
      </w:r>
      <w:r>
        <w:rPr>
          <w:b/>
          <w:color w:val="144367"/>
          <w:sz w:val="24"/>
        </w:rPr>
        <w:t xml:space="preserve"> </w:t>
      </w:r>
      <w:r>
        <w:rPr>
          <w:rFonts w:cs="Arial"/>
          <w:b/>
          <w:bCs/>
          <w:color w:val="144367"/>
          <w:sz w:val="24"/>
          <w:szCs w:val="24"/>
          <w:rtl/>
        </w:rPr>
        <w:t>ساختمان</w:t>
      </w:r>
    </w:p>
    <w:p w:rsidR="0031231C" w:rsidRDefault="00241D1E" w:rsidP="00241D1E">
      <w:pPr>
        <w:bidi/>
        <w:spacing w:after="120"/>
      </w:pPr>
      <w:r>
        <w:rPr>
          <w:rFonts w:cs="Arial"/>
          <w:szCs w:val="21"/>
          <w:rtl/>
        </w:rPr>
        <w:t>نوع</w:t>
      </w:r>
      <w:r>
        <w:t xml:space="preserve"> </w:t>
      </w:r>
      <w:r>
        <w:rPr>
          <w:rFonts w:cs="Arial"/>
          <w:szCs w:val="21"/>
          <w:rtl/>
        </w:rPr>
        <w:t>همکاری</w:t>
      </w:r>
      <w:r>
        <w:t xml:space="preserve">: </w:t>
      </w:r>
      <w:r>
        <w:rPr>
          <w:rFonts w:cs="Arial"/>
          <w:szCs w:val="21"/>
          <w:rtl/>
        </w:rPr>
        <w:t>کاملاً</w:t>
      </w:r>
      <w:r>
        <w:t xml:space="preserve"> </w:t>
      </w:r>
      <w:r>
        <w:rPr>
          <w:rFonts w:cs="Arial"/>
          <w:szCs w:val="21"/>
          <w:rtl/>
        </w:rPr>
        <w:t>از</w:t>
      </w:r>
      <w:r>
        <w:t xml:space="preserve"> </w:t>
      </w:r>
      <w:r>
        <w:rPr>
          <w:rFonts w:cs="Arial"/>
          <w:szCs w:val="21"/>
          <w:rtl/>
        </w:rPr>
        <w:t>راه</w:t>
      </w:r>
      <w:r>
        <w:t xml:space="preserve"> </w:t>
      </w:r>
      <w:r>
        <w:rPr>
          <w:rFonts w:cs="Arial"/>
          <w:szCs w:val="21"/>
          <w:rtl/>
        </w:rPr>
        <w:t>دور</w:t>
      </w:r>
      <w:r>
        <w:t xml:space="preserve"> </w:t>
      </w:r>
      <w:r>
        <w:t xml:space="preserve"> </w:t>
      </w:r>
      <w:r>
        <w:rPr>
          <w:rFonts w:cs="Arial"/>
          <w:szCs w:val="21"/>
          <w:rtl/>
        </w:rPr>
        <w:t>مدل</w:t>
      </w:r>
      <w:r>
        <w:t xml:space="preserve"> </w:t>
      </w:r>
      <w:r>
        <w:rPr>
          <w:rFonts w:cs="Arial"/>
          <w:szCs w:val="21"/>
          <w:rtl/>
        </w:rPr>
        <w:t>قرارداد</w:t>
      </w:r>
      <w:r>
        <w:t xml:space="preserve">: </w:t>
      </w:r>
      <w:r>
        <w:rPr>
          <w:rFonts w:cs="Arial"/>
          <w:szCs w:val="21"/>
          <w:rtl/>
        </w:rPr>
        <w:t>قیمت</w:t>
      </w:r>
      <w:r>
        <w:t xml:space="preserve"> </w:t>
      </w:r>
      <w:r>
        <w:rPr>
          <w:rFonts w:cs="Arial"/>
          <w:szCs w:val="21"/>
          <w:rtl/>
        </w:rPr>
        <w:t>ثابت</w:t>
      </w:r>
      <w:r>
        <w:t xml:space="preserve"> </w:t>
      </w:r>
      <w:r>
        <w:rPr>
          <w:rFonts w:cs="Arial"/>
          <w:szCs w:val="21"/>
          <w:rtl/>
        </w:rPr>
        <w:t>برای</w:t>
      </w:r>
      <w:r>
        <w:t xml:space="preserve"> </w:t>
      </w:r>
      <w:r>
        <w:rPr>
          <w:rFonts w:cs="Arial"/>
          <w:szCs w:val="21"/>
          <w:rtl/>
        </w:rPr>
        <w:t>کل</w:t>
      </w:r>
      <w:r>
        <w:t xml:space="preserve"> </w:t>
      </w:r>
      <w:r>
        <w:rPr>
          <w:rFonts w:cs="Arial"/>
          <w:szCs w:val="21"/>
          <w:rtl/>
        </w:rPr>
        <w:t>پروژه</w:t>
      </w:r>
    </w:p>
    <w:p w:rsidR="0031231C" w:rsidRDefault="00241D1E" w:rsidP="00241D1E">
      <w:pPr>
        <w:bidi/>
        <w:spacing w:after="120"/>
      </w:pPr>
      <w:r>
        <w:rPr>
          <w:rFonts w:cs="Arial"/>
          <w:b/>
          <w:bCs/>
          <w:color w:val="144367"/>
          <w:sz w:val="24"/>
          <w:szCs w:val="24"/>
          <w:rtl/>
        </w:rPr>
        <w:t>۱</w:t>
      </w:r>
      <w:r>
        <w:rPr>
          <w:b/>
          <w:color w:val="144367"/>
          <w:sz w:val="24"/>
        </w:rPr>
        <w:t xml:space="preserve">. </w:t>
      </w:r>
      <w:r>
        <w:rPr>
          <w:rFonts w:cs="Arial"/>
          <w:b/>
          <w:bCs/>
          <w:color w:val="144367"/>
          <w:sz w:val="24"/>
          <w:szCs w:val="24"/>
          <w:rtl/>
        </w:rPr>
        <w:t>معرفی</w:t>
      </w:r>
      <w:r>
        <w:rPr>
          <w:b/>
          <w:color w:val="144367"/>
          <w:sz w:val="24"/>
        </w:rPr>
        <w:t xml:space="preserve"> </w:t>
      </w:r>
      <w:r>
        <w:rPr>
          <w:rFonts w:cs="Arial"/>
          <w:b/>
          <w:bCs/>
          <w:color w:val="144367"/>
          <w:sz w:val="24"/>
          <w:szCs w:val="24"/>
          <w:rtl/>
        </w:rPr>
        <w:t>پروژه</w:t>
      </w:r>
    </w:p>
    <w:p w:rsidR="0031231C" w:rsidRDefault="00241D1E" w:rsidP="00241D1E">
      <w:pPr>
        <w:bidi/>
        <w:spacing w:after="120"/>
      </w:pPr>
      <w:r>
        <w:rPr>
          <w:rFonts w:cs="Arial"/>
          <w:szCs w:val="21"/>
          <w:rtl/>
        </w:rPr>
        <w:t>به</w:t>
      </w:r>
      <w:r>
        <w:t xml:space="preserve"> </w:t>
      </w:r>
      <w:r>
        <w:rPr>
          <w:rFonts w:cs="Arial"/>
          <w:szCs w:val="21"/>
          <w:rtl/>
        </w:rPr>
        <w:t>دنبال</w:t>
      </w:r>
      <w:r>
        <w:t xml:space="preserve"> </w:t>
      </w:r>
      <w:r>
        <w:rPr>
          <w:rFonts w:cs="Arial"/>
          <w:szCs w:val="21"/>
          <w:rtl/>
        </w:rPr>
        <w:t>یک</w:t>
      </w:r>
      <w:r>
        <w:t xml:space="preserve"> </w:t>
      </w:r>
      <w:r>
        <w:rPr>
          <w:rFonts w:cs="Arial"/>
          <w:szCs w:val="21"/>
          <w:rtl/>
        </w:rPr>
        <w:t>متخصص</w:t>
      </w:r>
      <w:r>
        <w:t xml:space="preserve"> </w:t>
      </w:r>
      <w:r>
        <w:rPr>
          <w:rFonts w:cs="Arial"/>
          <w:szCs w:val="21"/>
          <w:rtl/>
        </w:rPr>
        <w:t>یا</w:t>
      </w:r>
      <w:r>
        <w:t xml:space="preserve"> </w:t>
      </w:r>
      <w:r>
        <w:rPr>
          <w:rFonts w:cs="Arial"/>
          <w:szCs w:val="21"/>
          <w:rtl/>
        </w:rPr>
        <w:t>فریلنسر</w:t>
      </w:r>
      <w:r>
        <w:t xml:space="preserve"> </w:t>
      </w:r>
      <w:r>
        <w:rPr>
          <w:rFonts w:cs="Arial"/>
          <w:szCs w:val="21"/>
          <w:rtl/>
        </w:rPr>
        <w:t>باتجربه</w:t>
      </w:r>
      <w:r>
        <w:t xml:space="preserve"> </w:t>
      </w:r>
      <w:r>
        <w:rPr>
          <w:rFonts w:cs="Arial"/>
          <w:szCs w:val="21"/>
          <w:rtl/>
        </w:rPr>
        <w:t>در</w:t>
      </w:r>
      <w:r>
        <w:t xml:space="preserve"> </w:t>
      </w:r>
      <w:r>
        <w:rPr>
          <w:rFonts w:cs="Arial"/>
          <w:szCs w:val="21"/>
          <w:rtl/>
        </w:rPr>
        <w:t>سیستم</w:t>
      </w:r>
      <w:r>
        <w:t xml:space="preserve"> KNX </w:t>
      </w:r>
      <w:r>
        <w:rPr>
          <w:rFonts w:cs="Arial"/>
          <w:szCs w:val="21"/>
          <w:rtl/>
        </w:rPr>
        <w:t>یا</w:t>
      </w:r>
      <w:r>
        <w:t xml:space="preserve"> </w:t>
      </w:r>
      <w:r>
        <w:rPr>
          <w:rFonts w:cs="Arial"/>
          <w:szCs w:val="21"/>
          <w:rtl/>
        </w:rPr>
        <w:t>سایر</w:t>
      </w:r>
      <w:r>
        <w:t xml:space="preserve"> </w:t>
      </w:r>
      <w:r>
        <w:rPr>
          <w:rFonts w:cs="Arial"/>
          <w:szCs w:val="21"/>
          <w:rtl/>
        </w:rPr>
        <w:t>سامانه</w:t>
      </w:r>
      <w:r>
        <w:t>‌</w:t>
      </w:r>
      <w:r>
        <w:rPr>
          <w:rFonts w:cs="Arial"/>
          <w:szCs w:val="21"/>
          <w:rtl/>
        </w:rPr>
        <w:t>های</w:t>
      </w:r>
      <w:r>
        <w:t xml:space="preserve"> </w:t>
      </w:r>
      <w:r>
        <w:rPr>
          <w:rFonts w:cs="Arial"/>
          <w:szCs w:val="21"/>
          <w:rtl/>
        </w:rPr>
        <w:t>حرفه</w:t>
      </w:r>
      <w:r>
        <w:t>‌</w:t>
      </w:r>
      <w:r>
        <w:rPr>
          <w:rFonts w:cs="Arial"/>
          <w:szCs w:val="21"/>
          <w:rtl/>
        </w:rPr>
        <w:t>ای</w:t>
      </w:r>
      <w:r>
        <w:t xml:space="preserve"> </w:t>
      </w:r>
      <w:r>
        <w:rPr>
          <w:rFonts w:cs="Arial"/>
          <w:szCs w:val="21"/>
          <w:rtl/>
        </w:rPr>
        <w:t>کنترل</w:t>
      </w:r>
      <w:r>
        <w:t xml:space="preserve"> </w:t>
      </w:r>
      <w:r>
        <w:rPr>
          <w:rFonts w:cs="Arial"/>
          <w:szCs w:val="21"/>
          <w:rtl/>
        </w:rPr>
        <w:t>ساختمان</w:t>
      </w:r>
      <w:r>
        <w:t xml:space="preserve"> </w:t>
      </w:r>
      <w:r>
        <w:rPr>
          <w:rFonts w:cs="Arial"/>
          <w:szCs w:val="21"/>
          <w:rtl/>
        </w:rPr>
        <w:t>هستیم</w:t>
      </w:r>
      <w:r>
        <w:t xml:space="preserve"> </w:t>
      </w:r>
      <w:r>
        <w:rPr>
          <w:rFonts w:cs="Arial"/>
          <w:szCs w:val="21"/>
          <w:rtl/>
        </w:rPr>
        <w:t>تا</w:t>
      </w:r>
      <w:r>
        <w:t xml:space="preserve"> </w:t>
      </w:r>
      <w:r>
        <w:rPr>
          <w:rFonts w:cs="Arial"/>
          <w:szCs w:val="21"/>
          <w:rtl/>
        </w:rPr>
        <w:t>از</w:t>
      </w:r>
      <w:r>
        <w:t xml:space="preserve"> </w:t>
      </w:r>
      <w:r>
        <w:rPr>
          <w:rFonts w:cs="Arial"/>
          <w:szCs w:val="21"/>
          <w:rtl/>
        </w:rPr>
        <w:t>مرحله</w:t>
      </w:r>
      <w:r>
        <w:t xml:space="preserve"> </w:t>
      </w:r>
      <w:r>
        <w:rPr>
          <w:rFonts w:cs="Arial"/>
          <w:szCs w:val="21"/>
          <w:rtl/>
        </w:rPr>
        <w:t>بررسی</w:t>
      </w:r>
      <w:r>
        <w:t xml:space="preserve"> </w:t>
      </w:r>
      <w:r>
        <w:rPr>
          <w:rFonts w:cs="Arial"/>
          <w:szCs w:val="21"/>
          <w:rtl/>
        </w:rPr>
        <w:t>تجهیزات</w:t>
      </w:r>
      <w:r>
        <w:t xml:space="preserve"> </w:t>
      </w:r>
      <w:r>
        <w:rPr>
          <w:rFonts w:cs="Arial"/>
          <w:szCs w:val="21"/>
          <w:rtl/>
        </w:rPr>
        <w:t>تا</w:t>
      </w:r>
      <w:r>
        <w:t xml:space="preserve"> </w:t>
      </w:r>
      <w:r>
        <w:rPr>
          <w:rFonts w:cs="Arial"/>
          <w:szCs w:val="21"/>
          <w:rtl/>
        </w:rPr>
        <w:t>پیکربندی،</w:t>
      </w:r>
      <w:r>
        <w:t xml:space="preserve"> </w:t>
      </w:r>
      <w:r>
        <w:rPr>
          <w:rFonts w:cs="Arial"/>
          <w:szCs w:val="21"/>
          <w:rtl/>
        </w:rPr>
        <w:t>برنامه</w:t>
      </w:r>
      <w:r>
        <w:t>‌</w:t>
      </w:r>
      <w:r>
        <w:rPr>
          <w:rFonts w:cs="Arial"/>
          <w:szCs w:val="21"/>
          <w:rtl/>
        </w:rPr>
        <w:t>نویسی،</w:t>
      </w:r>
      <w:r>
        <w:t xml:space="preserve"> </w:t>
      </w:r>
      <w:r>
        <w:rPr>
          <w:rFonts w:cs="Arial"/>
          <w:szCs w:val="21"/>
          <w:rtl/>
        </w:rPr>
        <w:t>عیب</w:t>
      </w:r>
      <w:r>
        <w:t>‌</w:t>
      </w:r>
      <w:r>
        <w:rPr>
          <w:rFonts w:cs="Arial"/>
          <w:szCs w:val="21"/>
          <w:rtl/>
        </w:rPr>
        <w:t>یابی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راه</w:t>
      </w:r>
      <w:r>
        <w:t>‌</w:t>
      </w:r>
      <w:r>
        <w:rPr>
          <w:rFonts w:cs="Arial"/>
          <w:szCs w:val="21"/>
          <w:rtl/>
        </w:rPr>
        <w:t>اندازی</w:t>
      </w:r>
      <w:r>
        <w:t xml:space="preserve"> </w:t>
      </w:r>
      <w:r>
        <w:rPr>
          <w:rFonts w:cs="Arial"/>
          <w:szCs w:val="21"/>
          <w:rtl/>
        </w:rPr>
        <w:t>نهایی،</w:t>
      </w:r>
      <w:r>
        <w:t xml:space="preserve"> </w:t>
      </w:r>
      <w:r>
        <w:rPr>
          <w:rFonts w:cs="Arial"/>
          <w:szCs w:val="21"/>
          <w:rtl/>
        </w:rPr>
        <w:t>به</w:t>
      </w:r>
      <w:r>
        <w:t>‌</w:t>
      </w:r>
      <w:r>
        <w:rPr>
          <w:rFonts w:cs="Arial"/>
          <w:szCs w:val="21"/>
          <w:rtl/>
        </w:rPr>
        <w:t>صورت</w:t>
      </w:r>
      <w:r>
        <w:t xml:space="preserve"> </w:t>
      </w:r>
      <w:r>
        <w:rPr>
          <w:rFonts w:cs="Arial"/>
          <w:szCs w:val="21"/>
          <w:rtl/>
        </w:rPr>
        <w:t>کاملاً</w:t>
      </w:r>
      <w:r>
        <w:t xml:space="preserve"> </w:t>
      </w:r>
      <w:r>
        <w:rPr>
          <w:rFonts w:cs="Arial"/>
          <w:szCs w:val="21"/>
          <w:rtl/>
        </w:rPr>
        <w:t>از</w:t>
      </w:r>
      <w:r>
        <w:t xml:space="preserve"> </w:t>
      </w:r>
      <w:r>
        <w:rPr>
          <w:rFonts w:cs="Arial"/>
          <w:szCs w:val="21"/>
          <w:rtl/>
        </w:rPr>
        <w:t>راه</w:t>
      </w:r>
      <w:r>
        <w:t xml:space="preserve"> </w:t>
      </w:r>
      <w:r>
        <w:rPr>
          <w:rFonts w:cs="Arial"/>
          <w:szCs w:val="21"/>
          <w:rtl/>
        </w:rPr>
        <w:t>دور</w:t>
      </w:r>
      <w:r>
        <w:t xml:space="preserve"> </w:t>
      </w:r>
      <w:r>
        <w:rPr>
          <w:rFonts w:cs="Arial"/>
          <w:szCs w:val="21"/>
          <w:rtl/>
        </w:rPr>
        <w:t>همکاری</w:t>
      </w:r>
      <w:r>
        <w:t xml:space="preserve"> </w:t>
      </w:r>
      <w:r>
        <w:rPr>
          <w:rFonts w:cs="Arial"/>
          <w:szCs w:val="21"/>
          <w:rtl/>
        </w:rPr>
        <w:t>کند</w:t>
      </w:r>
      <w:r>
        <w:t xml:space="preserve">. </w:t>
      </w:r>
      <w:r>
        <w:rPr>
          <w:rFonts w:cs="Arial"/>
          <w:szCs w:val="21"/>
          <w:rtl/>
        </w:rPr>
        <w:t>ساختمان</w:t>
      </w:r>
      <w:r>
        <w:t xml:space="preserve"> </w:t>
      </w:r>
      <w:r>
        <w:rPr>
          <w:rFonts w:cs="Arial"/>
          <w:szCs w:val="21"/>
          <w:rtl/>
        </w:rPr>
        <w:t>شامل</w:t>
      </w:r>
      <w:r>
        <w:t xml:space="preserve"> </w:t>
      </w:r>
      <w:r>
        <w:rPr>
          <w:rFonts w:cs="Arial"/>
          <w:szCs w:val="21"/>
          <w:rtl/>
        </w:rPr>
        <w:t>مطب</w:t>
      </w:r>
      <w:r>
        <w:t xml:space="preserve"> </w:t>
      </w:r>
      <w:r>
        <w:rPr>
          <w:rFonts w:cs="Arial"/>
          <w:szCs w:val="21"/>
          <w:rtl/>
        </w:rPr>
        <w:t>پزشکی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فضاهای</w:t>
      </w:r>
      <w:r>
        <w:t xml:space="preserve"> </w:t>
      </w:r>
      <w:r>
        <w:rPr>
          <w:rFonts w:cs="Arial"/>
          <w:szCs w:val="21"/>
          <w:rtl/>
        </w:rPr>
        <w:t>وابسته</w:t>
      </w:r>
      <w:r>
        <w:t xml:space="preserve"> </w:t>
      </w:r>
      <w:r>
        <w:rPr>
          <w:rFonts w:cs="Arial"/>
          <w:szCs w:val="21"/>
          <w:rtl/>
        </w:rPr>
        <w:t>است</w:t>
      </w:r>
      <w:r>
        <w:t>.</w:t>
      </w:r>
    </w:p>
    <w:p w:rsidR="0031231C" w:rsidRDefault="00241D1E" w:rsidP="00241D1E">
      <w:pPr>
        <w:bidi/>
        <w:spacing w:after="120"/>
      </w:pPr>
      <w:r>
        <w:rPr>
          <w:rFonts w:cs="Arial"/>
          <w:szCs w:val="21"/>
          <w:rtl/>
        </w:rPr>
        <w:t>کابل</w:t>
      </w:r>
      <w:r>
        <w:t>‌</w:t>
      </w:r>
      <w:r>
        <w:rPr>
          <w:rFonts w:cs="Arial"/>
          <w:szCs w:val="21"/>
          <w:rtl/>
        </w:rPr>
        <w:t>کشی</w:t>
      </w:r>
      <w:r>
        <w:t xml:space="preserve"> </w:t>
      </w:r>
      <w:r>
        <w:rPr>
          <w:rFonts w:cs="Arial"/>
          <w:szCs w:val="21"/>
          <w:rtl/>
        </w:rPr>
        <w:t>موردنیاز</w:t>
      </w:r>
      <w:r>
        <w:t xml:space="preserve"> </w:t>
      </w:r>
      <w:r>
        <w:rPr>
          <w:rFonts w:cs="Arial"/>
          <w:szCs w:val="21"/>
          <w:rtl/>
        </w:rPr>
        <w:t>اتوماسیون</w:t>
      </w:r>
      <w:r>
        <w:t xml:space="preserve"> </w:t>
      </w:r>
      <w:r>
        <w:rPr>
          <w:rFonts w:cs="Arial"/>
          <w:szCs w:val="21"/>
          <w:rtl/>
        </w:rPr>
        <w:t>با</w:t>
      </w:r>
      <w:r>
        <w:t xml:space="preserve"> </w:t>
      </w:r>
      <w:r>
        <w:rPr>
          <w:rFonts w:cs="Arial"/>
          <w:szCs w:val="21"/>
          <w:rtl/>
        </w:rPr>
        <w:t>استفاده</w:t>
      </w:r>
      <w:r>
        <w:t xml:space="preserve"> </w:t>
      </w:r>
      <w:r>
        <w:rPr>
          <w:rFonts w:cs="Arial"/>
          <w:szCs w:val="21"/>
          <w:rtl/>
        </w:rPr>
        <w:t>از</w:t>
      </w:r>
      <w:r>
        <w:t xml:space="preserve"> </w:t>
      </w:r>
      <w:r>
        <w:rPr>
          <w:rFonts w:cs="Arial"/>
          <w:szCs w:val="21"/>
          <w:rtl/>
        </w:rPr>
        <w:t>کابل</w:t>
      </w:r>
      <w:r>
        <w:t xml:space="preserve"> K</w:t>
      </w:r>
      <w:r>
        <w:t xml:space="preserve">NX </w:t>
      </w:r>
      <w:r>
        <w:rPr>
          <w:rFonts w:cs="Arial"/>
          <w:szCs w:val="21"/>
          <w:rtl/>
        </w:rPr>
        <w:t>از</w:t>
      </w:r>
      <w:r>
        <w:t xml:space="preserve"> </w:t>
      </w:r>
      <w:r>
        <w:rPr>
          <w:rFonts w:cs="Arial"/>
          <w:szCs w:val="21"/>
          <w:rtl/>
        </w:rPr>
        <w:t>قبل</w:t>
      </w:r>
      <w:r>
        <w:t xml:space="preserve"> </w:t>
      </w:r>
      <w:r>
        <w:rPr>
          <w:rFonts w:cs="Arial"/>
          <w:szCs w:val="21"/>
          <w:rtl/>
        </w:rPr>
        <w:t>انجام</w:t>
      </w:r>
      <w:r>
        <w:t xml:space="preserve"> </w:t>
      </w:r>
      <w:r>
        <w:rPr>
          <w:rFonts w:cs="Arial"/>
          <w:szCs w:val="21"/>
          <w:rtl/>
        </w:rPr>
        <w:t>شده</w:t>
      </w:r>
      <w:r>
        <w:t xml:space="preserve"> </w:t>
      </w:r>
      <w:r>
        <w:rPr>
          <w:rFonts w:cs="Arial"/>
          <w:szCs w:val="21"/>
          <w:rtl/>
        </w:rPr>
        <w:t>است</w:t>
      </w:r>
      <w:r>
        <w:t xml:space="preserve">. </w:t>
      </w:r>
      <w:r>
        <w:rPr>
          <w:rFonts w:cs="Arial"/>
          <w:szCs w:val="21"/>
          <w:rtl/>
        </w:rPr>
        <w:t>تمام</w:t>
      </w:r>
      <w:r>
        <w:t xml:space="preserve"> </w:t>
      </w:r>
      <w:r>
        <w:rPr>
          <w:rFonts w:cs="Arial"/>
          <w:szCs w:val="21"/>
          <w:rtl/>
        </w:rPr>
        <w:t>عملیات</w:t>
      </w:r>
      <w:r>
        <w:t xml:space="preserve"> </w:t>
      </w:r>
      <w:r>
        <w:rPr>
          <w:rFonts w:cs="Arial"/>
          <w:szCs w:val="21"/>
          <w:rtl/>
        </w:rPr>
        <w:t>فیزیکی</w:t>
      </w:r>
      <w:r>
        <w:t xml:space="preserve"> </w:t>
      </w:r>
      <w:r>
        <w:rPr>
          <w:rFonts w:cs="Arial"/>
          <w:szCs w:val="21"/>
          <w:rtl/>
        </w:rPr>
        <w:t>نصب،</w:t>
      </w:r>
      <w:r>
        <w:t xml:space="preserve"> </w:t>
      </w:r>
      <w:r>
        <w:rPr>
          <w:rFonts w:cs="Arial"/>
          <w:szCs w:val="21"/>
          <w:rtl/>
        </w:rPr>
        <w:t>اتصال</w:t>
      </w:r>
      <w:r>
        <w:t xml:space="preserve"> </w:t>
      </w:r>
      <w:r>
        <w:rPr>
          <w:rFonts w:cs="Arial"/>
          <w:szCs w:val="21"/>
          <w:rtl/>
        </w:rPr>
        <w:t>تجهیزات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آزمایش</w:t>
      </w:r>
      <w:r>
        <w:t>‌</w:t>
      </w:r>
      <w:r>
        <w:rPr>
          <w:rFonts w:cs="Arial"/>
          <w:szCs w:val="21"/>
          <w:rtl/>
        </w:rPr>
        <w:t>های</w:t>
      </w:r>
      <w:r>
        <w:t xml:space="preserve"> </w:t>
      </w:r>
      <w:r>
        <w:rPr>
          <w:rFonts w:cs="Arial"/>
          <w:szCs w:val="21"/>
          <w:rtl/>
        </w:rPr>
        <w:t>حضوری</w:t>
      </w:r>
      <w:r>
        <w:t xml:space="preserve"> </w:t>
      </w:r>
      <w:r>
        <w:rPr>
          <w:rFonts w:cs="Arial"/>
          <w:szCs w:val="21"/>
          <w:rtl/>
        </w:rPr>
        <w:t>توسط</w:t>
      </w:r>
      <w:r>
        <w:t xml:space="preserve"> </w:t>
      </w:r>
      <w:r>
        <w:rPr>
          <w:rFonts w:cs="Arial"/>
          <w:szCs w:val="21"/>
          <w:rtl/>
        </w:rPr>
        <w:t>تیم</w:t>
      </w:r>
      <w:r>
        <w:t xml:space="preserve"> </w:t>
      </w:r>
      <w:r>
        <w:rPr>
          <w:rFonts w:cs="Arial"/>
          <w:szCs w:val="21"/>
          <w:rtl/>
        </w:rPr>
        <w:t>ما</w:t>
      </w:r>
      <w:r>
        <w:t xml:space="preserve"> </w:t>
      </w:r>
      <w:r>
        <w:rPr>
          <w:rFonts w:cs="Arial"/>
          <w:szCs w:val="21"/>
          <w:rtl/>
        </w:rPr>
        <w:t>انجام</w:t>
      </w:r>
      <w:r>
        <w:t xml:space="preserve"> </w:t>
      </w:r>
      <w:r>
        <w:rPr>
          <w:rFonts w:cs="Arial"/>
          <w:szCs w:val="21"/>
          <w:rtl/>
        </w:rPr>
        <w:t>می</w:t>
      </w:r>
      <w:r>
        <w:t>‌</w:t>
      </w:r>
      <w:r>
        <w:rPr>
          <w:rFonts w:cs="Arial"/>
          <w:szCs w:val="21"/>
          <w:rtl/>
        </w:rPr>
        <w:t>شود؛</w:t>
      </w:r>
      <w:r>
        <w:t xml:space="preserve"> </w:t>
      </w:r>
      <w:r>
        <w:rPr>
          <w:rFonts w:cs="Arial"/>
          <w:szCs w:val="21"/>
          <w:rtl/>
        </w:rPr>
        <w:t>بنابراین</w:t>
      </w:r>
      <w:r>
        <w:t xml:space="preserve"> </w:t>
      </w:r>
      <w:r>
        <w:rPr>
          <w:rFonts w:cs="Arial"/>
          <w:szCs w:val="21"/>
          <w:rtl/>
        </w:rPr>
        <w:t>حضور</w:t>
      </w:r>
      <w:r>
        <w:t xml:space="preserve"> </w:t>
      </w:r>
      <w:r>
        <w:rPr>
          <w:rFonts w:cs="Arial"/>
          <w:szCs w:val="21"/>
          <w:rtl/>
        </w:rPr>
        <w:t>فیزیکی</w:t>
      </w:r>
      <w:r>
        <w:t xml:space="preserve"> </w:t>
      </w:r>
      <w:r>
        <w:rPr>
          <w:rFonts w:cs="Arial"/>
          <w:szCs w:val="21"/>
          <w:rtl/>
        </w:rPr>
        <w:t>پیمانکار</w:t>
      </w:r>
      <w:r>
        <w:t xml:space="preserve"> </w:t>
      </w:r>
      <w:r>
        <w:rPr>
          <w:rFonts w:cs="Arial"/>
          <w:szCs w:val="21"/>
          <w:rtl/>
        </w:rPr>
        <w:t>یا</w:t>
      </w:r>
      <w:r>
        <w:t xml:space="preserve"> </w:t>
      </w:r>
      <w:r>
        <w:rPr>
          <w:rFonts w:cs="Arial"/>
          <w:szCs w:val="21"/>
          <w:rtl/>
        </w:rPr>
        <w:t>فریلنسر</w:t>
      </w:r>
      <w:r>
        <w:t xml:space="preserve"> </w:t>
      </w:r>
      <w:r>
        <w:rPr>
          <w:rFonts w:cs="Arial"/>
          <w:szCs w:val="21"/>
          <w:rtl/>
        </w:rPr>
        <w:t>در</w:t>
      </w:r>
      <w:r>
        <w:t xml:space="preserve"> </w:t>
      </w:r>
      <w:r>
        <w:rPr>
          <w:rFonts w:cs="Arial"/>
          <w:szCs w:val="21"/>
          <w:rtl/>
        </w:rPr>
        <w:t>محل</w:t>
      </w:r>
      <w:r>
        <w:t xml:space="preserve"> </w:t>
      </w:r>
      <w:r>
        <w:rPr>
          <w:rFonts w:cs="Arial"/>
          <w:szCs w:val="21"/>
          <w:rtl/>
        </w:rPr>
        <w:t>لازم</w:t>
      </w:r>
      <w:r>
        <w:t xml:space="preserve"> </w:t>
      </w:r>
      <w:r>
        <w:rPr>
          <w:rFonts w:cs="Arial"/>
          <w:szCs w:val="21"/>
          <w:rtl/>
        </w:rPr>
        <w:t>نیست</w:t>
      </w:r>
      <w:r>
        <w:t>.</w:t>
      </w:r>
    </w:p>
    <w:p w:rsidR="0031231C" w:rsidRDefault="00241D1E" w:rsidP="00241D1E">
      <w:pPr>
        <w:bidi/>
        <w:spacing w:after="120"/>
      </w:pPr>
      <w:r>
        <w:rPr>
          <w:rFonts w:cs="Arial"/>
          <w:b/>
          <w:bCs/>
          <w:color w:val="144367"/>
          <w:sz w:val="24"/>
          <w:szCs w:val="24"/>
          <w:rtl/>
        </w:rPr>
        <w:t>۲</w:t>
      </w:r>
      <w:r>
        <w:rPr>
          <w:b/>
          <w:color w:val="144367"/>
          <w:sz w:val="24"/>
        </w:rPr>
        <w:t xml:space="preserve">. </w:t>
      </w:r>
      <w:r>
        <w:rPr>
          <w:rFonts w:cs="Arial"/>
          <w:b/>
          <w:bCs/>
          <w:color w:val="144367"/>
          <w:sz w:val="24"/>
          <w:szCs w:val="24"/>
          <w:rtl/>
        </w:rPr>
        <w:t>تجهیزات</w:t>
      </w:r>
      <w:r>
        <w:rPr>
          <w:b/>
          <w:color w:val="144367"/>
          <w:sz w:val="24"/>
        </w:rPr>
        <w:t xml:space="preserve"> </w:t>
      </w:r>
      <w:r>
        <w:rPr>
          <w:rFonts w:cs="Arial"/>
          <w:b/>
          <w:bCs/>
          <w:color w:val="144367"/>
          <w:sz w:val="24"/>
          <w:szCs w:val="24"/>
          <w:rtl/>
        </w:rPr>
        <w:t>و</w:t>
      </w:r>
      <w:r>
        <w:rPr>
          <w:b/>
          <w:color w:val="144367"/>
          <w:sz w:val="24"/>
        </w:rPr>
        <w:t xml:space="preserve"> </w:t>
      </w:r>
      <w:r>
        <w:rPr>
          <w:rFonts w:cs="Arial"/>
          <w:b/>
          <w:bCs/>
          <w:color w:val="144367"/>
          <w:sz w:val="24"/>
          <w:szCs w:val="24"/>
          <w:rtl/>
        </w:rPr>
        <w:t>امکانات</w:t>
      </w:r>
      <w:r>
        <w:rPr>
          <w:b/>
          <w:color w:val="144367"/>
          <w:sz w:val="24"/>
        </w:rPr>
        <w:t xml:space="preserve"> </w:t>
      </w:r>
      <w:r>
        <w:rPr>
          <w:rFonts w:cs="Arial"/>
          <w:b/>
          <w:bCs/>
          <w:color w:val="144367"/>
          <w:sz w:val="24"/>
          <w:szCs w:val="24"/>
          <w:rtl/>
        </w:rPr>
        <w:t>موردنظر</w:t>
      </w:r>
    </w:p>
    <w:p w:rsidR="0031231C" w:rsidRDefault="00241D1E" w:rsidP="00241D1E">
      <w:pPr>
        <w:bidi/>
        <w:spacing w:after="120"/>
      </w:pPr>
      <w:r>
        <w:t xml:space="preserve">• </w:t>
      </w:r>
      <w:r>
        <w:rPr>
          <w:rFonts w:cs="Arial"/>
          <w:szCs w:val="21"/>
          <w:rtl/>
        </w:rPr>
        <w:t>۴</w:t>
      </w:r>
      <w:r>
        <w:t xml:space="preserve"> </w:t>
      </w:r>
      <w:r>
        <w:rPr>
          <w:rFonts w:cs="Arial"/>
          <w:szCs w:val="21"/>
          <w:rtl/>
        </w:rPr>
        <w:t>تجهیز</w:t>
      </w:r>
      <w:r>
        <w:t xml:space="preserve"> </w:t>
      </w:r>
      <w:r>
        <w:rPr>
          <w:rFonts w:cs="Arial"/>
          <w:szCs w:val="21"/>
          <w:rtl/>
        </w:rPr>
        <w:t>یا</w:t>
      </w:r>
      <w:r>
        <w:t xml:space="preserve"> </w:t>
      </w:r>
      <w:r>
        <w:rPr>
          <w:rFonts w:cs="Arial"/>
          <w:szCs w:val="21"/>
          <w:rtl/>
        </w:rPr>
        <w:t>ماژول</w:t>
      </w:r>
      <w:r>
        <w:t xml:space="preserve"> </w:t>
      </w:r>
      <w:r>
        <w:rPr>
          <w:rFonts w:cs="Arial"/>
          <w:szCs w:val="21"/>
          <w:rtl/>
        </w:rPr>
        <w:t>کنترلی</w:t>
      </w:r>
      <w:r>
        <w:t xml:space="preserve"> </w:t>
      </w:r>
      <w:r>
        <w:rPr>
          <w:rFonts w:cs="Arial"/>
          <w:szCs w:val="21"/>
          <w:rtl/>
        </w:rPr>
        <w:t>دیگر</w:t>
      </w:r>
      <w:r>
        <w:t xml:space="preserve"> (</w:t>
      </w:r>
      <w:r>
        <w:rPr>
          <w:rFonts w:cs="Arial"/>
          <w:szCs w:val="21"/>
          <w:rtl/>
        </w:rPr>
        <w:t>کارکرد</w:t>
      </w:r>
      <w:r>
        <w:t xml:space="preserve"> </w:t>
      </w:r>
      <w:r>
        <w:rPr>
          <w:rFonts w:cs="Arial"/>
          <w:szCs w:val="21"/>
          <w:rtl/>
        </w:rPr>
        <w:t>دقیق</w:t>
      </w:r>
      <w:r>
        <w:t xml:space="preserve"> </w:t>
      </w:r>
      <w:r>
        <w:rPr>
          <w:rFonts w:cs="Arial"/>
          <w:szCs w:val="21"/>
          <w:rtl/>
        </w:rPr>
        <w:t>پس</w:t>
      </w:r>
      <w:r>
        <w:t xml:space="preserve"> </w:t>
      </w:r>
      <w:r>
        <w:rPr>
          <w:rFonts w:cs="Arial"/>
          <w:szCs w:val="21"/>
          <w:rtl/>
        </w:rPr>
        <w:t>از</w:t>
      </w:r>
      <w:r>
        <w:t xml:space="preserve"> </w:t>
      </w:r>
      <w:r>
        <w:rPr>
          <w:rFonts w:cs="Arial"/>
          <w:szCs w:val="21"/>
          <w:rtl/>
        </w:rPr>
        <w:t>بررسی</w:t>
      </w:r>
      <w:r>
        <w:t xml:space="preserve"> </w:t>
      </w:r>
      <w:r>
        <w:rPr>
          <w:rFonts w:cs="Arial"/>
          <w:szCs w:val="21"/>
          <w:rtl/>
        </w:rPr>
        <w:t>مشخص</w:t>
      </w:r>
      <w:r>
        <w:t xml:space="preserve"> </w:t>
      </w:r>
      <w:r>
        <w:rPr>
          <w:rFonts w:cs="Arial"/>
          <w:szCs w:val="21"/>
          <w:rtl/>
        </w:rPr>
        <w:t>می</w:t>
      </w:r>
      <w:r>
        <w:t>‌</w:t>
      </w:r>
      <w:r>
        <w:rPr>
          <w:rFonts w:cs="Arial"/>
          <w:szCs w:val="21"/>
          <w:rtl/>
        </w:rPr>
        <w:t>شود</w:t>
      </w:r>
      <w:r>
        <w:t>).</w:t>
      </w:r>
    </w:p>
    <w:p w:rsidR="0031231C" w:rsidRDefault="00241D1E" w:rsidP="00241D1E">
      <w:pPr>
        <w:bidi/>
        <w:spacing w:after="120"/>
      </w:pPr>
      <w:r>
        <w:t xml:space="preserve">• </w:t>
      </w:r>
      <w:r>
        <w:rPr>
          <w:rFonts w:cs="Arial" w:hint="cs"/>
          <w:szCs w:val="21"/>
          <w:rtl/>
        </w:rPr>
        <w:t>12</w:t>
      </w:r>
      <w:r>
        <w:t xml:space="preserve"> </w:t>
      </w:r>
      <w:r>
        <w:rPr>
          <w:rFonts w:cs="Arial"/>
          <w:szCs w:val="21"/>
          <w:rtl/>
        </w:rPr>
        <w:t>سنسور</w:t>
      </w:r>
      <w:r>
        <w:t xml:space="preserve"> </w:t>
      </w:r>
      <w:r>
        <w:rPr>
          <w:rFonts w:cs="Arial"/>
          <w:szCs w:val="21"/>
          <w:rtl/>
        </w:rPr>
        <w:t>دما</w:t>
      </w:r>
      <w:r>
        <w:t xml:space="preserve"> </w:t>
      </w:r>
      <w:r>
        <w:rPr>
          <w:rFonts w:cs="Arial"/>
          <w:szCs w:val="21"/>
          <w:rtl/>
        </w:rPr>
        <w:t>برای</w:t>
      </w:r>
      <w:r>
        <w:t xml:space="preserve"> </w:t>
      </w:r>
      <w:r>
        <w:rPr>
          <w:rFonts w:cs="Arial"/>
          <w:szCs w:val="21"/>
          <w:rtl/>
        </w:rPr>
        <w:t>پایش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در</w:t>
      </w:r>
      <w:r>
        <w:t xml:space="preserve"> </w:t>
      </w:r>
      <w:r>
        <w:rPr>
          <w:rFonts w:cs="Arial"/>
          <w:szCs w:val="21"/>
          <w:rtl/>
        </w:rPr>
        <w:t>صورت</w:t>
      </w:r>
      <w:r>
        <w:t xml:space="preserve"> </w:t>
      </w:r>
      <w:r>
        <w:rPr>
          <w:rFonts w:cs="Arial"/>
          <w:szCs w:val="21"/>
          <w:rtl/>
        </w:rPr>
        <w:t>نیاز</w:t>
      </w:r>
      <w:r>
        <w:t xml:space="preserve"> </w:t>
      </w:r>
      <w:r>
        <w:rPr>
          <w:rFonts w:cs="Arial"/>
          <w:szCs w:val="21"/>
          <w:rtl/>
        </w:rPr>
        <w:t>کنترل</w:t>
      </w:r>
      <w:r>
        <w:t xml:space="preserve"> </w:t>
      </w:r>
      <w:r>
        <w:rPr>
          <w:rFonts w:cs="Arial"/>
          <w:szCs w:val="21"/>
          <w:rtl/>
        </w:rPr>
        <w:t>دمای</w:t>
      </w:r>
      <w:r>
        <w:t xml:space="preserve"> </w:t>
      </w:r>
      <w:r>
        <w:rPr>
          <w:rFonts w:cs="Arial"/>
          <w:szCs w:val="21"/>
          <w:rtl/>
        </w:rPr>
        <w:t>فضاها</w:t>
      </w:r>
      <w:r>
        <w:t>.</w:t>
      </w:r>
    </w:p>
    <w:p w:rsidR="0031231C" w:rsidRDefault="00241D1E" w:rsidP="00241D1E">
      <w:pPr>
        <w:bidi/>
        <w:spacing w:after="120"/>
      </w:pPr>
      <w:r>
        <w:t xml:space="preserve">• </w:t>
      </w:r>
      <w:r>
        <w:rPr>
          <w:rFonts w:cs="Arial"/>
          <w:szCs w:val="21"/>
          <w:rtl/>
        </w:rPr>
        <w:t>۱۲</w:t>
      </w:r>
      <w:r>
        <w:t xml:space="preserve"> </w:t>
      </w:r>
      <w:r>
        <w:rPr>
          <w:rFonts w:cs="Arial"/>
          <w:szCs w:val="21"/>
          <w:rtl/>
        </w:rPr>
        <w:t>اکچویتور</w:t>
      </w:r>
      <w:r>
        <w:t xml:space="preserve"> </w:t>
      </w:r>
      <w:r>
        <w:rPr>
          <w:rFonts w:cs="Arial"/>
          <w:szCs w:val="21"/>
          <w:rtl/>
        </w:rPr>
        <w:t>یا</w:t>
      </w:r>
      <w:r>
        <w:t xml:space="preserve"> </w:t>
      </w:r>
      <w:r>
        <w:rPr>
          <w:rFonts w:cs="Arial"/>
          <w:szCs w:val="21"/>
          <w:rtl/>
        </w:rPr>
        <w:t>کانال</w:t>
      </w:r>
      <w:r>
        <w:t xml:space="preserve"> </w:t>
      </w:r>
      <w:r>
        <w:rPr>
          <w:rFonts w:cs="Arial"/>
          <w:szCs w:val="21"/>
          <w:rtl/>
        </w:rPr>
        <w:t>خروجی</w:t>
      </w:r>
      <w:r>
        <w:t xml:space="preserve"> </w:t>
      </w:r>
      <w:r>
        <w:rPr>
          <w:rFonts w:cs="Arial"/>
          <w:szCs w:val="21"/>
          <w:rtl/>
        </w:rPr>
        <w:t>کنترلی،</w:t>
      </w:r>
      <w:r>
        <w:t xml:space="preserve"> </w:t>
      </w:r>
      <w:r>
        <w:rPr>
          <w:rFonts w:cs="Arial"/>
          <w:szCs w:val="21"/>
          <w:rtl/>
        </w:rPr>
        <w:t>متناسب</w:t>
      </w:r>
      <w:r>
        <w:t xml:space="preserve"> </w:t>
      </w:r>
      <w:r>
        <w:rPr>
          <w:rFonts w:cs="Arial"/>
          <w:szCs w:val="21"/>
          <w:rtl/>
        </w:rPr>
        <w:t>با</w:t>
      </w:r>
      <w:r>
        <w:t xml:space="preserve"> </w:t>
      </w:r>
      <w:r>
        <w:rPr>
          <w:rFonts w:cs="Arial"/>
          <w:szCs w:val="21"/>
          <w:rtl/>
        </w:rPr>
        <w:t>طراحی</w:t>
      </w:r>
      <w:r>
        <w:t xml:space="preserve"> </w:t>
      </w:r>
      <w:r>
        <w:rPr>
          <w:rFonts w:cs="Arial"/>
          <w:szCs w:val="21"/>
          <w:rtl/>
        </w:rPr>
        <w:t>نهایی</w:t>
      </w:r>
      <w:r>
        <w:t>.</w:t>
      </w:r>
    </w:p>
    <w:p w:rsidR="0031231C" w:rsidRDefault="00241D1E" w:rsidP="00241D1E">
      <w:pPr>
        <w:bidi/>
        <w:spacing w:after="120"/>
      </w:pPr>
      <w:r>
        <w:t xml:space="preserve">• </w:t>
      </w:r>
      <w:r>
        <w:rPr>
          <w:rFonts w:cs="Arial"/>
          <w:szCs w:val="21"/>
          <w:rtl/>
        </w:rPr>
        <w:t>۱۴</w:t>
      </w:r>
      <w:r>
        <w:t xml:space="preserve"> </w:t>
      </w:r>
      <w:r>
        <w:rPr>
          <w:rFonts w:cs="Arial"/>
          <w:szCs w:val="21"/>
          <w:rtl/>
        </w:rPr>
        <w:t>سنسور</w:t>
      </w:r>
      <w:r>
        <w:t xml:space="preserve"> </w:t>
      </w:r>
      <w:r>
        <w:rPr>
          <w:rFonts w:cs="Arial"/>
          <w:szCs w:val="21"/>
          <w:rtl/>
        </w:rPr>
        <w:t>دود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امکان</w:t>
      </w:r>
      <w:r>
        <w:t xml:space="preserve"> </w:t>
      </w:r>
      <w:r>
        <w:rPr>
          <w:rFonts w:cs="Arial"/>
          <w:szCs w:val="21"/>
          <w:rtl/>
        </w:rPr>
        <w:t>دریافت</w:t>
      </w:r>
      <w:r>
        <w:t xml:space="preserve"> </w:t>
      </w:r>
      <w:r>
        <w:rPr>
          <w:rFonts w:cs="Arial"/>
          <w:szCs w:val="21"/>
          <w:rtl/>
        </w:rPr>
        <w:t>وضعیت</w:t>
      </w:r>
      <w:r>
        <w:t xml:space="preserve"> </w:t>
      </w:r>
      <w:r>
        <w:rPr>
          <w:rFonts w:cs="Arial"/>
          <w:szCs w:val="21"/>
          <w:rtl/>
        </w:rPr>
        <w:t>یا</w:t>
      </w:r>
      <w:r>
        <w:t xml:space="preserve"> </w:t>
      </w:r>
      <w:r>
        <w:rPr>
          <w:rFonts w:cs="Arial"/>
          <w:szCs w:val="21"/>
          <w:rtl/>
        </w:rPr>
        <w:t>هشدار</w:t>
      </w:r>
      <w:r>
        <w:t xml:space="preserve"> </w:t>
      </w:r>
      <w:r>
        <w:rPr>
          <w:rFonts w:cs="Arial"/>
          <w:szCs w:val="21"/>
          <w:rtl/>
        </w:rPr>
        <w:t>آن</w:t>
      </w:r>
      <w:r>
        <w:t>‌</w:t>
      </w:r>
      <w:r>
        <w:rPr>
          <w:rFonts w:cs="Arial"/>
          <w:szCs w:val="21"/>
          <w:rtl/>
        </w:rPr>
        <w:t>ها</w:t>
      </w:r>
      <w:r>
        <w:t xml:space="preserve"> </w:t>
      </w:r>
      <w:r>
        <w:rPr>
          <w:rFonts w:cs="Arial"/>
          <w:szCs w:val="21"/>
          <w:rtl/>
        </w:rPr>
        <w:t>در</w:t>
      </w:r>
      <w:r>
        <w:t xml:space="preserve"> </w:t>
      </w:r>
      <w:r>
        <w:rPr>
          <w:rFonts w:cs="Arial"/>
          <w:szCs w:val="21"/>
          <w:rtl/>
        </w:rPr>
        <w:t>سامانه</w:t>
      </w:r>
      <w:r>
        <w:t xml:space="preserve"> </w:t>
      </w:r>
      <w:r>
        <w:rPr>
          <w:rFonts w:cs="Arial"/>
          <w:szCs w:val="21"/>
          <w:rtl/>
        </w:rPr>
        <w:t>مرکزی،</w:t>
      </w:r>
      <w:r>
        <w:t xml:space="preserve"> </w:t>
      </w:r>
      <w:r>
        <w:rPr>
          <w:rFonts w:cs="Arial"/>
          <w:szCs w:val="21"/>
          <w:rtl/>
        </w:rPr>
        <w:t>با</w:t>
      </w:r>
      <w:r>
        <w:t xml:space="preserve"> </w:t>
      </w:r>
      <w:r>
        <w:rPr>
          <w:rFonts w:cs="Arial"/>
          <w:szCs w:val="21"/>
          <w:rtl/>
        </w:rPr>
        <w:t>حفظ</w:t>
      </w:r>
      <w:r>
        <w:t xml:space="preserve"> </w:t>
      </w:r>
      <w:r>
        <w:rPr>
          <w:rFonts w:cs="Arial"/>
          <w:szCs w:val="21"/>
          <w:rtl/>
        </w:rPr>
        <w:t>عملکرد</w:t>
      </w:r>
      <w:r>
        <w:t xml:space="preserve"> </w:t>
      </w:r>
      <w:r>
        <w:rPr>
          <w:rFonts w:cs="Arial"/>
          <w:szCs w:val="21"/>
          <w:rtl/>
        </w:rPr>
        <w:t>مستقل</w:t>
      </w:r>
      <w:r>
        <w:t xml:space="preserve"> </w:t>
      </w:r>
      <w:r>
        <w:rPr>
          <w:rFonts w:cs="Arial"/>
          <w:szCs w:val="21"/>
          <w:rtl/>
        </w:rPr>
        <w:t>سامانه</w:t>
      </w:r>
      <w:r>
        <w:t xml:space="preserve"> </w:t>
      </w:r>
      <w:r>
        <w:rPr>
          <w:rFonts w:cs="Arial"/>
          <w:szCs w:val="21"/>
          <w:rtl/>
        </w:rPr>
        <w:t>ایمنی</w:t>
      </w:r>
      <w:r>
        <w:t xml:space="preserve"> </w:t>
      </w:r>
      <w:r>
        <w:rPr>
          <w:rFonts w:cs="Arial"/>
          <w:szCs w:val="21"/>
          <w:rtl/>
        </w:rPr>
        <w:t>حریق</w:t>
      </w:r>
      <w:r>
        <w:t>.</w:t>
      </w:r>
    </w:p>
    <w:p w:rsidR="0031231C" w:rsidRDefault="00241D1E" w:rsidP="00241D1E">
      <w:pPr>
        <w:bidi/>
        <w:spacing w:after="120"/>
      </w:pPr>
      <w:r>
        <w:t xml:space="preserve">• </w:t>
      </w:r>
      <w:r>
        <w:rPr>
          <w:rFonts w:cs="Arial"/>
          <w:szCs w:val="21"/>
          <w:rtl/>
        </w:rPr>
        <w:t>لینک</w:t>
      </w:r>
      <w:r>
        <w:t>‌</w:t>
      </w:r>
      <w:r>
        <w:rPr>
          <w:rFonts w:cs="Arial"/>
          <w:szCs w:val="21"/>
          <w:rtl/>
        </w:rPr>
        <w:t>ها</w:t>
      </w:r>
      <w:r>
        <w:t xml:space="preserve"> </w:t>
      </w:r>
      <w:r>
        <w:rPr>
          <w:rFonts w:cs="Arial"/>
          <w:szCs w:val="21"/>
          <w:rtl/>
        </w:rPr>
        <w:t>یا</w:t>
      </w:r>
      <w:r>
        <w:t xml:space="preserve"> </w:t>
      </w:r>
      <w:r>
        <w:rPr>
          <w:rFonts w:cs="Arial"/>
          <w:szCs w:val="21"/>
          <w:rtl/>
        </w:rPr>
        <w:t>استریم</w:t>
      </w:r>
      <w:r>
        <w:t>‌</w:t>
      </w:r>
      <w:r>
        <w:rPr>
          <w:rFonts w:cs="Arial"/>
          <w:szCs w:val="21"/>
          <w:rtl/>
        </w:rPr>
        <w:t>ها</w:t>
      </w:r>
      <w:r>
        <w:rPr>
          <w:rFonts w:cs="Arial"/>
          <w:szCs w:val="21"/>
          <w:rtl/>
        </w:rPr>
        <w:t>ی</w:t>
      </w:r>
      <w:r>
        <w:t xml:space="preserve"> </w:t>
      </w:r>
      <w:r>
        <w:rPr>
          <w:rFonts w:cs="Arial"/>
          <w:szCs w:val="21"/>
          <w:rtl/>
        </w:rPr>
        <w:t>دوربین</w:t>
      </w:r>
      <w:r>
        <w:t>‌</w:t>
      </w:r>
      <w:r>
        <w:rPr>
          <w:rFonts w:cs="Arial"/>
          <w:szCs w:val="21"/>
          <w:rtl/>
        </w:rPr>
        <w:t>های</w:t>
      </w:r>
      <w:r>
        <w:t xml:space="preserve"> </w:t>
      </w:r>
      <w:r>
        <w:rPr>
          <w:rFonts w:cs="Arial"/>
          <w:szCs w:val="21"/>
          <w:rtl/>
        </w:rPr>
        <w:t>تحت</w:t>
      </w:r>
      <w:r>
        <w:t xml:space="preserve"> </w:t>
      </w:r>
      <w:r>
        <w:rPr>
          <w:rFonts w:cs="Arial"/>
          <w:szCs w:val="21"/>
          <w:rtl/>
        </w:rPr>
        <w:t>شبکه</w:t>
      </w:r>
      <w:r>
        <w:t xml:space="preserve"> </w:t>
      </w:r>
      <w:r>
        <w:rPr>
          <w:rFonts w:cs="Arial"/>
          <w:szCs w:val="21"/>
          <w:rtl/>
        </w:rPr>
        <w:t>برای</w:t>
      </w:r>
      <w:r>
        <w:t xml:space="preserve"> </w:t>
      </w:r>
      <w:r>
        <w:rPr>
          <w:rFonts w:cs="Arial"/>
          <w:szCs w:val="21"/>
          <w:rtl/>
        </w:rPr>
        <w:t>نمایش</w:t>
      </w:r>
      <w:r>
        <w:t xml:space="preserve"> </w:t>
      </w:r>
      <w:r>
        <w:rPr>
          <w:rFonts w:cs="Arial"/>
          <w:szCs w:val="21"/>
          <w:rtl/>
        </w:rPr>
        <w:t>در</w:t>
      </w:r>
      <w:r>
        <w:t xml:space="preserve"> </w:t>
      </w:r>
      <w:r>
        <w:rPr>
          <w:rFonts w:cs="Arial"/>
          <w:szCs w:val="21"/>
          <w:rtl/>
        </w:rPr>
        <w:t>رابط</w:t>
      </w:r>
      <w:r>
        <w:t xml:space="preserve"> </w:t>
      </w:r>
      <w:r>
        <w:rPr>
          <w:rFonts w:cs="Arial"/>
          <w:szCs w:val="21"/>
          <w:rtl/>
        </w:rPr>
        <w:t>مانیتورینگ</w:t>
      </w:r>
      <w:r>
        <w:t>.</w:t>
      </w:r>
    </w:p>
    <w:p w:rsidR="0031231C" w:rsidRDefault="00241D1E" w:rsidP="00241D1E">
      <w:pPr>
        <w:bidi/>
        <w:spacing w:after="120"/>
      </w:pPr>
      <w:r>
        <w:t xml:space="preserve">• </w:t>
      </w:r>
      <w:r>
        <w:rPr>
          <w:rFonts w:cs="Arial"/>
          <w:szCs w:val="21"/>
          <w:rtl/>
        </w:rPr>
        <w:t>یک</w:t>
      </w:r>
      <w:r>
        <w:t xml:space="preserve"> </w:t>
      </w:r>
      <w:r>
        <w:rPr>
          <w:rFonts w:cs="Arial"/>
          <w:szCs w:val="21"/>
          <w:rtl/>
        </w:rPr>
        <w:t>اکچویتور</w:t>
      </w:r>
      <w:r>
        <w:t xml:space="preserve"> </w:t>
      </w:r>
      <w:r>
        <w:rPr>
          <w:rFonts w:cs="Arial"/>
          <w:szCs w:val="21"/>
          <w:rtl/>
        </w:rPr>
        <w:t>برای</w:t>
      </w:r>
      <w:r>
        <w:t xml:space="preserve"> </w:t>
      </w:r>
      <w:r>
        <w:rPr>
          <w:rFonts w:cs="Arial"/>
          <w:szCs w:val="21"/>
          <w:rtl/>
        </w:rPr>
        <w:t>بازکردن</w:t>
      </w:r>
      <w:r>
        <w:t xml:space="preserve"> </w:t>
      </w:r>
      <w:r>
        <w:rPr>
          <w:rFonts w:cs="Arial"/>
          <w:szCs w:val="21"/>
          <w:rtl/>
        </w:rPr>
        <w:t>کنترل</w:t>
      </w:r>
      <w:r>
        <w:t>‌</w:t>
      </w:r>
      <w:r>
        <w:rPr>
          <w:rFonts w:cs="Arial"/>
          <w:szCs w:val="21"/>
          <w:rtl/>
        </w:rPr>
        <w:t>شده</w:t>
      </w:r>
      <w:r>
        <w:t xml:space="preserve"> </w:t>
      </w:r>
      <w:r>
        <w:rPr>
          <w:rFonts w:cs="Arial"/>
          <w:szCs w:val="21"/>
          <w:rtl/>
        </w:rPr>
        <w:t>در</w:t>
      </w:r>
      <w:r>
        <w:t xml:space="preserve"> </w:t>
      </w:r>
      <w:r>
        <w:rPr>
          <w:rFonts w:cs="Arial"/>
          <w:szCs w:val="21"/>
          <w:rtl/>
        </w:rPr>
        <w:t>ورودی</w:t>
      </w:r>
      <w:r>
        <w:t xml:space="preserve"> </w:t>
      </w:r>
      <w:r>
        <w:rPr>
          <w:rFonts w:cs="Arial"/>
          <w:szCs w:val="21"/>
          <w:rtl/>
        </w:rPr>
        <w:t>مطب</w:t>
      </w:r>
      <w:r>
        <w:t xml:space="preserve"> </w:t>
      </w:r>
      <w:r>
        <w:rPr>
          <w:rFonts w:cs="Arial"/>
          <w:szCs w:val="21"/>
          <w:rtl/>
        </w:rPr>
        <w:t>پزشکی،</w:t>
      </w:r>
      <w:r>
        <w:t xml:space="preserve"> </w:t>
      </w:r>
      <w:r>
        <w:rPr>
          <w:rFonts w:cs="Arial"/>
          <w:szCs w:val="21"/>
          <w:rtl/>
        </w:rPr>
        <w:t>با</w:t>
      </w:r>
      <w:r>
        <w:t xml:space="preserve"> </w:t>
      </w:r>
      <w:r>
        <w:rPr>
          <w:rFonts w:cs="Arial"/>
          <w:szCs w:val="21"/>
          <w:rtl/>
        </w:rPr>
        <w:t>سطح</w:t>
      </w:r>
      <w:r>
        <w:t xml:space="preserve"> </w:t>
      </w:r>
      <w:r>
        <w:rPr>
          <w:rFonts w:cs="Arial"/>
          <w:szCs w:val="21"/>
          <w:rtl/>
        </w:rPr>
        <w:t>دسترسی</w:t>
      </w:r>
      <w:r>
        <w:t xml:space="preserve"> </w:t>
      </w:r>
      <w:r>
        <w:rPr>
          <w:rFonts w:cs="Arial"/>
          <w:szCs w:val="21"/>
          <w:rtl/>
        </w:rPr>
        <w:t>مناسب</w:t>
      </w:r>
      <w:r>
        <w:t>.</w:t>
      </w:r>
    </w:p>
    <w:p w:rsidR="0031231C" w:rsidRDefault="00241D1E" w:rsidP="00241D1E">
      <w:pPr>
        <w:bidi/>
        <w:spacing w:after="120"/>
      </w:pPr>
      <w:r>
        <w:t xml:space="preserve">• </w:t>
      </w:r>
      <w:r>
        <w:rPr>
          <w:rFonts w:cs="Arial"/>
          <w:szCs w:val="21"/>
          <w:rtl/>
        </w:rPr>
        <w:t>تجهیزات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رابط</w:t>
      </w:r>
      <w:r>
        <w:t>‌</w:t>
      </w:r>
      <w:r>
        <w:rPr>
          <w:rFonts w:cs="Arial"/>
          <w:szCs w:val="21"/>
          <w:rtl/>
        </w:rPr>
        <w:t>های</w:t>
      </w:r>
      <w:r>
        <w:t xml:space="preserve"> </w:t>
      </w:r>
      <w:r>
        <w:rPr>
          <w:rFonts w:cs="Arial"/>
          <w:szCs w:val="21"/>
          <w:rtl/>
        </w:rPr>
        <w:t>احتمالی</w:t>
      </w:r>
      <w:r>
        <w:t xml:space="preserve"> </w:t>
      </w:r>
      <w:r>
        <w:rPr>
          <w:rFonts w:cs="Arial"/>
          <w:szCs w:val="21"/>
          <w:rtl/>
        </w:rPr>
        <w:t>دیگر</w:t>
      </w:r>
      <w:r>
        <w:t xml:space="preserve"> </w:t>
      </w:r>
      <w:r>
        <w:rPr>
          <w:rFonts w:cs="Arial"/>
          <w:szCs w:val="21"/>
          <w:rtl/>
        </w:rPr>
        <w:t>برای</w:t>
      </w:r>
      <w:r>
        <w:t xml:space="preserve"> </w:t>
      </w:r>
      <w:r>
        <w:rPr>
          <w:rFonts w:cs="Arial"/>
          <w:szCs w:val="21"/>
          <w:rtl/>
        </w:rPr>
        <w:t>مانیتورینگ</w:t>
      </w:r>
      <w:r>
        <w:t xml:space="preserve"> </w:t>
      </w:r>
      <w:r>
        <w:rPr>
          <w:rFonts w:cs="Arial"/>
          <w:szCs w:val="21"/>
          <w:rtl/>
        </w:rPr>
        <w:t>پمپ</w:t>
      </w:r>
      <w:r>
        <w:t xml:space="preserve"> </w:t>
      </w:r>
      <w:r>
        <w:rPr>
          <w:rFonts w:cs="Arial"/>
          <w:szCs w:val="21"/>
          <w:rtl/>
        </w:rPr>
        <w:t>حرارتی،</w:t>
      </w:r>
      <w:r>
        <w:t xml:space="preserve"> </w:t>
      </w:r>
      <w:r>
        <w:rPr>
          <w:rFonts w:cs="Arial"/>
          <w:szCs w:val="21"/>
          <w:rtl/>
        </w:rPr>
        <w:t>دستگاه</w:t>
      </w:r>
      <w:r>
        <w:t xml:space="preserve"> </w:t>
      </w:r>
      <w:r>
        <w:rPr>
          <w:rFonts w:cs="Arial"/>
          <w:szCs w:val="21"/>
          <w:rtl/>
        </w:rPr>
        <w:t>تهویه</w:t>
      </w:r>
      <w:r>
        <w:t xml:space="preserve"> (Ventilation)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سیستم</w:t>
      </w:r>
      <w:r>
        <w:t xml:space="preserve"> </w:t>
      </w:r>
      <w:r>
        <w:rPr>
          <w:rFonts w:cs="Arial"/>
          <w:szCs w:val="21"/>
          <w:rtl/>
        </w:rPr>
        <w:t>سرمایش</w:t>
      </w:r>
      <w:r>
        <w:t>/</w:t>
      </w:r>
      <w:r>
        <w:rPr>
          <w:rFonts w:cs="Arial"/>
          <w:szCs w:val="21"/>
          <w:rtl/>
        </w:rPr>
        <w:t>کولر</w:t>
      </w:r>
      <w:r>
        <w:t>.</w:t>
      </w:r>
    </w:p>
    <w:p w:rsidR="0031231C" w:rsidRDefault="00241D1E" w:rsidP="00241D1E">
      <w:pPr>
        <w:bidi/>
        <w:spacing w:after="120"/>
      </w:pPr>
      <w:r>
        <w:rPr>
          <w:rFonts w:cs="Arial"/>
          <w:szCs w:val="21"/>
          <w:rtl/>
        </w:rPr>
        <w:t>تعداد،</w:t>
      </w:r>
      <w:r>
        <w:t xml:space="preserve"> </w:t>
      </w:r>
      <w:r>
        <w:rPr>
          <w:rFonts w:cs="Arial"/>
          <w:szCs w:val="21"/>
          <w:rtl/>
        </w:rPr>
        <w:t>مدل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نو</w:t>
      </w:r>
      <w:r>
        <w:rPr>
          <w:rFonts w:cs="Arial"/>
          <w:szCs w:val="21"/>
          <w:rtl/>
        </w:rPr>
        <w:t>ع</w:t>
      </w:r>
      <w:r>
        <w:t xml:space="preserve"> </w:t>
      </w:r>
      <w:r>
        <w:rPr>
          <w:rFonts w:cs="Arial"/>
          <w:szCs w:val="21"/>
          <w:rtl/>
        </w:rPr>
        <w:t>دستگاه</w:t>
      </w:r>
      <w:r>
        <w:t>‌</w:t>
      </w:r>
      <w:r>
        <w:rPr>
          <w:rFonts w:cs="Arial"/>
          <w:szCs w:val="21"/>
          <w:rtl/>
        </w:rPr>
        <w:t>ها</w:t>
      </w:r>
      <w:r>
        <w:t xml:space="preserve"> </w:t>
      </w:r>
      <w:r>
        <w:rPr>
          <w:rFonts w:cs="Arial"/>
          <w:szCs w:val="21"/>
          <w:rtl/>
        </w:rPr>
        <w:t>قطعی</w:t>
      </w:r>
      <w:r>
        <w:t xml:space="preserve"> </w:t>
      </w:r>
      <w:r>
        <w:rPr>
          <w:rFonts w:cs="Arial"/>
          <w:szCs w:val="21"/>
          <w:rtl/>
        </w:rPr>
        <w:t>نیست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ممکن</w:t>
      </w:r>
      <w:r>
        <w:t xml:space="preserve"> </w:t>
      </w:r>
      <w:r>
        <w:rPr>
          <w:rFonts w:cs="Arial"/>
          <w:szCs w:val="21"/>
          <w:rtl/>
        </w:rPr>
        <w:t>است</w:t>
      </w:r>
      <w:r>
        <w:t xml:space="preserve"> </w:t>
      </w:r>
      <w:r>
        <w:rPr>
          <w:rFonts w:cs="Arial"/>
          <w:szCs w:val="21"/>
          <w:rtl/>
        </w:rPr>
        <w:t>در</w:t>
      </w:r>
      <w:r>
        <w:t xml:space="preserve"> </w:t>
      </w:r>
      <w:r>
        <w:rPr>
          <w:rFonts w:cs="Arial"/>
          <w:szCs w:val="21"/>
          <w:rtl/>
        </w:rPr>
        <w:t>طول</w:t>
      </w:r>
      <w:r>
        <w:t xml:space="preserve"> </w:t>
      </w:r>
      <w:r>
        <w:rPr>
          <w:rFonts w:cs="Arial"/>
          <w:szCs w:val="21"/>
          <w:rtl/>
        </w:rPr>
        <w:t>اجرای</w:t>
      </w:r>
      <w:r>
        <w:t xml:space="preserve"> </w:t>
      </w:r>
      <w:r>
        <w:rPr>
          <w:rFonts w:cs="Arial"/>
          <w:szCs w:val="21"/>
          <w:rtl/>
        </w:rPr>
        <w:t>پروژه</w:t>
      </w:r>
      <w:r>
        <w:t xml:space="preserve"> </w:t>
      </w:r>
      <w:r>
        <w:rPr>
          <w:rFonts w:cs="Arial"/>
          <w:szCs w:val="21"/>
          <w:rtl/>
        </w:rPr>
        <w:t>با</w:t>
      </w:r>
      <w:r>
        <w:t xml:space="preserve"> </w:t>
      </w:r>
      <w:r>
        <w:rPr>
          <w:rFonts w:cs="Arial"/>
          <w:szCs w:val="21"/>
          <w:rtl/>
        </w:rPr>
        <w:t>توجه</w:t>
      </w:r>
      <w:r>
        <w:t xml:space="preserve"> </w:t>
      </w:r>
      <w:r>
        <w:rPr>
          <w:rFonts w:cs="Arial"/>
          <w:szCs w:val="21"/>
          <w:rtl/>
        </w:rPr>
        <w:t>به</w:t>
      </w:r>
      <w:r>
        <w:t xml:space="preserve"> </w:t>
      </w:r>
      <w:r>
        <w:rPr>
          <w:rFonts w:cs="Arial"/>
          <w:szCs w:val="21"/>
          <w:rtl/>
        </w:rPr>
        <w:t>نیازها،</w:t>
      </w:r>
      <w:r>
        <w:t xml:space="preserve"> </w:t>
      </w:r>
      <w:r>
        <w:rPr>
          <w:rFonts w:cs="Arial"/>
          <w:szCs w:val="21"/>
          <w:rtl/>
        </w:rPr>
        <w:t>سازگاری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پیشنهادهای</w:t>
      </w:r>
      <w:r>
        <w:t xml:space="preserve"> </w:t>
      </w:r>
      <w:r>
        <w:rPr>
          <w:rFonts w:cs="Arial"/>
          <w:szCs w:val="21"/>
          <w:rtl/>
        </w:rPr>
        <w:t>فنی</w:t>
      </w:r>
      <w:r>
        <w:t xml:space="preserve"> </w:t>
      </w:r>
      <w:r>
        <w:rPr>
          <w:rFonts w:cs="Arial"/>
          <w:szCs w:val="21"/>
          <w:rtl/>
        </w:rPr>
        <w:t>تغییر</w:t>
      </w:r>
      <w:r>
        <w:t xml:space="preserve"> </w:t>
      </w:r>
      <w:r>
        <w:rPr>
          <w:rFonts w:cs="Arial"/>
          <w:szCs w:val="21"/>
          <w:rtl/>
        </w:rPr>
        <w:t>کند</w:t>
      </w:r>
      <w:r>
        <w:t xml:space="preserve">. </w:t>
      </w:r>
      <w:r>
        <w:rPr>
          <w:rFonts w:cs="Arial"/>
          <w:szCs w:val="21"/>
          <w:rtl/>
        </w:rPr>
        <w:t>هر</w:t>
      </w:r>
      <w:r>
        <w:t xml:space="preserve"> </w:t>
      </w:r>
      <w:r>
        <w:rPr>
          <w:rFonts w:cs="Arial"/>
          <w:szCs w:val="21"/>
          <w:rtl/>
        </w:rPr>
        <w:t>تغییر</w:t>
      </w:r>
      <w:r>
        <w:t xml:space="preserve"> </w:t>
      </w:r>
      <w:r>
        <w:rPr>
          <w:rFonts w:cs="Arial"/>
          <w:szCs w:val="21"/>
          <w:rtl/>
        </w:rPr>
        <w:t>مؤثر</w:t>
      </w:r>
      <w:r>
        <w:t xml:space="preserve"> </w:t>
      </w:r>
      <w:r>
        <w:rPr>
          <w:rFonts w:cs="Arial"/>
          <w:szCs w:val="21"/>
          <w:rtl/>
        </w:rPr>
        <w:t>بر</w:t>
      </w:r>
      <w:r>
        <w:t xml:space="preserve"> </w:t>
      </w:r>
      <w:r>
        <w:rPr>
          <w:rFonts w:cs="Arial"/>
          <w:szCs w:val="21"/>
          <w:rtl/>
        </w:rPr>
        <w:t>حجم</w:t>
      </w:r>
      <w:r>
        <w:t xml:space="preserve"> </w:t>
      </w:r>
      <w:r>
        <w:rPr>
          <w:rFonts w:cs="Arial"/>
          <w:szCs w:val="21"/>
          <w:rtl/>
        </w:rPr>
        <w:t>کار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هزینه</w:t>
      </w:r>
      <w:r>
        <w:t xml:space="preserve"> </w:t>
      </w:r>
      <w:r>
        <w:rPr>
          <w:rFonts w:cs="Arial"/>
          <w:szCs w:val="21"/>
          <w:rtl/>
        </w:rPr>
        <w:t>باید</w:t>
      </w:r>
      <w:r>
        <w:t xml:space="preserve"> </w:t>
      </w:r>
      <w:r>
        <w:rPr>
          <w:rFonts w:cs="Arial"/>
          <w:szCs w:val="21"/>
          <w:rtl/>
        </w:rPr>
        <w:t>پیش</w:t>
      </w:r>
      <w:r>
        <w:t xml:space="preserve"> </w:t>
      </w:r>
      <w:r>
        <w:rPr>
          <w:rFonts w:cs="Arial"/>
          <w:szCs w:val="21"/>
          <w:rtl/>
        </w:rPr>
        <w:t>از</w:t>
      </w:r>
      <w:r>
        <w:t xml:space="preserve"> </w:t>
      </w:r>
      <w:r>
        <w:rPr>
          <w:rFonts w:cs="Arial"/>
          <w:szCs w:val="21"/>
          <w:rtl/>
        </w:rPr>
        <w:t>اجرا</w:t>
      </w:r>
      <w:r>
        <w:t xml:space="preserve"> </w:t>
      </w:r>
      <w:r>
        <w:rPr>
          <w:rFonts w:cs="Arial"/>
          <w:szCs w:val="21"/>
          <w:rtl/>
        </w:rPr>
        <w:t>به</w:t>
      </w:r>
      <w:r>
        <w:t xml:space="preserve"> </w:t>
      </w:r>
      <w:r>
        <w:rPr>
          <w:rFonts w:cs="Arial"/>
          <w:szCs w:val="21"/>
          <w:rtl/>
        </w:rPr>
        <w:t>توافق</w:t>
      </w:r>
      <w:r>
        <w:t xml:space="preserve"> </w:t>
      </w:r>
      <w:r>
        <w:rPr>
          <w:rFonts w:cs="Arial"/>
          <w:szCs w:val="21"/>
          <w:rtl/>
        </w:rPr>
        <w:t>طرفین</w:t>
      </w:r>
      <w:r>
        <w:t xml:space="preserve"> </w:t>
      </w:r>
      <w:r>
        <w:rPr>
          <w:rFonts w:cs="Arial"/>
          <w:szCs w:val="21"/>
          <w:rtl/>
        </w:rPr>
        <w:t>برسد</w:t>
      </w:r>
      <w:r>
        <w:t>.</w:t>
      </w:r>
    </w:p>
    <w:p w:rsidR="0031231C" w:rsidRDefault="00241D1E" w:rsidP="00241D1E">
      <w:pPr>
        <w:bidi/>
        <w:spacing w:after="120"/>
      </w:pPr>
      <w:r>
        <w:rPr>
          <w:rFonts w:cs="Arial"/>
          <w:b/>
          <w:bCs/>
          <w:color w:val="144367"/>
          <w:sz w:val="24"/>
          <w:szCs w:val="24"/>
          <w:rtl/>
        </w:rPr>
        <w:t>۳</w:t>
      </w:r>
      <w:r>
        <w:rPr>
          <w:b/>
          <w:color w:val="144367"/>
          <w:sz w:val="24"/>
        </w:rPr>
        <w:t xml:space="preserve">. </w:t>
      </w:r>
      <w:r>
        <w:rPr>
          <w:rFonts w:cs="Arial"/>
          <w:b/>
          <w:bCs/>
          <w:color w:val="144367"/>
          <w:sz w:val="24"/>
          <w:szCs w:val="24"/>
          <w:rtl/>
        </w:rPr>
        <w:t>شرح</w:t>
      </w:r>
      <w:r>
        <w:rPr>
          <w:b/>
          <w:color w:val="144367"/>
          <w:sz w:val="24"/>
        </w:rPr>
        <w:t xml:space="preserve"> </w:t>
      </w:r>
      <w:r>
        <w:rPr>
          <w:rFonts w:cs="Arial"/>
          <w:b/>
          <w:bCs/>
          <w:color w:val="144367"/>
          <w:sz w:val="24"/>
          <w:szCs w:val="24"/>
          <w:rtl/>
        </w:rPr>
        <w:t>خدمات</w:t>
      </w:r>
      <w:r>
        <w:rPr>
          <w:b/>
          <w:color w:val="144367"/>
          <w:sz w:val="24"/>
        </w:rPr>
        <w:t xml:space="preserve"> </w:t>
      </w:r>
      <w:r>
        <w:rPr>
          <w:rFonts w:cs="Arial"/>
          <w:b/>
          <w:bCs/>
          <w:color w:val="144367"/>
          <w:sz w:val="24"/>
          <w:szCs w:val="24"/>
          <w:rtl/>
        </w:rPr>
        <w:t>فریلنسر</w:t>
      </w:r>
    </w:p>
    <w:p w:rsidR="0031231C" w:rsidRDefault="00241D1E" w:rsidP="00241D1E">
      <w:pPr>
        <w:bidi/>
        <w:spacing w:after="120"/>
      </w:pPr>
      <w:proofErr w:type="gramStart"/>
      <w:r>
        <w:t xml:space="preserve">• </w:t>
      </w:r>
      <w:r>
        <w:rPr>
          <w:rFonts w:cs="Arial"/>
          <w:szCs w:val="21"/>
          <w:rtl/>
        </w:rPr>
        <w:t>بررسی</w:t>
      </w:r>
      <w:r>
        <w:t xml:space="preserve"> </w:t>
      </w:r>
      <w:r>
        <w:rPr>
          <w:rFonts w:cs="Arial"/>
          <w:szCs w:val="21"/>
          <w:rtl/>
        </w:rPr>
        <w:t>طراحی،</w:t>
      </w:r>
      <w:r>
        <w:t xml:space="preserve"> </w:t>
      </w:r>
      <w:r>
        <w:rPr>
          <w:rFonts w:cs="Arial"/>
          <w:szCs w:val="21"/>
          <w:rtl/>
        </w:rPr>
        <w:t>تجهیزات</w:t>
      </w:r>
      <w:r>
        <w:t xml:space="preserve"> </w:t>
      </w:r>
      <w:r>
        <w:rPr>
          <w:rFonts w:cs="Arial"/>
          <w:szCs w:val="21"/>
          <w:rtl/>
        </w:rPr>
        <w:t>موجود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انتخاب</w:t>
      </w:r>
      <w:r>
        <w:t xml:space="preserve"> </w:t>
      </w:r>
      <w:r>
        <w:rPr>
          <w:rFonts w:cs="Arial"/>
          <w:szCs w:val="21"/>
          <w:rtl/>
        </w:rPr>
        <w:t>راهکار</w:t>
      </w:r>
      <w:r>
        <w:t xml:space="preserve"> </w:t>
      </w:r>
      <w:r>
        <w:rPr>
          <w:rFonts w:cs="Arial"/>
          <w:szCs w:val="21"/>
          <w:rtl/>
        </w:rPr>
        <w:t>مناسب</w:t>
      </w:r>
      <w:r>
        <w:t xml:space="preserve"> </w:t>
      </w:r>
      <w:r>
        <w:t xml:space="preserve">KNX </w:t>
      </w:r>
      <w:r>
        <w:rPr>
          <w:rFonts w:cs="Arial"/>
          <w:szCs w:val="21"/>
          <w:rtl/>
        </w:rPr>
        <w:t>ی</w:t>
      </w:r>
      <w:r>
        <w:rPr>
          <w:rFonts w:cs="Arial"/>
          <w:szCs w:val="21"/>
          <w:rtl/>
        </w:rPr>
        <w:t>ا</w:t>
      </w:r>
      <w:r>
        <w:t xml:space="preserve"> </w:t>
      </w:r>
      <w:r>
        <w:rPr>
          <w:rFonts w:cs="Arial"/>
          <w:szCs w:val="21"/>
          <w:rtl/>
        </w:rPr>
        <w:t>گزینه</w:t>
      </w:r>
      <w:r>
        <w:t xml:space="preserve"> </w:t>
      </w:r>
      <w:r>
        <w:rPr>
          <w:rFonts w:cs="Arial"/>
          <w:szCs w:val="21"/>
          <w:rtl/>
        </w:rPr>
        <w:t>حرفه</w:t>
      </w:r>
      <w:r>
        <w:t>‌</w:t>
      </w:r>
      <w:r>
        <w:rPr>
          <w:rFonts w:cs="Arial"/>
          <w:szCs w:val="21"/>
          <w:rtl/>
        </w:rPr>
        <w:t>ای</w:t>
      </w:r>
      <w:r>
        <w:t xml:space="preserve"> </w:t>
      </w:r>
      <w:r>
        <w:rPr>
          <w:rFonts w:cs="Arial"/>
          <w:szCs w:val="21"/>
          <w:rtl/>
        </w:rPr>
        <w:t>جایگزین</w:t>
      </w:r>
      <w:r>
        <w:t>.</w:t>
      </w:r>
      <w:proofErr w:type="gramEnd"/>
    </w:p>
    <w:p w:rsidR="0031231C" w:rsidRDefault="00241D1E" w:rsidP="00241D1E">
      <w:pPr>
        <w:bidi/>
        <w:spacing w:after="120"/>
      </w:pPr>
      <w:r>
        <w:t xml:space="preserve">• </w:t>
      </w:r>
      <w:r>
        <w:rPr>
          <w:rFonts w:cs="Arial"/>
          <w:szCs w:val="21"/>
          <w:rtl/>
        </w:rPr>
        <w:t>ارائه</w:t>
      </w:r>
      <w:r>
        <w:t xml:space="preserve"> </w:t>
      </w:r>
      <w:r>
        <w:rPr>
          <w:rFonts w:cs="Arial"/>
          <w:szCs w:val="21"/>
          <w:rtl/>
        </w:rPr>
        <w:t>نقشه</w:t>
      </w:r>
      <w:r>
        <w:t xml:space="preserve"> </w:t>
      </w:r>
      <w:r>
        <w:rPr>
          <w:rFonts w:cs="Arial"/>
          <w:szCs w:val="21"/>
          <w:rtl/>
        </w:rPr>
        <w:t>منطقی</w:t>
      </w:r>
      <w:r>
        <w:t xml:space="preserve"> </w:t>
      </w:r>
      <w:r>
        <w:rPr>
          <w:rFonts w:cs="Arial"/>
          <w:szCs w:val="21"/>
          <w:rtl/>
        </w:rPr>
        <w:t>سیستم،</w:t>
      </w:r>
      <w:r>
        <w:t xml:space="preserve"> </w:t>
      </w:r>
      <w:r>
        <w:rPr>
          <w:rFonts w:cs="Arial"/>
          <w:szCs w:val="21"/>
          <w:rtl/>
        </w:rPr>
        <w:t>فهرست</w:t>
      </w:r>
      <w:r>
        <w:t xml:space="preserve"> </w:t>
      </w:r>
      <w:r>
        <w:rPr>
          <w:rFonts w:cs="Arial"/>
          <w:szCs w:val="21"/>
          <w:rtl/>
        </w:rPr>
        <w:t>تجهیزات</w:t>
      </w:r>
      <w:r>
        <w:t xml:space="preserve"> </w:t>
      </w:r>
      <w:r>
        <w:rPr>
          <w:rFonts w:cs="Arial"/>
          <w:szCs w:val="21"/>
          <w:rtl/>
        </w:rPr>
        <w:t>موردنیاز،</w:t>
      </w:r>
      <w:r>
        <w:t xml:space="preserve"> </w:t>
      </w:r>
      <w:r>
        <w:rPr>
          <w:rFonts w:cs="Arial"/>
          <w:szCs w:val="21"/>
          <w:rtl/>
        </w:rPr>
        <w:t>توصیه</w:t>
      </w:r>
      <w:r>
        <w:t>‌</w:t>
      </w:r>
      <w:r>
        <w:rPr>
          <w:rFonts w:cs="Arial"/>
          <w:szCs w:val="21"/>
          <w:rtl/>
        </w:rPr>
        <w:t>های</w:t>
      </w:r>
      <w:r>
        <w:t xml:space="preserve"> </w:t>
      </w:r>
      <w:r>
        <w:rPr>
          <w:rFonts w:cs="Arial"/>
          <w:szCs w:val="21"/>
          <w:rtl/>
        </w:rPr>
        <w:t>اتصال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بررسی</w:t>
      </w:r>
      <w:r>
        <w:t xml:space="preserve"> </w:t>
      </w:r>
      <w:r>
        <w:rPr>
          <w:rFonts w:cs="Arial"/>
          <w:szCs w:val="21"/>
          <w:rtl/>
        </w:rPr>
        <w:t>سازگاری</w:t>
      </w:r>
      <w:r>
        <w:t>.</w:t>
      </w:r>
    </w:p>
    <w:p w:rsidR="0031231C" w:rsidRDefault="00241D1E" w:rsidP="00241D1E">
      <w:pPr>
        <w:bidi/>
        <w:spacing w:after="120"/>
      </w:pPr>
      <w:r>
        <w:t xml:space="preserve">• </w:t>
      </w:r>
      <w:r>
        <w:rPr>
          <w:rFonts w:cs="Arial"/>
          <w:szCs w:val="21"/>
          <w:rtl/>
        </w:rPr>
        <w:t>راهنمایی</w:t>
      </w:r>
      <w:r>
        <w:t xml:space="preserve"> </w:t>
      </w:r>
      <w:r>
        <w:rPr>
          <w:rFonts w:cs="Arial"/>
          <w:szCs w:val="21"/>
          <w:rtl/>
        </w:rPr>
        <w:t>گام</w:t>
      </w:r>
      <w:r>
        <w:t>‌</w:t>
      </w:r>
      <w:r>
        <w:rPr>
          <w:rFonts w:cs="Arial"/>
          <w:szCs w:val="21"/>
          <w:rtl/>
        </w:rPr>
        <w:t>به</w:t>
      </w:r>
      <w:r>
        <w:t>‌</w:t>
      </w:r>
      <w:r>
        <w:rPr>
          <w:rFonts w:cs="Arial"/>
          <w:szCs w:val="21"/>
          <w:rtl/>
        </w:rPr>
        <w:t>گام</w:t>
      </w:r>
      <w:r>
        <w:t xml:space="preserve"> </w:t>
      </w:r>
      <w:r>
        <w:rPr>
          <w:rFonts w:cs="Arial"/>
          <w:szCs w:val="21"/>
          <w:rtl/>
        </w:rPr>
        <w:t>تیم</w:t>
      </w:r>
      <w:r>
        <w:t xml:space="preserve"> </w:t>
      </w:r>
      <w:r>
        <w:rPr>
          <w:rFonts w:cs="Arial"/>
          <w:szCs w:val="21"/>
          <w:rtl/>
        </w:rPr>
        <w:t>ما</w:t>
      </w:r>
      <w:r>
        <w:t xml:space="preserve"> </w:t>
      </w:r>
      <w:r>
        <w:rPr>
          <w:rFonts w:cs="Arial"/>
          <w:szCs w:val="21"/>
          <w:rtl/>
        </w:rPr>
        <w:t>در</w:t>
      </w:r>
      <w:r>
        <w:t xml:space="preserve"> </w:t>
      </w:r>
      <w:r>
        <w:rPr>
          <w:rFonts w:cs="Arial"/>
          <w:szCs w:val="21"/>
          <w:rtl/>
        </w:rPr>
        <w:t>تمام</w:t>
      </w:r>
      <w:r>
        <w:t xml:space="preserve"> </w:t>
      </w:r>
      <w:r>
        <w:rPr>
          <w:rFonts w:cs="Arial"/>
          <w:szCs w:val="21"/>
          <w:rtl/>
        </w:rPr>
        <w:t>مراحل</w:t>
      </w:r>
      <w:r>
        <w:t xml:space="preserve"> </w:t>
      </w:r>
      <w:r>
        <w:rPr>
          <w:rFonts w:cs="Arial"/>
          <w:szCs w:val="21"/>
          <w:rtl/>
        </w:rPr>
        <w:t>نصب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تست،</w:t>
      </w:r>
      <w:r>
        <w:t xml:space="preserve"> </w:t>
      </w:r>
      <w:r>
        <w:rPr>
          <w:rFonts w:cs="Arial"/>
          <w:szCs w:val="21"/>
          <w:rtl/>
        </w:rPr>
        <w:t>از</w:t>
      </w:r>
      <w:r>
        <w:t xml:space="preserve"> </w:t>
      </w:r>
      <w:r>
        <w:rPr>
          <w:rFonts w:cs="Arial"/>
          <w:szCs w:val="21"/>
          <w:rtl/>
        </w:rPr>
        <w:t>طریق</w:t>
      </w:r>
      <w:r>
        <w:t xml:space="preserve"> </w:t>
      </w:r>
      <w:r>
        <w:rPr>
          <w:rFonts w:cs="Arial"/>
          <w:szCs w:val="21"/>
          <w:rtl/>
        </w:rPr>
        <w:t>تماس،</w:t>
      </w:r>
      <w:r>
        <w:t xml:space="preserve"> </w:t>
      </w:r>
      <w:r>
        <w:rPr>
          <w:rFonts w:cs="Arial"/>
          <w:szCs w:val="21"/>
          <w:rtl/>
        </w:rPr>
        <w:t>پیام،</w:t>
      </w:r>
      <w:r>
        <w:t xml:space="preserve"> </w:t>
      </w:r>
      <w:r>
        <w:rPr>
          <w:rFonts w:cs="Arial"/>
          <w:szCs w:val="21"/>
          <w:rtl/>
        </w:rPr>
        <w:t>عکس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دسترسی</w:t>
      </w:r>
      <w:r>
        <w:t xml:space="preserve"> </w:t>
      </w:r>
      <w:r>
        <w:rPr>
          <w:rFonts w:cs="Arial"/>
          <w:szCs w:val="21"/>
          <w:rtl/>
        </w:rPr>
        <w:t>از</w:t>
      </w:r>
      <w:r>
        <w:t xml:space="preserve"> </w:t>
      </w:r>
      <w:r>
        <w:rPr>
          <w:rFonts w:cs="Arial"/>
          <w:szCs w:val="21"/>
          <w:rtl/>
        </w:rPr>
        <w:t>راه</w:t>
      </w:r>
      <w:r>
        <w:t xml:space="preserve"> </w:t>
      </w:r>
      <w:r>
        <w:rPr>
          <w:rFonts w:cs="Arial"/>
          <w:szCs w:val="21"/>
          <w:rtl/>
        </w:rPr>
        <w:t>دور</w:t>
      </w:r>
      <w:r>
        <w:t>.</w:t>
      </w:r>
    </w:p>
    <w:p w:rsidR="0031231C" w:rsidRDefault="00241D1E" w:rsidP="00241D1E">
      <w:pPr>
        <w:bidi/>
        <w:spacing w:after="120"/>
      </w:pPr>
      <w:r>
        <w:t xml:space="preserve">• </w:t>
      </w:r>
      <w:r>
        <w:rPr>
          <w:rFonts w:cs="Arial"/>
          <w:szCs w:val="21"/>
          <w:rtl/>
        </w:rPr>
        <w:t>برنامه</w:t>
      </w:r>
      <w:r>
        <w:t>‌</w:t>
      </w:r>
      <w:r>
        <w:rPr>
          <w:rFonts w:cs="Arial"/>
          <w:szCs w:val="21"/>
          <w:rtl/>
        </w:rPr>
        <w:t>نویسی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پیکربندی</w:t>
      </w:r>
      <w:r>
        <w:t xml:space="preserve"> </w:t>
      </w:r>
      <w:r>
        <w:rPr>
          <w:rFonts w:cs="Arial"/>
          <w:szCs w:val="21"/>
          <w:rtl/>
        </w:rPr>
        <w:t>کامل</w:t>
      </w:r>
      <w:r>
        <w:t xml:space="preserve"> ETS </w:t>
      </w:r>
      <w:r>
        <w:rPr>
          <w:rFonts w:cs="Arial"/>
          <w:szCs w:val="21"/>
          <w:rtl/>
        </w:rPr>
        <w:t>یا</w:t>
      </w:r>
      <w:r>
        <w:t xml:space="preserve"> </w:t>
      </w:r>
      <w:r>
        <w:rPr>
          <w:rFonts w:cs="Arial"/>
          <w:szCs w:val="21"/>
          <w:rtl/>
        </w:rPr>
        <w:t>نرم</w:t>
      </w:r>
      <w:r>
        <w:t>‌</w:t>
      </w:r>
      <w:r>
        <w:rPr>
          <w:rFonts w:cs="Arial"/>
          <w:szCs w:val="21"/>
          <w:rtl/>
        </w:rPr>
        <w:t>افزار</w:t>
      </w:r>
      <w:r>
        <w:t xml:space="preserve"> </w:t>
      </w:r>
      <w:r>
        <w:rPr>
          <w:rFonts w:cs="Arial"/>
          <w:szCs w:val="21"/>
          <w:rtl/>
        </w:rPr>
        <w:t>متناظر،</w:t>
      </w:r>
      <w:r>
        <w:t xml:space="preserve"> </w:t>
      </w:r>
      <w:r>
        <w:rPr>
          <w:rFonts w:cs="Arial"/>
          <w:szCs w:val="21"/>
          <w:rtl/>
        </w:rPr>
        <w:t>تعریف</w:t>
      </w:r>
      <w:r>
        <w:t xml:space="preserve"> </w:t>
      </w:r>
      <w:r>
        <w:rPr>
          <w:rFonts w:cs="Arial"/>
          <w:szCs w:val="21"/>
          <w:rtl/>
        </w:rPr>
        <w:t>آدرس</w:t>
      </w:r>
      <w:r>
        <w:t>‌</w:t>
      </w:r>
      <w:r>
        <w:rPr>
          <w:rFonts w:cs="Arial"/>
          <w:szCs w:val="21"/>
          <w:rtl/>
        </w:rPr>
        <w:t>ها،</w:t>
      </w:r>
      <w:r>
        <w:t xml:space="preserve"> </w:t>
      </w:r>
      <w:r>
        <w:rPr>
          <w:rFonts w:cs="Arial"/>
          <w:szCs w:val="21"/>
          <w:rtl/>
        </w:rPr>
        <w:t>گروه</w:t>
      </w:r>
      <w:r>
        <w:t>‌</w:t>
      </w:r>
      <w:r>
        <w:rPr>
          <w:rFonts w:cs="Arial"/>
          <w:szCs w:val="21"/>
          <w:rtl/>
        </w:rPr>
        <w:t>ها،</w:t>
      </w:r>
      <w:r>
        <w:t xml:space="preserve"> </w:t>
      </w:r>
      <w:r>
        <w:rPr>
          <w:rFonts w:cs="Arial"/>
          <w:szCs w:val="21"/>
          <w:rtl/>
        </w:rPr>
        <w:t>سناریوها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منطق</w:t>
      </w:r>
      <w:r>
        <w:t xml:space="preserve"> </w:t>
      </w:r>
      <w:r>
        <w:rPr>
          <w:rFonts w:cs="Arial"/>
          <w:szCs w:val="21"/>
          <w:rtl/>
        </w:rPr>
        <w:t>کنترلی</w:t>
      </w:r>
      <w:r>
        <w:t>.</w:t>
      </w:r>
    </w:p>
    <w:p w:rsidR="0031231C" w:rsidRDefault="00241D1E" w:rsidP="00241D1E">
      <w:pPr>
        <w:bidi/>
        <w:spacing w:after="120"/>
      </w:pPr>
      <w:r>
        <w:t xml:space="preserve">• </w:t>
      </w:r>
      <w:r>
        <w:rPr>
          <w:rFonts w:cs="Arial"/>
          <w:szCs w:val="21"/>
          <w:rtl/>
        </w:rPr>
        <w:t>پیکربندی</w:t>
      </w:r>
      <w:r>
        <w:t xml:space="preserve"> </w:t>
      </w:r>
      <w:r>
        <w:rPr>
          <w:rFonts w:cs="Arial"/>
          <w:szCs w:val="21"/>
          <w:rtl/>
        </w:rPr>
        <w:t>سنسورهای</w:t>
      </w:r>
      <w:r>
        <w:t xml:space="preserve"> </w:t>
      </w:r>
      <w:r>
        <w:rPr>
          <w:rFonts w:cs="Arial"/>
          <w:szCs w:val="21"/>
          <w:rtl/>
        </w:rPr>
        <w:t>دما،</w:t>
      </w:r>
      <w:r>
        <w:t xml:space="preserve"> </w:t>
      </w:r>
      <w:r>
        <w:rPr>
          <w:rFonts w:cs="Arial"/>
          <w:szCs w:val="21"/>
          <w:rtl/>
        </w:rPr>
        <w:t>اکچویتورها،</w:t>
      </w:r>
      <w:r>
        <w:t xml:space="preserve"> </w:t>
      </w:r>
      <w:r>
        <w:rPr>
          <w:rFonts w:cs="Arial"/>
          <w:szCs w:val="21"/>
          <w:rtl/>
        </w:rPr>
        <w:t>مانیتورینگ</w:t>
      </w:r>
      <w:r>
        <w:t xml:space="preserve"> </w:t>
      </w:r>
      <w:r>
        <w:rPr>
          <w:rFonts w:cs="Arial"/>
          <w:szCs w:val="21"/>
          <w:rtl/>
        </w:rPr>
        <w:t>تجهیزات</w:t>
      </w:r>
      <w:r>
        <w:t xml:space="preserve"> </w:t>
      </w:r>
      <w:r>
        <w:rPr>
          <w:rFonts w:cs="Arial"/>
          <w:szCs w:val="21"/>
          <w:rtl/>
        </w:rPr>
        <w:t>گرمایشی،</w:t>
      </w:r>
      <w:r>
        <w:t xml:space="preserve"> </w:t>
      </w:r>
      <w:r>
        <w:rPr>
          <w:rFonts w:cs="Arial"/>
          <w:szCs w:val="21"/>
          <w:rtl/>
        </w:rPr>
        <w:t>تهویه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سرمایش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ارتباطات</w:t>
      </w:r>
      <w:r>
        <w:t xml:space="preserve"> </w:t>
      </w:r>
      <w:r>
        <w:rPr>
          <w:rFonts w:cs="Arial"/>
          <w:szCs w:val="21"/>
          <w:rtl/>
        </w:rPr>
        <w:t>پشتیبانی</w:t>
      </w:r>
      <w:r>
        <w:t>‌</w:t>
      </w:r>
      <w:r>
        <w:rPr>
          <w:rFonts w:cs="Arial"/>
          <w:szCs w:val="21"/>
          <w:rtl/>
        </w:rPr>
        <w:t>شده</w:t>
      </w:r>
      <w:r>
        <w:t>.</w:t>
      </w:r>
    </w:p>
    <w:p w:rsidR="0031231C" w:rsidRDefault="00241D1E" w:rsidP="00241D1E">
      <w:pPr>
        <w:bidi/>
        <w:spacing w:after="120"/>
      </w:pPr>
      <w:r>
        <w:t xml:space="preserve">• </w:t>
      </w:r>
      <w:r>
        <w:rPr>
          <w:rFonts w:cs="Arial"/>
          <w:szCs w:val="21"/>
          <w:rtl/>
        </w:rPr>
        <w:t>یکپارچه</w:t>
      </w:r>
      <w:r>
        <w:t>‌</w:t>
      </w:r>
      <w:r>
        <w:rPr>
          <w:rFonts w:cs="Arial"/>
          <w:szCs w:val="21"/>
          <w:rtl/>
        </w:rPr>
        <w:t>سازی</w:t>
      </w:r>
      <w:r>
        <w:t xml:space="preserve"> </w:t>
      </w:r>
      <w:r>
        <w:rPr>
          <w:rFonts w:cs="Arial"/>
          <w:szCs w:val="21"/>
          <w:rtl/>
        </w:rPr>
        <w:t>وضعیت</w:t>
      </w:r>
      <w:r>
        <w:t xml:space="preserve"> </w:t>
      </w:r>
      <w:r>
        <w:rPr>
          <w:rFonts w:cs="Arial"/>
          <w:szCs w:val="21"/>
          <w:rtl/>
        </w:rPr>
        <w:t>سنسورهای</w:t>
      </w:r>
      <w:r>
        <w:t xml:space="preserve"> </w:t>
      </w:r>
      <w:r>
        <w:rPr>
          <w:rFonts w:cs="Arial"/>
          <w:szCs w:val="21"/>
          <w:rtl/>
        </w:rPr>
        <w:t>دود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لینک</w:t>
      </w:r>
      <w:r>
        <w:t xml:space="preserve"> </w:t>
      </w:r>
      <w:r>
        <w:rPr>
          <w:rFonts w:cs="Arial"/>
          <w:szCs w:val="21"/>
          <w:rtl/>
        </w:rPr>
        <w:t>دوربین</w:t>
      </w:r>
      <w:r>
        <w:t>‌</w:t>
      </w:r>
      <w:r>
        <w:rPr>
          <w:rFonts w:cs="Arial"/>
          <w:szCs w:val="21"/>
          <w:rtl/>
        </w:rPr>
        <w:t>ها،</w:t>
      </w:r>
      <w:r>
        <w:t xml:space="preserve"> </w:t>
      </w:r>
      <w:r>
        <w:rPr>
          <w:rFonts w:cs="Arial"/>
          <w:szCs w:val="21"/>
          <w:rtl/>
        </w:rPr>
        <w:t>در</w:t>
      </w:r>
      <w:r>
        <w:t xml:space="preserve"> </w:t>
      </w:r>
      <w:r>
        <w:rPr>
          <w:rFonts w:cs="Arial"/>
          <w:szCs w:val="21"/>
          <w:rtl/>
        </w:rPr>
        <w:t>حدود</w:t>
      </w:r>
      <w:r>
        <w:t xml:space="preserve"> </w:t>
      </w:r>
      <w:r>
        <w:rPr>
          <w:rFonts w:cs="Arial"/>
          <w:szCs w:val="21"/>
          <w:rtl/>
        </w:rPr>
        <w:t>امکانات</w:t>
      </w:r>
      <w:r>
        <w:t xml:space="preserve"> </w:t>
      </w:r>
      <w:r>
        <w:rPr>
          <w:rFonts w:cs="Arial"/>
          <w:szCs w:val="21"/>
          <w:rtl/>
        </w:rPr>
        <w:t>فنی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الزامات</w:t>
      </w:r>
      <w:r>
        <w:t xml:space="preserve"> </w:t>
      </w:r>
      <w:r>
        <w:rPr>
          <w:rFonts w:cs="Arial"/>
          <w:szCs w:val="21"/>
          <w:rtl/>
        </w:rPr>
        <w:t>ایمنی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حریم</w:t>
      </w:r>
      <w:r>
        <w:t xml:space="preserve"> </w:t>
      </w:r>
      <w:r>
        <w:rPr>
          <w:rFonts w:cs="Arial"/>
          <w:szCs w:val="21"/>
          <w:rtl/>
        </w:rPr>
        <w:t>خصوصی</w:t>
      </w:r>
      <w:r>
        <w:t>.</w:t>
      </w:r>
    </w:p>
    <w:p w:rsidR="0031231C" w:rsidRDefault="00241D1E" w:rsidP="00241D1E">
      <w:pPr>
        <w:bidi/>
        <w:spacing w:after="120"/>
      </w:pPr>
      <w:r>
        <w:t xml:space="preserve">• </w:t>
      </w:r>
      <w:r>
        <w:rPr>
          <w:rFonts w:cs="Arial"/>
          <w:szCs w:val="21"/>
          <w:rtl/>
        </w:rPr>
        <w:t>راه</w:t>
      </w:r>
      <w:r>
        <w:t>‌</w:t>
      </w:r>
      <w:r>
        <w:rPr>
          <w:rFonts w:cs="Arial"/>
          <w:szCs w:val="21"/>
          <w:rtl/>
        </w:rPr>
        <w:t>اندازی</w:t>
      </w:r>
      <w:r>
        <w:t xml:space="preserve"> </w:t>
      </w:r>
      <w:r>
        <w:rPr>
          <w:rFonts w:cs="Arial"/>
          <w:szCs w:val="21"/>
          <w:rtl/>
        </w:rPr>
        <w:t>کنترل</w:t>
      </w:r>
      <w:r>
        <w:t xml:space="preserve"> </w:t>
      </w:r>
      <w:r>
        <w:rPr>
          <w:rFonts w:cs="Arial"/>
          <w:szCs w:val="21"/>
          <w:rtl/>
        </w:rPr>
        <w:t>در</w:t>
      </w:r>
      <w:r>
        <w:t xml:space="preserve"> </w:t>
      </w:r>
      <w:r>
        <w:rPr>
          <w:rFonts w:cs="Arial"/>
          <w:szCs w:val="21"/>
          <w:rtl/>
        </w:rPr>
        <w:t>ورودی</w:t>
      </w:r>
      <w:r>
        <w:t xml:space="preserve"> </w:t>
      </w:r>
      <w:r>
        <w:rPr>
          <w:rFonts w:cs="Arial"/>
          <w:szCs w:val="21"/>
          <w:rtl/>
        </w:rPr>
        <w:t>مطب</w:t>
      </w:r>
      <w:r>
        <w:t xml:space="preserve"> </w:t>
      </w:r>
      <w:r>
        <w:rPr>
          <w:rFonts w:cs="Arial"/>
          <w:szCs w:val="21"/>
          <w:rtl/>
        </w:rPr>
        <w:t>با</w:t>
      </w:r>
      <w:r>
        <w:t xml:space="preserve"> </w:t>
      </w:r>
      <w:r>
        <w:rPr>
          <w:rFonts w:cs="Arial"/>
          <w:szCs w:val="21"/>
          <w:rtl/>
        </w:rPr>
        <w:t>رعایت</w:t>
      </w:r>
      <w:r>
        <w:t xml:space="preserve"> </w:t>
      </w:r>
      <w:r>
        <w:rPr>
          <w:rFonts w:cs="Arial"/>
          <w:szCs w:val="21"/>
          <w:rtl/>
        </w:rPr>
        <w:t>الزامات</w:t>
      </w:r>
      <w:r>
        <w:t xml:space="preserve"> </w:t>
      </w:r>
      <w:r>
        <w:rPr>
          <w:rFonts w:cs="Arial"/>
          <w:szCs w:val="21"/>
          <w:rtl/>
        </w:rPr>
        <w:t>امنیتی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امکان</w:t>
      </w:r>
      <w:r>
        <w:t xml:space="preserve"> </w:t>
      </w:r>
      <w:r>
        <w:rPr>
          <w:rFonts w:cs="Arial"/>
          <w:szCs w:val="21"/>
          <w:rtl/>
        </w:rPr>
        <w:t>خروج</w:t>
      </w:r>
      <w:r>
        <w:t xml:space="preserve"> </w:t>
      </w:r>
      <w:r>
        <w:rPr>
          <w:rFonts w:cs="Arial"/>
          <w:szCs w:val="21"/>
          <w:rtl/>
        </w:rPr>
        <w:t>ایمن</w:t>
      </w:r>
      <w:r>
        <w:t>.</w:t>
      </w:r>
    </w:p>
    <w:p w:rsidR="0031231C" w:rsidRDefault="00241D1E" w:rsidP="00241D1E">
      <w:pPr>
        <w:bidi/>
        <w:spacing w:after="120"/>
      </w:pPr>
      <w:r>
        <w:t xml:space="preserve">• </w:t>
      </w:r>
      <w:r>
        <w:rPr>
          <w:rFonts w:cs="Arial"/>
          <w:szCs w:val="21"/>
          <w:rtl/>
        </w:rPr>
        <w:t>عیب</w:t>
      </w:r>
      <w:r>
        <w:t>‌</w:t>
      </w:r>
      <w:r>
        <w:rPr>
          <w:rFonts w:cs="Arial"/>
          <w:szCs w:val="21"/>
          <w:rtl/>
        </w:rPr>
        <w:t>یابی</w:t>
      </w:r>
      <w:r>
        <w:t xml:space="preserve"> </w:t>
      </w:r>
      <w:r>
        <w:rPr>
          <w:rFonts w:cs="Arial"/>
          <w:szCs w:val="21"/>
          <w:rtl/>
        </w:rPr>
        <w:t>ارتباطات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نرم</w:t>
      </w:r>
      <w:r>
        <w:t>‌</w:t>
      </w:r>
      <w:r>
        <w:rPr>
          <w:rFonts w:cs="Arial"/>
          <w:szCs w:val="21"/>
          <w:rtl/>
        </w:rPr>
        <w:t>افزار،</w:t>
      </w:r>
      <w:r>
        <w:t xml:space="preserve"> </w:t>
      </w:r>
      <w:r>
        <w:rPr>
          <w:rFonts w:cs="Arial"/>
          <w:szCs w:val="21"/>
          <w:rtl/>
        </w:rPr>
        <w:t>انجام</w:t>
      </w:r>
      <w:r>
        <w:t xml:space="preserve"> </w:t>
      </w:r>
      <w:r>
        <w:rPr>
          <w:rFonts w:cs="Arial"/>
          <w:szCs w:val="21"/>
          <w:rtl/>
        </w:rPr>
        <w:t>آزمون</w:t>
      </w:r>
      <w:r>
        <w:t>‌</w:t>
      </w:r>
      <w:r>
        <w:rPr>
          <w:rFonts w:cs="Arial"/>
          <w:szCs w:val="21"/>
          <w:rtl/>
        </w:rPr>
        <w:t>های</w:t>
      </w:r>
      <w:r>
        <w:t xml:space="preserve"> </w:t>
      </w:r>
      <w:r>
        <w:rPr>
          <w:rFonts w:cs="Arial"/>
          <w:szCs w:val="21"/>
          <w:rtl/>
        </w:rPr>
        <w:t>عملکردی</w:t>
      </w:r>
      <w:r>
        <w:t xml:space="preserve"> </w:t>
      </w:r>
      <w:r>
        <w:rPr>
          <w:rFonts w:cs="Arial"/>
          <w:szCs w:val="21"/>
          <w:rtl/>
        </w:rPr>
        <w:t>با</w:t>
      </w:r>
      <w:r>
        <w:t xml:space="preserve"> </w:t>
      </w:r>
      <w:r>
        <w:rPr>
          <w:rFonts w:cs="Arial"/>
          <w:szCs w:val="21"/>
          <w:rtl/>
        </w:rPr>
        <w:t>همکاری</w:t>
      </w:r>
      <w:r>
        <w:t xml:space="preserve"> </w:t>
      </w:r>
      <w:r>
        <w:rPr>
          <w:rFonts w:cs="Arial"/>
          <w:szCs w:val="21"/>
          <w:rtl/>
        </w:rPr>
        <w:t>تیم</w:t>
      </w:r>
      <w:r>
        <w:t xml:space="preserve"> </w:t>
      </w:r>
      <w:r>
        <w:rPr>
          <w:rFonts w:cs="Arial"/>
          <w:szCs w:val="21"/>
          <w:rtl/>
        </w:rPr>
        <w:t>حاضر</w:t>
      </w:r>
      <w:r>
        <w:t xml:space="preserve"> </w:t>
      </w:r>
      <w:r>
        <w:rPr>
          <w:rFonts w:cs="Arial"/>
          <w:szCs w:val="21"/>
          <w:rtl/>
        </w:rPr>
        <w:t>در</w:t>
      </w:r>
      <w:r>
        <w:t xml:space="preserve"> </w:t>
      </w:r>
      <w:r>
        <w:rPr>
          <w:rFonts w:cs="Arial"/>
          <w:szCs w:val="21"/>
          <w:rtl/>
        </w:rPr>
        <w:t>محل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پشتیبانی</w:t>
      </w:r>
      <w:r>
        <w:t xml:space="preserve"> </w:t>
      </w:r>
      <w:r>
        <w:rPr>
          <w:rFonts w:cs="Arial"/>
          <w:szCs w:val="21"/>
          <w:rtl/>
        </w:rPr>
        <w:t>تا</w:t>
      </w:r>
      <w:r>
        <w:t xml:space="preserve"> </w:t>
      </w:r>
      <w:r>
        <w:rPr>
          <w:rFonts w:cs="Arial"/>
          <w:szCs w:val="21"/>
          <w:rtl/>
        </w:rPr>
        <w:t>تحویل</w:t>
      </w:r>
      <w:r>
        <w:t xml:space="preserve"> </w:t>
      </w:r>
      <w:r>
        <w:rPr>
          <w:rFonts w:cs="Arial"/>
          <w:szCs w:val="21"/>
          <w:rtl/>
        </w:rPr>
        <w:t>نهایی</w:t>
      </w:r>
      <w:r>
        <w:t>.</w:t>
      </w:r>
    </w:p>
    <w:p w:rsidR="0031231C" w:rsidRDefault="00241D1E" w:rsidP="00241D1E">
      <w:pPr>
        <w:bidi/>
        <w:spacing w:after="120"/>
      </w:pPr>
      <w:r>
        <w:t xml:space="preserve">• </w:t>
      </w:r>
      <w:r>
        <w:rPr>
          <w:rFonts w:cs="Arial"/>
          <w:szCs w:val="21"/>
          <w:rtl/>
        </w:rPr>
        <w:t>تحویل</w:t>
      </w:r>
      <w:r>
        <w:t xml:space="preserve"> </w:t>
      </w:r>
      <w:r>
        <w:rPr>
          <w:rFonts w:cs="Arial"/>
          <w:szCs w:val="21"/>
          <w:rtl/>
        </w:rPr>
        <w:t>فایل</w:t>
      </w:r>
      <w:r>
        <w:t>‌</w:t>
      </w:r>
      <w:r>
        <w:rPr>
          <w:rFonts w:cs="Arial"/>
          <w:szCs w:val="21"/>
          <w:rtl/>
        </w:rPr>
        <w:t>های</w:t>
      </w:r>
      <w:r>
        <w:t xml:space="preserve"> </w:t>
      </w:r>
      <w:r>
        <w:rPr>
          <w:rFonts w:cs="Arial"/>
          <w:szCs w:val="21"/>
          <w:rtl/>
        </w:rPr>
        <w:t>اصلی</w:t>
      </w:r>
      <w:r>
        <w:t xml:space="preserve"> </w:t>
      </w:r>
      <w:r>
        <w:rPr>
          <w:rFonts w:cs="Arial"/>
          <w:szCs w:val="21"/>
          <w:rtl/>
        </w:rPr>
        <w:t>پروژه،</w:t>
      </w:r>
      <w:r>
        <w:t xml:space="preserve"> </w:t>
      </w:r>
      <w:r>
        <w:rPr>
          <w:rFonts w:cs="Arial"/>
          <w:szCs w:val="21"/>
          <w:rtl/>
        </w:rPr>
        <w:t>تنظیمات،</w:t>
      </w:r>
      <w:r>
        <w:t xml:space="preserve"> </w:t>
      </w:r>
      <w:r>
        <w:rPr>
          <w:rFonts w:cs="Arial"/>
          <w:szCs w:val="21"/>
          <w:rtl/>
        </w:rPr>
        <w:t>نسخه</w:t>
      </w:r>
      <w:r>
        <w:t xml:space="preserve"> </w:t>
      </w:r>
      <w:r>
        <w:rPr>
          <w:rFonts w:cs="Arial"/>
          <w:szCs w:val="21"/>
          <w:rtl/>
        </w:rPr>
        <w:t>پشتیبان،</w:t>
      </w:r>
      <w:r>
        <w:t xml:space="preserve"> </w:t>
      </w:r>
      <w:r>
        <w:rPr>
          <w:rFonts w:cs="Arial"/>
          <w:szCs w:val="21"/>
          <w:rtl/>
        </w:rPr>
        <w:t>مستندات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را</w:t>
      </w:r>
      <w:r>
        <w:rPr>
          <w:rFonts w:cs="Arial"/>
          <w:szCs w:val="21"/>
          <w:rtl/>
        </w:rPr>
        <w:t>هنمای</w:t>
      </w:r>
      <w:r>
        <w:t xml:space="preserve"> </w:t>
      </w:r>
      <w:r>
        <w:rPr>
          <w:rFonts w:cs="Arial"/>
          <w:szCs w:val="21"/>
          <w:rtl/>
        </w:rPr>
        <w:t>استفاده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نگهداری</w:t>
      </w:r>
      <w:r>
        <w:t>.</w:t>
      </w:r>
    </w:p>
    <w:p w:rsidR="0031231C" w:rsidRDefault="00241D1E" w:rsidP="00241D1E">
      <w:pPr>
        <w:bidi/>
        <w:spacing w:after="120"/>
      </w:pPr>
      <w:r>
        <w:rPr>
          <w:rFonts w:cs="Arial"/>
          <w:b/>
          <w:bCs/>
          <w:color w:val="144367"/>
          <w:sz w:val="24"/>
          <w:szCs w:val="24"/>
          <w:rtl/>
        </w:rPr>
        <w:t>۴</w:t>
      </w:r>
      <w:r>
        <w:rPr>
          <w:b/>
          <w:color w:val="144367"/>
          <w:sz w:val="24"/>
        </w:rPr>
        <w:t xml:space="preserve">. </w:t>
      </w:r>
      <w:r>
        <w:rPr>
          <w:rFonts w:cs="Arial"/>
          <w:b/>
          <w:bCs/>
          <w:color w:val="144367"/>
          <w:sz w:val="24"/>
          <w:szCs w:val="24"/>
          <w:rtl/>
        </w:rPr>
        <w:t>تقسیم</w:t>
      </w:r>
      <w:r>
        <w:rPr>
          <w:b/>
          <w:color w:val="144367"/>
          <w:sz w:val="24"/>
        </w:rPr>
        <w:t xml:space="preserve"> </w:t>
      </w:r>
      <w:r>
        <w:rPr>
          <w:rFonts w:cs="Arial"/>
          <w:b/>
          <w:bCs/>
          <w:color w:val="144367"/>
          <w:sz w:val="24"/>
          <w:szCs w:val="24"/>
          <w:rtl/>
        </w:rPr>
        <w:t>مسئولیت</w:t>
      </w:r>
      <w:r>
        <w:rPr>
          <w:b/>
          <w:color w:val="144367"/>
          <w:sz w:val="24"/>
        </w:rPr>
        <w:t>‌</w:t>
      </w:r>
      <w:r>
        <w:rPr>
          <w:rFonts w:cs="Arial"/>
          <w:b/>
          <w:bCs/>
          <w:color w:val="144367"/>
          <w:sz w:val="24"/>
          <w:szCs w:val="24"/>
          <w:rtl/>
        </w:rPr>
        <w:t>ها</w:t>
      </w:r>
    </w:p>
    <w:p w:rsidR="0031231C" w:rsidRDefault="00241D1E" w:rsidP="00241D1E">
      <w:pPr>
        <w:bidi/>
        <w:spacing w:after="120"/>
      </w:pPr>
      <w:r>
        <w:rPr>
          <w:rFonts w:cs="Arial"/>
          <w:szCs w:val="21"/>
          <w:rtl/>
        </w:rPr>
        <w:t>مسئولیت</w:t>
      </w:r>
      <w:r>
        <w:t xml:space="preserve"> </w:t>
      </w:r>
      <w:r>
        <w:rPr>
          <w:rFonts w:cs="Arial"/>
          <w:szCs w:val="21"/>
          <w:rtl/>
        </w:rPr>
        <w:t>کارفرما</w:t>
      </w:r>
      <w:r>
        <w:t xml:space="preserve">: </w:t>
      </w:r>
      <w:r>
        <w:rPr>
          <w:rFonts w:cs="Arial"/>
          <w:szCs w:val="21"/>
          <w:rtl/>
        </w:rPr>
        <w:t>نصب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سیم</w:t>
      </w:r>
      <w:r>
        <w:t>‌</w:t>
      </w:r>
      <w:r>
        <w:rPr>
          <w:rFonts w:cs="Arial"/>
          <w:szCs w:val="21"/>
          <w:rtl/>
        </w:rPr>
        <w:t>کشی</w:t>
      </w:r>
      <w:r>
        <w:t xml:space="preserve"> </w:t>
      </w:r>
      <w:r>
        <w:rPr>
          <w:rFonts w:cs="Arial"/>
          <w:szCs w:val="21"/>
          <w:rtl/>
        </w:rPr>
        <w:t>فیزیکی،</w:t>
      </w:r>
      <w:r>
        <w:t xml:space="preserve"> </w:t>
      </w:r>
      <w:r>
        <w:rPr>
          <w:rFonts w:cs="Arial"/>
          <w:szCs w:val="21"/>
          <w:rtl/>
        </w:rPr>
        <w:t>اتصال</w:t>
      </w:r>
      <w:r>
        <w:t xml:space="preserve"> </w:t>
      </w:r>
      <w:r>
        <w:rPr>
          <w:rFonts w:cs="Arial"/>
          <w:szCs w:val="21"/>
          <w:rtl/>
        </w:rPr>
        <w:t>دستگاه</w:t>
      </w:r>
      <w:r>
        <w:t>‌</w:t>
      </w:r>
      <w:r>
        <w:rPr>
          <w:rFonts w:cs="Arial"/>
          <w:szCs w:val="21"/>
          <w:rtl/>
        </w:rPr>
        <w:t>ها،</w:t>
      </w:r>
      <w:r>
        <w:t xml:space="preserve"> </w:t>
      </w:r>
      <w:r>
        <w:rPr>
          <w:rFonts w:cs="Arial"/>
          <w:szCs w:val="21"/>
          <w:rtl/>
        </w:rPr>
        <w:t>فراهم</w:t>
      </w:r>
      <w:r>
        <w:t>‌</w:t>
      </w:r>
      <w:r>
        <w:rPr>
          <w:rFonts w:cs="Arial"/>
          <w:szCs w:val="21"/>
          <w:rtl/>
        </w:rPr>
        <w:t>کردن</w:t>
      </w:r>
      <w:r>
        <w:t xml:space="preserve"> </w:t>
      </w:r>
      <w:r>
        <w:rPr>
          <w:rFonts w:cs="Arial"/>
          <w:szCs w:val="21"/>
          <w:rtl/>
        </w:rPr>
        <w:t>اینترنت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دسترسی</w:t>
      </w:r>
      <w:r>
        <w:t xml:space="preserve"> </w:t>
      </w:r>
      <w:r>
        <w:rPr>
          <w:rFonts w:cs="Arial"/>
          <w:szCs w:val="21"/>
          <w:rtl/>
        </w:rPr>
        <w:t>امن</w:t>
      </w:r>
      <w:r>
        <w:t xml:space="preserve"> </w:t>
      </w:r>
      <w:r>
        <w:rPr>
          <w:rFonts w:cs="Arial"/>
          <w:szCs w:val="21"/>
          <w:rtl/>
        </w:rPr>
        <w:t>از</w:t>
      </w:r>
      <w:r>
        <w:t xml:space="preserve"> </w:t>
      </w:r>
      <w:r>
        <w:rPr>
          <w:rFonts w:cs="Arial"/>
          <w:szCs w:val="21"/>
          <w:rtl/>
        </w:rPr>
        <w:t>راه</w:t>
      </w:r>
      <w:r>
        <w:t xml:space="preserve"> </w:t>
      </w:r>
      <w:r>
        <w:rPr>
          <w:rFonts w:cs="Arial"/>
          <w:szCs w:val="21"/>
          <w:rtl/>
        </w:rPr>
        <w:t>دور،</w:t>
      </w:r>
      <w:r>
        <w:t xml:space="preserve"> </w:t>
      </w:r>
      <w:r>
        <w:rPr>
          <w:rFonts w:cs="Arial"/>
          <w:szCs w:val="21"/>
          <w:rtl/>
        </w:rPr>
        <w:t>ارسال</w:t>
      </w:r>
      <w:r>
        <w:t xml:space="preserve"> </w:t>
      </w:r>
      <w:r>
        <w:rPr>
          <w:rFonts w:cs="Arial"/>
          <w:szCs w:val="21"/>
          <w:rtl/>
        </w:rPr>
        <w:t>مشخصات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تصاویر</w:t>
      </w:r>
      <w:r>
        <w:t xml:space="preserve"> </w:t>
      </w:r>
      <w:r>
        <w:rPr>
          <w:rFonts w:cs="Arial"/>
          <w:szCs w:val="21"/>
          <w:rtl/>
        </w:rPr>
        <w:t>تجهیزات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اجرای</w:t>
      </w:r>
      <w:r>
        <w:t xml:space="preserve"> </w:t>
      </w:r>
      <w:r>
        <w:rPr>
          <w:rFonts w:cs="Arial"/>
          <w:szCs w:val="21"/>
          <w:rtl/>
        </w:rPr>
        <w:t>تست</w:t>
      </w:r>
      <w:r>
        <w:t>‌</w:t>
      </w:r>
      <w:r>
        <w:rPr>
          <w:rFonts w:cs="Arial"/>
          <w:szCs w:val="21"/>
          <w:rtl/>
        </w:rPr>
        <w:t>های</w:t>
      </w:r>
      <w:r>
        <w:t xml:space="preserve"> </w:t>
      </w:r>
      <w:r>
        <w:rPr>
          <w:rFonts w:cs="Arial"/>
          <w:szCs w:val="21"/>
          <w:rtl/>
        </w:rPr>
        <w:t>حضوری</w:t>
      </w:r>
      <w:r>
        <w:t xml:space="preserve"> </w:t>
      </w:r>
      <w:r>
        <w:rPr>
          <w:rFonts w:cs="Arial"/>
          <w:szCs w:val="21"/>
          <w:rtl/>
        </w:rPr>
        <w:t>طبق</w:t>
      </w:r>
      <w:r>
        <w:t xml:space="preserve"> </w:t>
      </w:r>
      <w:r>
        <w:rPr>
          <w:rFonts w:cs="Arial"/>
          <w:szCs w:val="21"/>
          <w:rtl/>
        </w:rPr>
        <w:t>راهنمایی</w:t>
      </w:r>
      <w:r>
        <w:t xml:space="preserve"> </w:t>
      </w:r>
      <w:r>
        <w:rPr>
          <w:rFonts w:cs="Arial"/>
          <w:szCs w:val="21"/>
          <w:rtl/>
        </w:rPr>
        <w:t>متخصص</w:t>
      </w:r>
      <w:r>
        <w:t xml:space="preserve">. </w:t>
      </w:r>
      <w:r>
        <w:rPr>
          <w:rFonts w:cs="Arial"/>
          <w:szCs w:val="21"/>
          <w:rtl/>
        </w:rPr>
        <w:t>کارهای</w:t>
      </w:r>
      <w:r>
        <w:t xml:space="preserve"> </w:t>
      </w:r>
      <w:r>
        <w:rPr>
          <w:rFonts w:cs="Arial"/>
          <w:szCs w:val="21"/>
          <w:rtl/>
        </w:rPr>
        <w:t>برقی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ایمنی</w:t>
      </w:r>
      <w:r>
        <w:t xml:space="preserve"> </w:t>
      </w:r>
      <w:r>
        <w:rPr>
          <w:rFonts w:cs="Arial"/>
          <w:szCs w:val="21"/>
          <w:rtl/>
        </w:rPr>
        <w:t>باید</w:t>
      </w:r>
      <w:r>
        <w:t xml:space="preserve"> </w:t>
      </w:r>
      <w:r>
        <w:rPr>
          <w:rFonts w:cs="Arial"/>
          <w:szCs w:val="21"/>
          <w:rtl/>
        </w:rPr>
        <w:t>توسط</w:t>
      </w:r>
      <w:r>
        <w:t xml:space="preserve"> </w:t>
      </w:r>
      <w:r>
        <w:rPr>
          <w:rFonts w:cs="Arial"/>
          <w:szCs w:val="21"/>
          <w:rtl/>
        </w:rPr>
        <w:t>افراد</w:t>
      </w:r>
      <w:r>
        <w:t xml:space="preserve"> </w:t>
      </w:r>
      <w:r>
        <w:rPr>
          <w:rFonts w:cs="Arial"/>
          <w:szCs w:val="21"/>
          <w:rtl/>
        </w:rPr>
        <w:t>دار</w:t>
      </w:r>
      <w:r>
        <w:rPr>
          <w:rFonts w:cs="Arial"/>
          <w:szCs w:val="21"/>
          <w:rtl/>
        </w:rPr>
        <w:t>ای</w:t>
      </w:r>
      <w:r>
        <w:t xml:space="preserve"> </w:t>
      </w:r>
      <w:r>
        <w:rPr>
          <w:rFonts w:cs="Arial"/>
          <w:szCs w:val="21"/>
          <w:rtl/>
        </w:rPr>
        <w:t>صلاحیت</w:t>
      </w:r>
      <w:r>
        <w:t xml:space="preserve"> </w:t>
      </w:r>
      <w:r>
        <w:rPr>
          <w:rFonts w:cs="Arial"/>
          <w:szCs w:val="21"/>
          <w:rtl/>
        </w:rPr>
        <w:t>لازم</w:t>
      </w:r>
      <w:r>
        <w:t xml:space="preserve"> </w:t>
      </w:r>
      <w:r>
        <w:rPr>
          <w:rFonts w:cs="Arial"/>
          <w:szCs w:val="21"/>
          <w:rtl/>
        </w:rPr>
        <w:t>انجام</w:t>
      </w:r>
      <w:r>
        <w:t xml:space="preserve"> </w:t>
      </w:r>
      <w:r>
        <w:rPr>
          <w:rFonts w:cs="Arial"/>
          <w:szCs w:val="21"/>
          <w:rtl/>
        </w:rPr>
        <w:t>شود</w:t>
      </w:r>
      <w:r>
        <w:t>.</w:t>
      </w:r>
    </w:p>
    <w:p w:rsidR="0031231C" w:rsidRDefault="00241D1E" w:rsidP="00241D1E">
      <w:pPr>
        <w:bidi/>
        <w:spacing w:after="120"/>
      </w:pPr>
      <w:r>
        <w:rPr>
          <w:rFonts w:cs="Arial"/>
          <w:szCs w:val="21"/>
          <w:rtl/>
        </w:rPr>
        <w:t>مسئولیت</w:t>
      </w:r>
      <w:r>
        <w:t xml:space="preserve"> </w:t>
      </w:r>
      <w:r>
        <w:rPr>
          <w:rFonts w:cs="Arial"/>
          <w:szCs w:val="21"/>
          <w:rtl/>
        </w:rPr>
        <w:t>فریلنسر</w:t>
      </w:r>
      <w:r>
        <w:t xml:space="preserve">: </w:t>
      </w:r>
      <w:r>
        <w:rPr>
          <w:rFonts w:cs="Arial"/>
          <w:szCs w:val="21"/>
          <w:rtl/>
        </w:rPr>
        <w:t>همراهی</w:t>
      </w:r>
      <w:r>
        <w:t xml:space="preserve"> </w:t>
      </w:r>
      <w:r>
        <w:rPr>
          <w:rFonts w:cs="Arial"/>
          <w:szCs w:val="21"/>
          <w:rtl/>
        </w:rPr>
        <w:t>فنی</w:t>
      </w:r>
      <w:r>
        <w:t xml:space="preserve"> </w:t>
      </w:r>
      <w:r>
        <w:rPr>
          <w:rFonts w:cs="Arial"/>
          <w:szCs w:val="21"/>
          <w:rtl/>
        </w:rPr>
        <w:t>از</w:t>
      </w:r>
      <w:r>
        <w:t xml:space="preserve"> </w:t>
      </w:r>
      <w:r>
        <w:rPr>
          <w:rFonts w:cs="Arial"/>
          <w:szCs w:val="21"/>
          <w:rtl/>
        </w:rPr>
        <w:t>ابتدای</w:t>
      </w:r>
      <w:r>
        <w:t xml:space="preserve"> </w:t>
      </w:r>
      <w:r>
        <w:rPr>
          <w:rFonts w:cs="Arial"/>
          <w:szCs w:val="21"/>
          <w:rtl/>
        </w:rPr>
        <w:t>پروژه</w:t>
      </w:r>
      <w:r>
        <w:t xml:space="preserve"> </w:t>
      </w:r>
      <w:r>
        <w:rPr>
          <w:rFonts w:cs="Arial"/>
          <w:szCs w:val="21"/>
          <w:rtl/>
        </w:rPr>
        <w:t>تا</w:t>
      </w:r>
      <w:r>
        <w:t xml:space="preserve"> </w:t>
      </w:r>
      <w:r>
        <w:rPr>
          <w:rFonts w:cs="Arial"/>
          <w:szCs w:val="21"/>
          <w:rtl/>
        </w:rPr>
        <w:t>پایان،</w:t>
      </w:r>
      <w:r>
        <w:t xml:space="preserve"> </w:t>
      </w:r>
      <w:r>
        <w:rPr>
          <w:rFonts w:cs="Arial"/>
          <w:szCs w:val="21"/>
          <w:rtl/>
        </w:rPr>
        <w:t>بررسی</w:t>
      </w:r>
      <w:r>
        <w:t xml:space="preserve"> </w:t>
      </w:r>
      <w:r>
        <w:rPr>
          <w:rFonts w:cs="Arial"/>
          <w:szCs w:val="21"/>
          <w:rtl/>
        </w:rPr>
        <w:t>سازگاری،</w:t>
      </w:r>
      <w:r>
        <w:t xml:space="preserve"> </w:t>
      </w:r>
      <w:r>
        <w:rPr>
          <w:rFonts w:cs="Arial"/>
          <w:szCs w:val="21"/>
          <w:rtl/>
        </w:rPr>
        <w:t>ارائه</w:t>
      </w:r>
      <w:r>
        <w:t xml:space="preserve"> </w:t>
      </w:r>
      <w:r>
        <w:rPr>
          <w:rFonts w:cs="Arial"/>
          <w:szCs w:val="21"/>
          <w:rtl/>
        </w:rPr>
        <w:t>دستورالعمل</w:t>
      </w:r>
      <w:r>
        <w:t>‌</w:t>
      </w:r>
      <w:r>
        <w:rPr>
          <w:rFonts w:cs="Arial"/>
          <w:szCs w:val="21"/>
          <w:rtl/>
        </w:rPr>
        <w:t>های</w:t>
      </w:r>
      <w:r>
        <w:t xml:space="preserve"> </w:t>
      </w:r>
      <w:r>
        <w:rPr>
          <w:rFonts w:cs="Arial"/>
          <w:szCs w:val="21"/>
          <w:rtl/>
        </w:rPr>
        <w:t>روشن،</w:t>
      </w:r>
      <w:r>
        <w:t xml:space="preserve"> </w:t>
      </w:r>
      <w:r>
        <w:rPr>
          <w:rFonts w:cs="Arial"/>
          <w:szCs w:val="21"/>
          <w:rtl/>
        </w:rPr>
        <w:t>برنامه</w:t>
      </w:r>
      <w:r>
        <w:t>‌</w:t>
      </w:r>
      <w:r>
        <w:rPr>
          <w:rFonts w:cs="Arial"/>
          <w:szCs w:val="21"/>
          <w:rtl/>
        </w:rPr>
        <w:t>نویسی،</w:t>
      </w:r>
      <w:r>
        <w:t xml:space="preserve"> </w:t>
      </w:r>
      <w:r>
        <w:rPr>
          <w:rFonts w:cs="Arial"/>
          <w:szCs w:val="21"/>
          <w:rtl/>
        </w:rPr>
        <w:t>تنظیمات،</w:t>
      </w:r>
      <w:r>
        <w:t xml:space="preserve"> </w:t>
      </w:r>
      <w:r>
        <w:rPr>
          <w:rFonts w:cs="Arial"/>
          <w:szCs w:val="21"/>
          <w:rtl/>
        </w:rPr>
        <w:t>رفع</w:t>
      </w:r>
      <w:r>
        <w:t xml:space="preserve"> </w:t>
      </w:r>
      <w:r>
        <w:rPr>
          <w:rFonts w:cs="Arial"/>
          <w:szCs w:val="21"/>
          <w:rtl/>
        </w:rPr>
        <w:t>اشکال،</w:t>
      </w:r>
      <w:r>
        <w:t xml:space="preserve"> </w:t>
      </w:r>
      <w:r>
        <w:rPr>
          <w:rFonts w:cs="Arial"/>
          <w:szCs w:val="21"/>
          <w:rtl/>
        </w:rPr>
        <w:t>هماهنگی</w:t>
      </w:r>
      <w:r>
        <w:t xml:space="preserve"> </w:t>
      </w:r>
      <w:r>
        <w:rPr>
          <w:rFonts w:cs="Arial"/>
          <w:szCs w:val="21"/>
          <w:rtl/>
        </w:rPr>
        <w:t>تست</w:t>
      </w:r>
      <w:r>
        <w:t>‌</w:t>
      </w:r>
      <w:r>
        <w:rPr>
          <w:rFonts w:cs="Arial"/>
          <w:szCs w:val="21"/>
          <w:rtl/>
        </w:rPr>
        <w:t>ها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تحویل</w:t>
      </w:r>
      <w:r>
        <w:t xml:space="preserve"> </w:t>
      </w:r>
      <w:r>
        <w:rPr>
          <w:rFonts w:cs="Arial"/>
          <w:szCs w:val="21"/>
          <w:rtl/>
        </w:rPr>
        <w:t>مستندات؛</w:t>
      </w:r>
      <w:r>
        <w:t xml:space="preserve"> </w:t>
      </w:r>
      <w:r>
        <w:rPr>
          <w:rFonts w:cs="Arial"/>
          <w:szCs w:val="21"/>
          <w:rtl/>
        </w:rPr>
        <w:t>بدون</w:t>
      </w:r>
      <w:r>
        <w:t xml:space="preserve"> </w:t>
      </w:r>
      <w:r>
        <w:rPr>
          <w:rFonts w:cs="Arial"/>
          <w:szCs w:val="21"/>
          <w:rtl/>
        </w:rPr>
        <w:t>نیاز</w:t>
      </w:r>
      <w:r>
        <w:t xml:space="preserve"> </w:t>
      </w:r>
      <w:r>
        <w:rPr>
          <w:rFonts w:cs="Arial"/>
          <w:szCs w:val="21"/>
          <w:rtl/>
        </w:rPr>
        <w:t>به</w:t>
      </w:r>
      <w:r>
        <w:t xml:space="preserve"> </w:t>
      </w:r>
      <w:r>
        <w:rPr>
          <w:rFonts w:cs="Arial"/>
          <w:szCs w:val="21"/>
          <w:rtl/>
        </w:rPr>
        <w:t>حضور</w:t>
      </w:r>
      <w:r>
        <w:t xml:space="preserve"> </w:t>
      </w:r>
      <w:r>
        <w:rPr>
          <w:rFonts w:cs="Arial"/>
          <w:szCs w:val="21"/>
          <w:rtl/>
        </w:rPr>
        <w:t>در</w:t>
      </w:r>
      <w:r>
        <w:t xml:space="preserve"> </w:t>
      </w:r>
      <w:r>
        <w:rPr>
          <w:rFonts w:cs="Arial"/>
          <w:szCs w:val="21"/>
          <w:rtl/>
        </w:rPr>
        <w:t>بلژیک</w:t>
      </w:r>
      <w:r>
        <w:t>.</w:t>
      </w:r>
    </w:p>
    <w:p w:rsidR="0031231C" w:rsidRDefault="00241D1E" w:rsidP="00241D1E">
      <w:pPr>
        <w:bidi/>
        <w:spacing w:after="120"/>
      </w:pPr>
      <w:r>
        <w:rPr>
          <w:rFonts w:cs="Arial"/>
          <w:b/>
          <w:bCs/>
          <w:color w:val="144367"/>
          <w:sz w:val="24"/>
          <w:szCs w:val="24"/>
          <w:rtl/>
        </w:rPr>
        <w:t>۵</w:t>
      </w:r>
      <w:r>
        <w:rPr>
          <w:b/>
          <w:color w:val="144367"/>
          <w:sz w:val="24"/>
        </w:rPr>
        <w:t xml:space="preserve">. </w:t>
      </w:r>
      <w:r>
        <w:rPr>
          <w:rFonts w:cs="Arial"/>
          <w:b/>
          <w:bCs/>
          <w:color w:val="144367"/>
          <w:sz w:val="24"/>
          <w:szCs w:val="24"/>
          <w:rtl/>
        </w:rPr>
        <w:t>شرایط</w:t>
      </w:r>
      <w:r>
        <w:rPr>
          <w:b/>
          <w:color w:val="144367"/>
          <w:sz w:val="24"/>
        </w:rPr>
        <w:t xml:space="preserve"> </w:t>
      </w:r>
      <w:r>
        <w:rPr>
          <w:rFonts w:cs="Arial"/>
          <w:b/>
          <w:bCs/>
          <w:color w:val="144367"/>
          <w:sz w:val="24"/>
          <w:szCs w:val="24"/>
          <w:rtl/>
        </w:rPr>
        <w:t>قرارداد</w:t>
      </w:r>
      <w:r>
        <w:rPr>
          <w:b/>
          <w:color w:val="144367"/>
          <w:sz w:val="24"/>
        </w:rPr>
        <w:t xml:space="preserve"> </w:t>
      </w:r>
      <w:r>
        <w:rPr>
          <w:rFonts w:cs="Arial"/>
          <w:b/>
          <w:bCs/>
          <w:color w:val="144367"/>
          <w:sz w:val="24"/>
          <w:szCs w:val="24"/>
          <w:rtl/>
        </w:rPr>
        <w:t>و</w:t>
      </w:r>
      <w:r>
        <w:rPr>
          <w:b/>
          <w:color w:val="144367"/>
          <w:sz w:val="24"/>
        </w:rPr>
        <w:t xml:space="preserve"> </w:t>
      </w:r>
      <w:r>
        <w:rPr>
          <w:rFonts w:cs="Arial"/>
          <w:b/>
          <w:bCs/>
          <w:color w:val="144367"/>
          <w:sz w:val="24"/>
          <w:szCs w:val="24"/>
          <w:rtl/>
        </w:rPr>
        <w:t>پرداخت</w:t>
      </w:r>
    </w:p>
    <w:p w:rsidR="0031231C" w:rsidRDefault="00241D1E" w:rsidP="00241D1E">
      <w:pPr>
        <w:bidi/>
        <w:spacing w:after="120"/>
      </w:pPr>
      <w:r>
        <w:rPr>
          <w:rFonts w:cs="Arial"/>
          <w:szCs w:val="21"/>
          <w:rtl/>
        </w:rPr>
        <w:t>پیشنهاد</w:t>
      </w:r>
      <w:r>
        <w:t xml:space="preserve"> </w:t>
      </w:r>
      <w:r>
        <w:rPr>
          <w:rFonts w:cs="Arial"/>
          <w:szCs w:val="21"/>
          <w:rtl/>
        </w:rPr>
        <w:t>باید</w:t>
      </w:r>
      <w:r>
        <w:t xml:space="preserve"> </w:t>
      </w:r>
      <w:r>
        <w:rPr>
          <w:rFonts w:cs="Arial"/>
          <w:szCs w:val="21"/>
          <w:rtl/>
        </w:rPr>
        <w:t>شامل</w:t>
      </w:r>
      <w:r>
        <w:t xml:space="preserve"> </w:t>
      </w:r>
      <w:r>
        <w:rPr>
          <w:rFonts w:cs="Arial"/>
          <w:szCs w:val="21"/>
          <w:rtl/>
        </w:rPr>
        <w:t>قیمت</w:t>
      </w:r>
      <w:r>
        <w:t xml:space="preserve"> </w:t>
      </w:r>
      <w:r>
        <w:rPr>
          <w:rFonts w:cs="Arial"/>
          <w:szCs w:val="21"/>
          <w:rtl/>
        </w:rPr>
        <w:t>ثابت</w:t>
      </w:r>
      <w:r>
        <w:t xml:space="preserve"> </w:t>
      </w:r>
      <w:r>
        <w:rPr>
          <w:rFonts w:cs="Arial"/>
          <w:szCs w:val="21"/>
          <w:rtl/>
        </w:rPr>
        <w:t>برای</w:t>
      </w:r>
      <w:r>
        <w:t xml:space="preserve"> </w:t>
      </w:r>
      <w:r>
        <w:rPr>
          <w:rFonts w:cs="Arial"/>
          <w:szCs w:val="21"/>
          <w:rtl/>
        </w:rPr>
        <w:t>کل</w:t>
      </w:r>
      <w:r>
        <w:t xml:space="preserve"> </w:t>
      </w:r>
      <w:r>
        <w:rPr>
          <w:rFonts w:cs="Arial"/>
          <w:szCs w:val="21"/>
          <w:rtl/>
        </w:rPr>
        <w:t>دامنه</w:t>
      </w:r>
      <w:r>
        <w:t xml:space="preserve"> </w:t>
      </w:r>
      <w:r>
        <w:rPr>
          <w:rFonts w:cs="Arial"/>
          <w:szCs w:val="21"/>
          <w:rtl/>
        </w:rPr>
        <w:t>توافق</w:t>
      </w:r>
      <w:r>
        <w:t>‌</w:t>
      </w:r>
      <w:r>
        <w:rPr>
          <w:rFonts w:cs="Arial"/>
          <w:szCs w:val="21"/>
          <w:rtl/>
        </w:rPr>
        <w:t>شده</w:t>
      </w:r>
      <w:r>
        <w:t xml:space="preserve"> </w:t>
      </w:r>
      <w:r>
        <w:rPr>
          <w:rFonts w:cs="Arial"/>
          <w:szCs w:val="21"/>
          <w:rtl/>
        </w:rPr>
        <w:t>پروژه</w:t>
      </w:r>
      <w:r>
        <w:t xml:space="preserve"> </w:t>
      </w:r>
      <w:r>
        <w:rPr>
          <w:rFonts w:cs="Arial"/>
          <w:szCs w:val="21"/>
          <w:rtl/>
        </w:rPr>
        <w:t>باشد</w:t>
      </w:r>
      <w:r>
        <w:t xml:space="preserve">. </w:t>
      </w:r>
      <w:r>
        <w:rPr>
          <w:rFonts w:cs="Arial"/>
          <w:szCs w:val="21"/>
          <w:rtl/>
        </w:rPr>
        <w:t>پرداخت</w:t>
      </w:r>
      <w:r>
        <w:t xml:space="preserve"> </w:t>
      </w:r>
      <w:r>
        <w:rPr>
          <w:rFonts w:cs="Arial"/>
          <w:szCs w:val="21"/>
          <w:rtl/>
        </w:rPr>
        <w:t>دستمزد</w:t>
      </w:r>
      <w:r>
        <w:t xml:space="preserve"> </w:t>
      </w:r>
      <w:r>
        <w:rPr>
          <w:rFonts w:cs="Arial"/>
          <w:szCs w:val="21"/>
          <w:rtl/>
        </w:rPr>
        <w:t>در</w:t>
      </w:r>
      <w:r>
        <w:t xml:space="preserve"> </w:t>
      </w:r>
      <w:r>
        <w:rPr>
          <w:rFonts w:cs="Arial"/>
          <w:szCs w:val="21"/>
          <w:rtl/>
        </w:rPr>
        <w:t>مرحله</w:t>
      </w:r>
      <w:r>
        <w:t xml:space="preserve"> </w:t>
      </w:r>
      <w:r>
        <w:rPr>
          <w:rFonts w:cs="Arial"/>
          <w:szCs w:val="21"/>
          <w:rtl/>
        </w:rPr>
        <w:t>نهایی،</w:t>
      </w:r>
      <w:r>
        <w:t xml:space="preserve"> </w:t>
      </w:r>
      <w:r>
        <w:rPr>
          <w:rFonts w:cs="Arial"/>
          <w:szCs w:val="21"/>
          <w:rtl/>
        </w:rPr>
        <w:t>پس</w:t>
      </w:r>
      <w:r>
        <w:t xml:space="preserve"> </w:t>
      </w:r>
      <w:r>
        <w:rPr>
          <w:rFonts w:cs="Arial"/>
          <w:szCs w:val="21"/>
          <w:rtl/>
        </w:rPr>
        <w:t>از</w:t>
      </w:r>
      <w:r>
        <w:t xml:space="preserve"> </w:t>
      </w:r>
      <w:r>
        <w:rPr>
          <w:rFonts w:cs="Arial"/>
          <w:szCs w:val="21"/>
          <w:rtl/>
        </w:rPr>
        <w:t>تکمیل</w:t>
      </w:r>
      <w:r>
        <w:t xml:space="preserve"> </w:t>
      </w:r>
      <w:r>
        <w:rPr>
          <w:rFonts w:cs="Arial"/>
          <w:szCs w:val="21"/>
          <w:rtl/>
        </w:rPr>
        <w:t>برنامه</w:t>
      </w:r>
      <w:r>
        <w:t>‌</w:t>
      </w:r>
      <w:r>
        <w:rPr>
          <w:rFonts w:cs="Arial"/>
          <w:szCs w:val="21"/>
          <w:rtl/>
        </w:rPr>
        <w:t>نویسی،</w:t>
      </w:r>
      <w:r>
        <w:t xml:space="preserve"> </w:t>
      </w:r>
      <w:r>
        <w:rPr>
          <w:rFonts w:cs="Arial"/>
          <w:szCs w:val="21"/>
          <w:rtl/>
        </w:rPr>
        <w:t>تست</w:t>
      </w:r>
      <w:r>
        <w:t xml:space="preserve"> </w:t>
      </w:r>
      <w:r>
        <w:rPr>
          <w:rFonts w:cs="Arial"/>
          <w:szCs w:val="21"/>
          <w:rtl/>
        </w:rPr>
        <w:t>موفق</w:t>
      </w:r>
      <w:r>
        <w:t xml:space="preserve"> </w:t>
      </w:r>
      <w:r>
        <w:rPr>
          <w:rFonts w:cs="Arial"/>
          <w:szCs w:val="21"/>
          <w:rtl/>
        </w:rPr>
        <w:t>عملکردها،</w:t>
      </w:r>
      <w:r>
        <w:t xml:space="preserve"> </w:t>
      </w:r>
      <w:r>
        <w:rPr>
          <w:rFonts w:cs="Arial"/>
          <w:szCs w:val="21"/>
          <w:rtl/>
        </w:rPr>
        <w:t>تحویل</w:t>
      </w:r>
      <w:r>
        <w:t xml:space="preserve"> </w:t>
      </w:r>
      <w:r>
        <w:rPr>
          <w:rFonts w:cs="Arial"/>
          <w:szCs w:val="21"/>
          <w:rtl/>
        </w:rPr>
        <w:t>فایل</w:t>
      </w:r>
      <w:r>
        <w:t>‌</w:t>
      </w:r>
      <w:r>
        <w:rPr>
          <w:rFonts w:cs="Arial"/>
          <w:szCs w:val="21"/>
          <w:rtl/>
        </w:rPr>
        <w:t>های</w:t>
      </w:r>
      <w:r>
        <w:t xml:space="preserve"> </w:t>
      </w:r>
      <w:r>
        <w:rPr>
          <w:rFonts w:cs="Arial"/>
          <w:szCs w:val="21"/>
          <w:rtl/>
        </w:rPr>
        <w:t>پروژه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تأیید</w:t>
      </w:r>
      <w:r>
        <w:t xml:space="preserve"> </w:t>
      </w:r>
      <w:r>
        <w:rPr>
          <w:rFonts w:cs="Arial"/>
          <w:szCs w:val="21"/>
          <w:rtl/>
        </w:rPr>
        <w:t>راه</w:t>
      </w:r>
      <w:r>
        <w:t>‌</w:t>
      </w:r>
      <w:r>
        <w:rPr>
          <w:rFonts w:cs="Arial"/>
          <w:szCs w:val="21"/>
          <w:rtl/>
        </w:rPr>
        <w:t>اندازی</w:t>
      </w:r>
      <w:r>
        <w:t xml:space="preserve"> </w:t>
      </w:r>
      <w:r>
        <w:rPr>
          <w:rFonts w:cs="Arial"/>
          <w:szCs w:val="21"/>
          <w:rtl/>
        </w:rPr>
        <w:t>است</w:t>
      </w:r>
    </w:p>
    <w:p w:rsidR="0031231C" w:rsidRDefault="00241D1E" w:rsidP="00241D1E">
      <w:pPr>
        <w:bidi/>
        <w:spacing w:after="120"/>
      </w:pPr>
      <w:r>
        <w:rPr>
          <w:rFonts w:cs="Arial"/>
          <w:b/>
          <w:bCs/>
          <w:color w:val="144367"/>
          <w:sz w:val="24"/>
          <w:szCs w:val="24"/>
          <w:rtl/>
        </w:rPr>
        <w:lastRenderedPageBreak/>
        <w:t>۶</w:t>
      </w:r>
      <w:r>
        <w:rPr>
          <w:b/>
          <w:color w:val="144367"/>
          <w:sz w:val="24"/>
        </w:rPr>
        <w:t xml:space="preserve">. </w:t>
      </w:r>
      <w:r>
        <w:rPr>
          <w:rFonts w:cs="Arial"/>
          <w:b/>
          <w:bCs/>
          <w:color w:val="144367"/>
          <w:sz w:val="24"/>
          <w:szCs w:val="24"/>
          <w:rtl/>
        </w:rPr>
        <w:t>اطلاعات</w:t>
      </w:r>
      <w:r>
        <w:rPr>
          <w:b/>
          <w:color w:val="144367"/>
          <w:sz w:val="24"/>
        </w:rPr>
        <w:t xml:space="preserve"> </w:t>
      </w:r>
      <w:r>
        <w:rPr>
          <w:rFonts w:cs="Arial"/>
          <w:b/>
          <w:bCs/>
          <w:color w:val="144367"/>
          <w:sz w:val="24"/>
          <w:szCs w:val="24"/>
          <w:rtl/>
        </w:rPr>
        <w:t>موردنیاز</w:t>
      </w:r>
      <w:r>
        <w:rPr>
          <w:b/>
          <w:color w:val="144367"/>
          <w:sz w:val="24"/>
        </w:rPr>
        <w:t xml:space="preserve"> </w:t>
      </w:r>
      <w:r>
        <w:rPr>
          <w:rFonts w:cs="Arial"/>
          <w:b/>
          <w:bCs/>
          <w:color w:val="144367"/>
          <w:sz w:val="24"/>
          <w:szCs w:val="24"/>
          <w:rtl/>
        </w:rPr>
        <w:t>در</w:t>
      </w:r>
      <w:r>
        <w:rPr>
          <w:b/>
          <w:color w:val="144367"/>
          <w:sz w:val="24"/>
        </w:rPr>
        <w:t xml:space="preserve"> </w:t>
      </w:r>
      <w:r>
        <w:rPr>
          <w:rFonts w:cs="Arial"/>
          <w:b/>
          <w:bCs/>
          <w:color w:val="144367"/>
          <w:sz w:val="24"/>
          <w:szCs w:val="24"/>
          <w:rtl/>
        </w:rPr>
        <w:t>پیشنهاد</w:t>
      </w:r>
      <w:r>
        <w:rPr>
          <w:b/>
          <w:color w:val="144367"/>
          <w:sz w:val="24"/>
        </w:rPr>
        <w:t xml:space="preserve"> </w:t>
      </w:r>
      <w:r>
        <w:rPr>
          <w:rFonts w:cs="Arial"/>
          <w:b/>
          <w:bCs/>
          <w:color w:val="144367"/>
          <w:sz w:val="24"/>
          <w:szCs w:val="24"/>
          <w:rtl/>
        </w:rPr>
        <w:t>فریلنسر</w:t>
      </w:r>
    </w:p>
    <w:p w:rsidR="0031231C" w:rsidRDefault="00241D1E" w:rsidP="00241D1E">
      <w:pPr>
        <w:bidi/>
        <w:spacing w:after="120"/>
      </w:pPr>
      <w:r>
        <w:t xml:space="preserve">• </w:t>
      </w:r>
      <w:r>
        <w:rPr>
          <w:rFonts w:cs="Arial"/>
          <w:szCs w:val="21"/>
          <w:rtl/>
        </w:rPr>
        <w:t>تجربه</w:t>
      </w:r>
      <w:r>
        <w:t xml:space="preserve"> </w:t>
      </w:r>
      <w:r>
        <w:rPr>
          <w:rFonts w:cs="Arial"/>
          <w:szCs w:val="21"/>
          <w:rtl/>
        </w:rPr>
        <w:t>عملی</w:t>
      </w:r>
      <w:r>
        <w:t xml:space="preserve"> </w:t>
      </w:r>
      <w:r>
        <w:rPr>
          <w:rFonts w:cs="Arial"/>
          <w:szCs w:val="21"/>
          <w:rtl/>
        </w:rPr>
        <w:t>در</w:t>
      </w:r>
      <w:r>
        <w:t xml:space="preserve"> KNX/ETS </w:t>
      </w:r>
      <w:r>
        <w:rPr>
          <w:rFonts w:cs="Arial"/>
          <w:szCs w:val="21"/>
          <w:rtl/>
        </w:rPr>
        <w:t>یا</w:t>
      </w:r>
      <w:r>
        <w:t xml:space="preserve"> </w:t>
      </w:r>
      <w:r>
        <w:rPr>
          <w:rFonts w:cs="Arial"/>
          <w:szCs w:val="21"/>
          <w:rtl/>
        </w:rPr>
        <w:t>سامانه</w:t>
      </w:r>
      <w:r>
        <w:t xml:space="preserve"> </w:t>
      </w:r>
      <w:r>
        <w:rPr>
          <w:rFonts w:cs="Arial"/>
          <w:szCs w:val="21"/>
          <w:rtl/>
        </w:rPr>
        <w:t>جایگزین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نمونه</w:t>
      </w:r>
      <w:r>
        <w:t xml:space="preserve"> </w:t>
      </w:r>
      <w:r>
        <w:rPr>
          <w:rFonts w:cs="Arial"/>
          <w:szCs w:val="21"/>
          <w:rtl/>
        </w:rPr>
        <w:t>پروژه</w:t>
      </w:r>
      <w:r>
        <w:t>‌</w:t>
      </w:r>
      <w:r>
        <w:rPr>
          <w:rFonts w:cs="Arial"/>
          <w:szCs w:val="21"/>
          <w:rtl/>
        </w:rPr>
        <w:t>های</w:t>
      </w:r>
      <w:r>
        <w:t xml:space="preserve"> </w:t>
      </w:r>
      <w:r>
        <w:rPr>
          <w:rFonts w:cs="Arial"/>
          <w:szCs w:val="21"/>
          <w:rtl/>
        </w:rPr>
        <w:t>مشابه</w:t>
      </w:r>
      <w:r>
        <w:t>.</w:t>
      </w:r>
    </w:p>
    <w:p w:rsidR="0031231C" w:rsidRDefault="00241D1E" w:rsidP="00241D1E">
      <w:pPr>
        <w:bidi/>
        <w:spacing w:after="120"/>
      </w:pPr>
      <w:r>
        <w:t xml:space="preserve">• </w:t>
      </w:r>
      <w:r>
        <w:rPr>
          <w:rFonts w:cs="Arial"/>
          <w:szCs w:val="21"/>
          <w:rtl/>
        </w:rPr>
        <w:t>معرفی</w:t>
      </w:r>
      <w:r>
        <w:t xml:space="preserve"> </w:t>
      </w:r>
      <w:r>
        <w:rPr>
          <w:rFonts w:cs="Arial"/>
          <w:szCs w:val="21"/>
          <w:rtl/>
        </w:rPr>
        <w:t>پلتفرم</w:t>
      </w:r>
      <w:r>
        <w:t xml:space="preserve"> </w:t>
      </w:r>
      <w:r>
        <w:rPr>
          <w:rFonts w:cs="Arial"/>
          <w:szCs w:val="21"/>
          <w:rtl/>
        </w:rPr>
        <w:t>پیشنهادی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دلیل</w:t>
      </w:r>
      <w:r>
        <w:t xml:space="preserve"> </w:t>
      </w:r>
      <w:r>
        <w:rPr>
          <w:rFonts w:cs="Arial"/>
          <w:szCs w:val="21"/>
          <w:rtl/>
        </w:rPr>
        <w:t>انتخاب</w:t>
      </w:r>
      <w:r>
        <w:t xml:space="preserve"> </w:t>
      </w:r>
      <w:r>
        <w:rPr>
          <w:rFonts w:cs="Arial"/>
          <w:szCs w:val="21"/>
          <w:rtl/>
        </w:rPr>
        <w:t>آن</w:t>
      </w:r>
      <w:r>
        <w:t xml:space="preserve"> </w:t>
      </w:r>
      <w:r>
        <w:rPr>
          <w:rFonts w:cs="Arial"/>
          <w:szCs w:val="21"/>
          <w:rtl/>
        </w:rPr>
        <w:t>از</w:t>
      </w:r>
      <w:r>
        <w:t xml:space="preserve"> </w:t>
      </w:r>
      <w:r>
        <w:rPr>
          <w:rFonts w:cs="Arial"/>
          <w:szCs w:val="21"/>
          <w:rtl/>
        </w:rPr>
        <w:t>نظر</w:t>
      </w:r>
      <w:r>
        <w:t xml:space="preserve"> </w:t>
      </w:r>
      <w:r>
        <w:rPr>
          <w:rFonts w:cs="Arial"/>
          <w:szCs w:val="21"/>
          <w:rtl/>
        </w:rPr>
        <w:t>هزینه،</w:t>
      </w:r>
      <w:r>
        <w:t xml:space="preserve"> </w:t>
      </w:r>
      <w:r>
        <w:rPr>
          <w:rFonts w:cs="Arial"/>
          <w:szCs w:val="21"/>
          <w:rtl/>
        </w:rPr>
        <w:t>قابلیت</w:t>
      </w:r>
      <w:r>
        <w:t xml:space="preserve"> </w:t>
      </w:r>
      <w:r>
        <w:rPr>
          <w:rFonts w:cs="Arial"/>
          <w:szCs w:val="21"/>
          <w:rtl/>
        </w:rPr>
        <w:t>اطمینان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توسعه</w:t>
      </w:r>
      <w:r>
        <w:t>‌</w:t>
      </w:r>
      <w:r>
        <w:rPr>
          <w:rFonts w:cs="Arial"/>
          <w:szCs w:val="21"/>
          <w:rtl/>
        </w:rPr>
        <w:t>پذیری</w:t>
      </w:r>
      <w:r>
        <w:t>.</w:t>
      </w:r>
    </w:p>
    <w:p w:rsidR="0031231C" w:rsidRDefault="00241D1E" w:rsidP="00241D1E">
      <w:pPr>
        <w:bidi/>
        <w:spacing w:after="120"/>
      </w:pPr>
      <w:r>
        <w:t xml:space="preserve">• </w:t>
      </w:r>
      <w:r>
        <w:rPr>
          <w:rFonts w:cs="Arial"/>
          <w:szCs w:val="21"/>
          <w:rtl/>
        </w:rPr>
        <w:t>روش</w:t>
      </w:r>
      <w:r>
        <w:t xml:space="preserve"> </w:t>
      </w:r>
      <w:r>
        <w:rPr>
          <w:rFonts w:cs="Arial"/>
          <w:szCs w:val="21"/>
          <w:rtl/>
        </w:rPr>
        <w:t>ارائه</w:t>
      </w:r>
      <w:r>
        <w:t xml:space="preserve"> </w:t>
      </w:r>
      <w:r>
        <w:rPr>
          <w:rFonts w:cs="Arial"/>
          <w:szCs w:val="21"/>
          <w:rtl/>
        </w:rPr>
        <w:t>پشتیبانی</w:t>
      </w:r>
      <w:r>
        <w:t xml:space="preserve"> </w:t>
      </w:r>
      <w:r>
        <w:rPr>
          <w:rFonts w:cs="Arial"/>
          <w:szCs w:val="21"/>
          <w:rtl/>
        </w:rPr>
        <w:t>از</w:t>
      </w:r>
      <w:r>
        <w:t xml:space="preserve"> </w:t>
      </w:r>
      <w:r>
        <w:rPr>
          <w:rFonts w:cs="Arial"/>
          <w:szCs w:val="21"/>
          <w:rtl/>
        </w:rPr>
        <w:t>راه</w:t>
      </w:r>
      <w:r>
        <w:t xml:space="preserve"> </w:t>
      </w:r>
      <w:r>
        <w:rPr>
          <w:rFonts w:cs="Arial"/>
          <w:szCs w:val="21"/>
          <w:rtl/>
        </w:rPr>
        <w:t>دور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ابزارهای</w:t>
      </w:r>
      <w:r>
        <w:t xml:space="preserve"> </w:t>
      </w:r>
      <w:r>
        <w:rPr>
          <w:rFonts w:cs="Arial"/>
          <w:szCs w:val="21"/>
          <w:rtl/>
        </w:rPr>
        <w:t>موردنیاز</w:t>
      </w:r>
      <w:r>
        <w:t xml:space="preserve"> </w:t>
      </w:r>
      <w:r>
        <w:rPr>
          <w:rFonts w:cs="Arial"/>
          <w:szCs w:val="21"/>
          <w:rtl/>
        </w:rPr>
        <w:t>برای</w:t>
      </w:r>
      <w:r>
        <w:t xml:space="preserve"> </w:t>
      </w:r>
      <w:r>
        <w:rPr>
          <w:rFonts w:cs="Arial"/>
          <w:szCs w:val="21"/>
          <w:rtl/>
        </w:rPr>
        <w:t>دسترسی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عیب</w:t>
      </w:r>
      <w:r>
        <w:t>‌</w:t>
      </w:r>
      <w:r>
        <w:rPr>
          <w:rFonts w:cs="Arial"/>
          <w:szCs w:val="21"/>
          <w:rtl/>
        </w:rPr>
        <w:t>یابی</w:t>
      </w:r>
      <w:r>
        <w:t>.</w:t>
      </w:r>
    </w:p>
    <w:p w:rsidR="0031231C" w:rsidRDefault="00241D1E" w:rsidP="00241D1E">
      <w:pPr>
        <w:bidi/>
        <w:spacing w:after="120"/>
      </w:pPr>
      <w:r>
        <w:t xml:space="preserve">• </w:t>
      </w:r>
      <w:r>
        <w:rPr>
          <w:rFonts w:cs="Arial"/>
          <w:szCs w:val="21"/>
          <w:rtl/>
        </w:rPr>
        <w:t>برآورد</w:t>
      </w:r>
      <w:r>
        <w:t xml:space="preserve"> </w:t>
      </w:r>
      <w:r>
        <w:rPr>
          <w:rFonts w:cs="Arial"/>
          <w:szCs w:val="21"/>
          <w:rtl/>
        </w:rPr>
        <w:t>زمان</w:t>
      </w:r>
      <w:r>
        <w:t xml:space="preserve"> </w:t>
      </w:r>
      <w:r>
        <w:rPr>
          <w:rFonts w:cs="Arial"/>
          <w:szCs w:val="21"/>
          <w:rtl/>
        </w:rPr>
        <w:t>اجرا،</w:t>
      </w:r>
      <w:r>
        <w:t xml:space="preserve"> </w:t>
      </w:r>
      <w:r>
        <w:rPr>
          <w:rFonts w:cs="Arial"/>
          <w:szCs w:val="21"/>
          <w:rtl/>
        </w:rPr>
        <w:t>قیمت</w:t>
      </w:r>
      <w:r>
        <w:t xml:space="preserve"> </w:t>
      </w:r>
      <w:r>
        <w:rPr>
          <w:rFonts w:cs="Arial"/>
          <w:szCs w:val="21"/>
          <w:rtl/>
        </w:rPr>
        <w:t>ثابت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شرایط</w:t>
      </w:r>
      <w:r>
        <w:t xml:space="preserve"> </w:t>
      </w:r>
      <w:r>
        <w:rPr>
          <w:rFonts w:cs="Arial"/>
          <w:szCs w:val="21"/>
          <w:rtl/>
        </w:rPr>
        <w:t>رسیدگی</w:t>
      </w:r>
      <w:r>
        <w:t xml:space="preserve"> </w:t>
      </w:r>
      <w:r>
        <w:rPr>
          <w:rFonts w:cs="Arial"/>
          <w:szCs w:val="21"/>
          <w:rtl/>
        </w:rPr>
        <w:t>به</w:t>
      </w:r>
      <w:r>
        <w:t xml:space="preserve"> </w:t>
      </w:r>
      <w:r>
        <w:rPr>
          <w:rFonts w:cs="Arial"/>
          <w:szCs w:val="21"/>
          <w:rtl/>
        </w:rPr>
        <w:t>تغییر</w:t>
      </w:r>
      <w:r>
        <w:t xml:space="preserve"> </w:t>
      </w:r>
      <w:r>
        <w:rPr>
          <w:rFonts w:cs="Arial"/>
          <w:szCs w:val="21"/>
          <w:rtl/>
        </w:rPr>
        <w:t>تعداد</w:t>
      </w:r>
      <w:r>
        <w:t xml:space="preserve"> </w:t>
      </w:r>
      <w:r>
        <w:rPr>
          <w:rFonts w:cs="Arial"/>
          <w:szCs w:val="21"/>
          <w:rtl/>
        </w:rPr>
        <w:t>تجهیزات</w:t>
      </w:r>
      <w:r>
        <w:t>.</w:t>
      </w:r>
    </w:p>
    <w:p w:rsidR="0031231C" w:rsidRDefault="00241D1E" w:rsidP="00241D1E">
      <w:pPr>
        <w:bidi/>
        <w:spacing w:after="120"/>
      </w:pPr>
      <w:r>
        <w:t xml:space="preserve">• </w:t>
      </w:r>
      <w:r>
        <w:rPr>
          <w:rFonts w:cs="Arial"/>
          <w:szCs w:val="21"/>
          <w:rtl/>
        </w:rPr>
        <w:t>تأیید</w:t>
      </w:r>
      <w:r>
        <w:t xml:space="preserve"> </w:t>
      </w:r>
      <w:r>
        <w:rPr>
          <w:rFonts w:cs="Arial"/>
          <w:szCs w:val="21"/>
          <w:rtl/>
        </w:rPr>
        <w:t>امکان</w:t>
      </w:r>
      <w:r>
        <w:t xml:space="preserve"> </w:t>
      </w:r>
      <w:r>
        <w:rPr>
          <w:rFonts w:cs="Arial"/>
          <w:szCs w:val="21"/>
          <w:rtl/>
        </w:rPr>
        <w:t>انجام</w:t>
      </w:r>
      <w:r>
        <w:t xml:space="preserve"> </w:t>
      </w:r>
      <w:r>
        <w:rPr>
          <w:rFonts w:cs="Arial"/>
          <w:szCs w:val="21"/>
          <w:rtl/>
        </w:rPr>
        <w:t>تمامی</w:t>
      </w:r>
      <w:r>
        <w:t xml:space="preserve"> </w:t>
      </w:r>
      <w:r>
        <w:rPr>
          <w:rFonts w:cs="Arial"/>
          <w:szCs w:val="21"/>
          <w:rtl/>
        </w:rPr>
        <w:t>خدمات</w:t>
      </w:r>
      <w:r>
        <w:t xml:space="preserve"> </w:t>
      </w:r>
      <w:r>
        <w:rPr>
          <w:rFonts w:cs="Arial"/>
          <w:szCs w:val="21"/>
          <w:rtl/>
        </w:rPr>
        <w:t>بدون</w:t>
      </w:r>
      <w:r>
        <w:t xml:space="preserve"> </w:t>
      </w:r>
      <w:r>
        <w:rPr>
          <w:rFonts w:cs="Arial"/>
          <w:szCs w:val="21"/>
          <w:rtl/>
        </w:rPr>
        <w:t>حضور</w:t>
      </w:r>
      <w:r>
        <w:t xml:space="preserve"> </w:t>
      </w:r>
      <w:r>
        <w:rPr>
          <w:rFonts w:cs="Arial"/>
          <w:szCs w:val="21"/>
          <w:rtl/>
        </w:rPr>
        <w:t>فیزیکی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پذیرش</w:t>
      </w:r>
      <w:r>
        <w:t xml:space="preserve"> </w:t>
      </w:r>
      <w:r>
        <w:rPr>
          <w:rFonts w:cs="Arial"/>
          <w:szCs w:val="21"/>
          <w:rtl/>
        </w:rPr>
        <w:t>اصل</w:t>
      </w:r>
      <w:r>
        <w:t xml:space="preserve"> </w:t>
      </w:r>
      <w:r>
        <w:rPr>
          <w:rFonts w:cs="Arial"/>
          <w:szCs w:val="21"/>
          <w:rtl/>
        </w:rPr>
        <w:t>پرداخت</w:t>
      </w:r>
      <w:r>
        <w:t xml:space="preserve"> </w:t>
      </w:r>
      <w:r>
        <w:rPr>
          <w:rFonts w:cs="Arial"/>
          <w:szCs w:val="21"/>
          <w:rtl/>
        </w:rPr>
        <w:t>پس</w:t>
      </w:r>
      <w:r>
        <w:t xml:space="preserve"> </w:t>
      </w:r>
      <w:r>
        <w:rPr>
          <w:rFonts w:cs="Arial"/>
          <w:szCs w:val="21"/>
          <w:rtl/>
        </w:rPr>
        <w:t>از</w:t>
      </w:r>
      <w:r>
        <w:t xml:space="preserve"> </w:t>
      </w:r>
      <w:r>
        <w:rPr>
          <w:rFonts w:cs="Arial"/>
          <w:szCs w:val="21"/>
          <w:rtl/>
        </w:rPr>
        <w:t>تحویل</w:t>
      </w:r>
      <w:r>
        <w:t xml:space="preserve"> </w:t>
      </w:r>
      <w:r>
        <w:rPr>
          <w:rFonts w:cs="Arial"/>
          <w:szCs w:val="21"/>
          <w:rtl/>
        </w:rPr>
        <w:t>نهایی</w:t>
      </w:r>
      <w:r>
        <w:t>.</w:t>
      </w:r>
    </w:p>
    <w:p w:rsidR="0031231C" w:rsidRDefault="00241D1E" w:rsidP="00241D1E">
      <w:pPr>
        <w:bidi/>
        <w:spacing w:after="120"/>
      </w:pPr>
      <w:r>
        <w:rPr>
          <w:rFonts w:cs="Arial"/>
          <w:szCs w:val="21"/>
          <w:rtl/>
        </w:rPr>
        <w:t>هدف،</w:t>
      </w:r>
      <w:r>
        <w:t xml:space="preserve"> </w:t>
      </w:r>
      <w:r>
        <w:rPr>
          <w:rFonts w:cs="Arial"/>
          <w:szCs w:val="21"/>
          <w:rtl/>
        </w:rPr>
        <w:t>همکاری</w:t>
      </w:r>
      <w:r>
        <w:t xml:space="preserve"> </w:t>
      </w:r>
      <w:r>
        <w:rPr>
          <w:rFonts w:cs="Arial"/>
          <w:szCs w:val="21"/>
          <w:rtl/>
        </w:rPr>
        <w:t>با</w:t>
      </w:r>
      <w:r>
        <w:t xml:space="preserve"> </w:t>
      </w:r>
      <w:r>
        <w:rPr>
          <w:rFonts w:cs="Arial"/>
          <w:szCs w:val="21"/>
          <w:rtl/>
        </w:rPr>
        <w:t>متخصصی</w:t>
      </w:r>
      <w:r>
        <w:t xml:space="preserve"> </w:t>
      </w:r>
      <w:r>
        <w:rPr>
          <w:rFonts w:cs="Arial"/>
          <w:szCs w:val="21"/>
          <w:rtl/>
        </w:rPr>
        <w:t>است</w:t>
      </w:r>
      <w:r>
        <w:t xml:space="preserve"> </w:t>
      </w:r>
      <w:r>
        <w:rPr>
          <w:rFonts w:cs="Arial"/>
          <w:szCs w:val="21"/>
          <w:rtl/>
        </w:rPr>
        <w:t>که</w:t>
      </w:r>
      <w:r>
        <w:t xml:space="preserve"> </w:t>
      </w:r>
      <w:r>
        <w:rPr>
          <w:rFonts w:cs="Arial"/>
          <w:szCs w:val="21"/>
          <w:rtl/>
        </w:rPr>
        <w:t>در</w:t>
      </w:r>
      <w:r>
        <w:t xml:space="preserve"> </w:t>
      </w:r>
      <w:r>
        <w:rPr>
          <w:rFonts w:cs="Arial"/>
          <w:szCs w:val="21"/>
          <w:rtl/>
        </w:rPr>
        <w:t>تمام</w:t>
      </w:r>
      <w:r>
        <w:t xml:space="preserve"> </w:t>
      </w:r>
      <w:r>
        <w:rPr>
          <w:rFonts w:cs="Arial"/>
          <w:szCs w:val="21"/>
          <w:rtl/>
        </w:rPr>
        <w:t>مراحل</w:t>
      </w:r>
      <w:r>
        <w:t xml:space="preserve"> </w:t>
      </w:r>
      <w:r>
        <w:rPr>
          <w:rFonts w:cs="Arial"/>
          <w:szCs w:val="21"/>
          <w:rtl/>
        </w:rPr>
        <w:t>پروژه</w:t>
      </w:r>
      <w:r>
        <w:t xml:space="preserve"> </w:t>
      </w:r>
      <w:r>
        <w:rPr>
          <w:rFonts w:cs="Arial"/>
          <w:szCs w:val="21"/>
          <w:rtl/>
        </w:rPr>
        <w:t>در</w:t>
      </w:r>
      <w:r>
        <w:t xml:space="preserve"> </w:t>
      </w:r>
      <w:r>
        <w:rPr>
          <w:rFonts w:cs="Arial"/>
          <w:szCs w:val="21"/>
          <w:rtl/>
        </w:rPr>
        <w:t>دسترس</w:t>
      </w:r>
      <w:r>
        <w:t xml:space="preserve"> </w:t>
      </w:r>
      <w:r>
        <w:rPr>
          <w:rFonts w:cs="Arial"/>
          <w:szCs w:val="21"/>
          <w:rtl/>
        </w:rPr>
        <w:t>باشد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مسئولیت</w:t>
      </w:r>
      <w:r>
        <w:t xml:space="preserve"> </w:t>
      </w:r>
      <w:r>
        <w:rPr>
          <w:rFonts w:cs="Arial"/>
          <w:szCs w:val="21"/>
          <w:rtl/>
        </w:rPr>
        <w:t>بخش</w:t>
      </w:r>
      <w:r>
        <w:t xml:space="preserve"> </w:t>
      </w:r>
      <w:r>
        <w:rPr>
          <w:rFonts w:cs="Arial"/>
          <w:szCs w:val="21"/>
          <w:rtl/>
        </w:rPr>
        <w:t>نرم</w:t>
      </w:r>
      <w:r>
        <w:t>‌</w:t>
      </w:r>
      <w:r>
        <w:rPr>
          <w:rFonts w:cs="Arial"/>
          <w:szCs w:val="21"/>
          <w:rtl/>
        </w:rPr>
        <w:t>افزاری</w:t>
      </w:r>
      <w:r>
        <w:t xml:space="preserve"> </w:t>
      </w:r>
      <w:r>
        <w:rPr>
          <w:rFonts w:cs="Arial"/>
          <w:szCs w:val="21"/>
          <w:rtl/>
        </w:rPr>
        <w:t>و</w:t>
      </w:r>
      <w:r>
        <w:t xml:space="preserve"> </w:t>
      </w:r>
      <w:r>
        <w:rPr>
          <w:rFonts w:cs="Arial"/>
          <w:szCs w:val="21"/>
          <w:rtl/>
        </w:rPr>
        <w:t>پیکربندی</w:t>
      </w:r>
      <w:r>
        <w:t xml:space="preserve"> </w:t>
      </w:r>
      <w:r>
        <w:rPr>
          <w:rFonts w:cs="Arial"/>
          <w:szCs w:val="21"/>
          <w:rtl/>
        </w:rPr>
        <w:t>سیستم</w:t>
      </w:r>
      <w:r>
        <w:t xml:space="preserve"> </w:t>
      </w:r>
      <w:r>
        <w:rPr>
          <w:rFonts w:cs="Arial"/>
          <w:szCs w:val="21"/>
          <w:rtl/>
        </w:rPr>
        <w:t>را</w:t>
      </w:r>
      <w:r>
        <w:t xml:space="preserve"> </w:t>
      </w:r>
      <w:r>
        <w:rPr>
          <w:rFonts w:cs="Arial"/>
          <w:szCs w:val="21"/>
          <w:rtl/>
        </w:rPr>
        <w:t>تا</w:t>
      </w:r>
      <w:r>
        <w:t xml:space="preserve"> </w:t>
      </w:r>
      <w:r>
        <w:rPr>
          <w:rFonts w:cs="Arial"/>
          <w:szCs w:val="21"/>
          <w:rtl/>
        </w:rPr>
        <w:t>رسیدن</w:t>
      </w:r>
      <w:r>
        <w:t xml:space="preserve"> </w:t>
      </w:r>
      <w:r>
        <w:rPr>
          <w:rFonts w:cs="Arial"/>
          <w:szCs w:val="21"/>
          <w:rtl/>
        </w:rPr>
        <w:t>به</w:t>
      </w:r>
      <w:r>
        <w:t xml:space="preserve"> </w:t>
      </w:r>
      <w:r>
        <w:rPr>
          <w:rFonts w:cs="Arial"/>
          <w:szCs w:val="21"/>
          <w:rtl/>
        </w:rPr>
        <w:t>عملکرد</w:t>
      </w:r>
      <w:r>
        <w:t xml:space="preserve"> </w:t>
      </w:r>
      <w:r>
        <w:rPr>
          <w:rFonts w:cs="Arial"/>
          <w:szCs w:val="21"/>
          <w:rtl/>
        </w:rPr>
        <w:t>مورد</w:t>
      </w:r>
      <w:r>
        <w:t xml:space="preserve"> </w:t>
      </w:r>
      <w:r>
        <w:rPr>
          <w:rFonts w:cs="Arial"/>
          <w:szCs w:val="21"/>
          <w:rtl/>
        </w:rPr>
        <w:t>توافق</w:t>
      </w:r>
      <w:r>
        <w:t xml:space="preserve"> </w:t>
      </w:r>
      <w:r>
        <w:rPr>
          <w:rFonts w:cs="Arial"/>
          <w:szCs w:val="21"/>
          <w:rtl/>
        </w:rPr>
        <w:t>پیگیری</w:t>
      </w:r>
      <w:r>
        <w:t xml:space="preserve"> </w:t>
      </w:r>
      <w:r>
        <w:rPr>
          <w:rFonts w:cs="Arial"/>
          <w:szCs w:val="21"/>
          <w:rtl/>
        </w:rPr>
        <w:t>کند</w:t>
      </w:r>
      <w:r>
        <w:t>.</w:t>
      </w:r>
    </w:p>
    <w:sectPr w:rsidR="0031231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15074B"/>
    <w:rsid w:val="00241D1E"/>
    <w:rsid w:val="0029639D"/>
    <w:rsid w:val="0031231C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3520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karim</cp:lastModifiedBy>
  <cp:revision>2</cp:revision>
  <dcterms:created xsi:type="dcterms:W3CDTF">2026-10-21T08:44:00Z</dcterms:created>
  <dcterms:modified xsi:type="dcterms:W3CDTF">2026-10-21T08:44:00Z</dcterms:modified>
</cp:coreProperties>
</file>